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Remini: revolutionising photo editing with AI innovation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Remini: Revolutionising Photo Editing with AI Innovation</w:t>
      </w:r>
      <w:r/>
    </w:p>
    <w:p>
      <w:r/>
      <w:r>
        <w:t>In an era where digital memories increasingly shape personal narratives, the demand for high-quality, easily accessible photo editing tools has skyrocketed. Remini, an artificial intelligence-powered photo enhancer, founded in 2019 by Raz Wasserstein and Doron Oded, emerges as a notable contender in this domain. With an impressive user base of 102 million active monthly users and 12 million monthly downloads, Remini has positioned itself as a formidable alternative to traditional photo editing applications such as Photopea and Fotor.</w:t>
      </w:r>
      <w:r/>
    </w:p>
    <w:p>
      <w:r/>
      <w:r>
        <w:t>Remini offers its services via both mobile and desktop applications, catering to a broad range of users from tech-savvy individuals to those just venturing into the world of photo editing. While the mobile version is replete with various themes and styles, the desktop version is lauded for its accessibility and user-friendly interface, allowing users to experiment with its features without needing to download an additional app.</w:t>
      </w:r>
      <w:r/>
    </w:p>
    <w:p>
      <w:r/>
      <w:r>
        <w:t>At its core, Remini is designed to streamline the photo editing process into three primary actions: photo enhancement, colour correction, and video enhancement. These functions are accessible through nine key features, availability of which depends on the user's membership level. Yet, the application is straightforward to navigate, with a tutorial to aid beginners in mastering its use.</w:t>
      </w:r>
      <w:r/>
    </w:p>
    <w:p>
      <w:r/>
      <w:r>
        <w:t>The journey with Remini begins with setting up a free account via the platform's homepage, easily achieved through Facebook, Google, or Apple IDs. Despite offering a free membership, users can choose to upgrade to paid Personal or Business memberships, each starting at $1 for a one-week trial, with subsequent costs ranging from $7 to $10 per week.</w:t>
      </w:r>
      <w:r/>
    </w:p>
    <w:p>
      <w:r/>
      <w:r>
        <w:t>Upon logging in, new users are encouraged to explore Remini by uploading and enhancing various photos. The AI-powered software swiftly handles photo enhancements, typically taking about 30 seconds to process an image. Users can then refine their images with options like "Beautify", background removal, and a suite of colour corrections. However, one notable limitation is that downloading an enhanced photo requires a paid membership, although certain online resources purportedly suggest alternative methods via the mobile app.</w:t>
      </w:r>
      <w:r/>
    </w:p>
    <w:p>
      <w:r/>
      <w:r>
        <w:t>For professionals or avid photography enthusiasts, Remini offers a Business plan, which extends its features to bulk uploads, commercial usage capabilities, and expanded file format downloads, enabling users to obtain their authored creations in JPEG, PNG, and TIFF formats. This plan makes the platform highly appealing to photo editing businesses that can leverage its capabilities to enhance productivity and output quality.</w:t>
      </w:r>
      <w:r/>
    </w:p>
    <w:p>
      <w:r/>
      <w:r>
        <w:t>In comparison to comprehensive editing tools like Photopea and Fotor, Remini distinguishes itself by focusing exclusively on image enhancement, an approach that may be less overwhelming for users looking for a simplified, yet effective, editing process. Although apps like Google Photos and iPhone's Photos offer basic editing features, Remini stands out by enabling rapid and precise enhancement of photos, addressing blemishes and improving image details within moments.</w:t>
      </w:r>
      <w:r/>
    </w:p>
    <w:p>
      <w:r/>
      <w:r>
        <w:t xml:space="preserve">Remini's impact extends beyond casual users, offering potential utility for professional photo editors seeking to integrate AI-driven enhancements into their services. While initially aimed at personal use, its business offerings make it an appealing companion for those wanting more robust editing options. </w:t>
      </w:r>
      <w:r/>
    </w:p>
    <w:p>
      <w:r/>
      <w:r>
        <w:t>Remini represents a significant advancement in the intersection of technology and creativity, providing a dynamic tool for users to enhance and preserve their visual stories with ease. Whether accessed through its website or app, Remini offers a cost-effective entry point into high-quality photo modification, opening doors for both novices and seasoned editors in the digital age.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https://www.reddit.com/r/estoration/comments/13tmwgh/remini_app_is_incredibly_mediocre_now_any_good/</w:t>
        </w:r>
      </w:hyperlink>
      <w:r>
        <w:t xml:space="preserve"> - Discusses the decline in quality and features of the Remini app, corroborating the user dissatisfaction and changes in the app's functionality.</w:t>
      </w:r>
      <w:r/>
    </w:p>
    <w:p>
      <w:pPr>
        <w:pStyle w:val="ListNumber"/>
        <w:spacing w:line="240" w:lineRule="auto"/>
        <w:ind w:left="720"/>
      </w:pPr>
      <w:r/>
      <w:hyperlink r:id="rId11">
        <w:r>
          <w:rPr>
            <w:color w:val="0000EE"/>
            <w:u w:val="single"/>
          </w:rPr>
          <w:t>https://easywithai.com/ai-image-editors/remini/</w:t>
        </w:r>
      </w:hyperlink>
      <w:r>
        <w:t xml:space="preserve"> - Provides an overview of Remini's features, including photo enhancement, color correction, and video enhancement, aligning with the article's description of Remini's capabilities.</w:t>
      </w:r>
      <w:r/>
    </w:p>
    <w:p>
      <w:pPr>
        <w:pStyle w:val="ListNumber"/>
        <w:spacing w:line="240" w:lineRule="auto"/>
        <w:ind w:left="720"/>
      </w:pPr>
      <w:r/>
      <w:hyperlink r:id="rId12">
        <w:r>
          <w:rPr>
            <w:color w:val="0000EE"/>
            <w:u w:val="single"/>
          </w:rPr>
          <w:t>https://remini.ai</w:t>
        </w:r>
      </w:hyperlink>
      <w:r>
        <w:t xml:space="preserve"> - Details Remini's AI technology and its ability to transform old photos into HD masterpieces, supporting the article's claims about Remini's core functions.</w:t>
      </w:r>
      <w:r/>
    </w:p>
    <w:p>
      <w:pPr>
        <w:pStyle w:val="ListNumber"/>
        <w:spacing w:line="240" w:lineRule="auto"/>
        <w:ind w:left="720"/>
      </w:pPr>
      <w:r/>
      <w:hyperlink r:id="rId13">
        <w:r>
          <w:rPr>
            <w:color w:val="0000EE"/>
            <w:u w:val="single"/>
          </w:rPr>
          <w:t>https://www.youtube.com/watch?v=OhPg5a0funA</w:t>
        </w:r>
      </w:hyperlink>
      <w:r>
        <w:t xml:space="preserve"> - Reviews Remini's photo enhancement capabilities, including its one-tap enhancement feature and user interface, which matches the article's description of ease of use and functionality.</w:t>
      </w:r>
      <w:r/>
    </w:p>
    <w:p>
      <w:pPr>
        <w:pStyle w:val="ListNumber"/>
        <w:spacing w:line="240" w:lineRule="auto"/>
        <w:ind w:left="720"/>
      </w:pPr>
      <w:r/>
      <w:hyperlink r:id="rId14">
        <w:r>
          <w:rPr>
            <w:color w:val="0000EE"/>
            <w:u w:val="single"/>
          </w:rPr>
          <w:t>https://apps.apple.com/us/app/remini-ai-photo-enhancer/id1470373330?l=ja</w:t>
        </w:r>
      </w:hyperlink>
      <w:r>
        <w:t xml:space="preserve"> - Lists Remini's features, such as turning old photos into clear HD, enhancing facial photos, and repairing damaged photos, corroborating the article's details on Remini's services.</w:t>
      </w:r>
      <w:r/>
    </w:p>
    <w:p>
      <w:pPr>
        <w:pStyle w:val="ListNumber"/>
        <w:spacing w:line="240" w:lineRule="auto"/>
        <w:ind w:left="720"/>
      </w:pPr>
      <w:r/>
      <w:hyperlink r:id="rId11">
        <w:r>
          <w:rPr>
            <w:color w:val="0000EE"/>
            <w:u w:val="single"/>
          </w:rPr>
          <w:t>https://easywithai.com/ai-image-editors/remini/</w:t>
        </w:r>
      </w:hyperlink>
      <w:r>
        <w:t xml:space="preserve"> - Mentions Remini's availability on both mobile and desktop, supporting the article's statement about its broad accessibility.</w:t>
      </w:r>
      <w:r/>
    </w:p>
    <w:p>
      <w:pPr>
        <w:pStyle w:val="ListNumber"/>
        <w:spacing w:line="240" w:lineRule="auto"/>
        <w:ind w:left="720"/>
      </w:pPr>
      <w:r/>
      <w:hyperlink r:id="rId12">
        <w:r>
          <w:rPr>
            <w:color w:val="0000EE"/>
            <w:u w:val="single"/>
          </w:rPr>
          <w:t>https://remini.ai</w:t>
        </w:r>
      </w:hyperlink>
      <w:r>
        <w:t xml:space="preserve"> - Describes the process of setting up a free account and the option to upgrade to paid memberships, aligning with the article's information on membership levels and costs.</w:t>
      </w:r>
      <w:r/>
    </w:p>
    <w:p>
      <w:pPr>
        <w:pStyle w:val="ListNumber"/>
        <w:spacing w:line="240" w:lineRule="auto"/>
        <w:ind w:left="720"/>
      </w:pPr>
      <w:r/>
      <w:hyperlink r:id="rId13">
        <w:r>
          <w:rPr>
            <w:color w:val="0000EE"/>
            <w:u w:val="single"/>
          </w:rPr>
          <w:t>https://www.youtube.com/watch?v=OhPg5a0funA</w:t>
        </w:r>
      </w:hyperlink>
      <w:r>
        <w:t xml:space="preserve"> - Highlights the AI-powered software's ability to swiftly handle photo enhancements and the various refinement options available, supporting the article's claims about the speed and features of the app.</w:t>
      </w:r>
      <w:r/>
    </w:p>
    <w:p>
      <w:pPr>
        <w:pStyle w:val="ListNumber"/>
        <w:spacing w:line="240" w:lineRule="auto"/>
        <w:ind w:left="720"/>
      </w:pPr>
      <w:r/>
      <w:hyperlink r:id="rId14">
        <w:r>
          <w:rPr>
            <w:color w:val="0000EE"/>
            <w:u w:val="single"/>
          </w:rPr>
          <w:t>https://apps.apple.com/us/app/remini-ai-photo-enhancer/id1470373330?l=ja</w:t>
        </w:r>
      </w:hyperlink>
      <w:r>
        <w:t xml:space="preserve"> - Details the Business plan features, including bulk uploads and commercial usage capabilities, which matches the article's description of the Business plan's benefits.</w:t>
      </w:r>
      <w:r/>
    </w:p>
    <w:p>
      <w:pPr>
        <w:pStyle w:val="ListNumber"/>
        <w:spacing w:line="240" w:lineRule="auto"/>
        <w:ind w:left="720"/>
      </w:pPr>
      <w:r/>
      <w:hyperlink r:id="rId11">
        <w:r>
          <w:rPr>
            <w:color w:val="0000EE"/>
            <w:u w:val="single"/>
          </w:rPr>
          <w:t>https://easywithai.com/ai-image-editors/remini/</w:t>
        </w:r>
      </w:hyperlink>
      <w:r>
        <w:t xml:space="preserve"> - Compares Remini to other photo editing tools like Photopea and Fotor, highlighting its focus on image enhancement, as mentioned in the article.</w:t>
      </w:r>
      <w:r/>
    </w:p>
    <w:p>
      <w:pPr>
        <w:pStyle w:val="ListNumber"/>
        <w:spacing w:line="240" w:lineRule="auto"/>
        <w:ind w:left="720"/>
      </w:pPr>
      <w:r/>
      <w:hyperlink r:id="rId12">
        <w:r>
          <w:rPr>
            <w:color w:val="0000EE"/>
            <w:u w:val="single"/>
          </w:rPr>
          <w:t>https://remini.ai</w:t>
        </w:r>
      </w:hyperlink>
      <w:r>
        <w:t xml:space="preserve"> - Emphasizes Remini's impact on both casual and professional users, offering a simplified yet effective editing process, aligning with the article's conclusion about Remini's significance.</w:t>
      </w:r>
      <w:r/>
    </w:p>
    <w:p>
      <w:pPr>
        <w:pStyle w:val="ListNumber"/>
        <w:spacing w:line="240" w:lineRule="auto"/>
        <w:ind w:left="720"/>
      </w:pPr>
      <w:r/>
      <w:hyperlink r:id="rId15">
        <w:r>
          <w:rPr>
            <w:color w:val="0000EE"/>
            <w:u w:val="single"/>
          </w:rPr>
          <w:t>https://www.cnet.com/tech/services-and-software/how-to-enhance-your-photos-with-ai/#ftag=CADf328eec</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eddit.com/r/estoration/comments/13tmwgh/remini_app_is_incredibly_mediocre_now_any_good/" TargetMode="External"/><Relationship Id="rId11" Type="http://schemas.openxmlformats.org/officeDocument/2006/relationships/hyperlink" Target="https://easywithai.com/ai-image-editors/remini/" TargetMode="External"/><Relationship Id="rId12" Type="http://schemas.openxmlformats.org/officeDocument/2006/relationships/hyperlink" Target="https://remini.ai" TargetMode="External"/><Relationship Id="rId13" Type="http://schemas.openxmlformats.org/officeDocument/2006/relationships/hyperlink" Target="https://www.youtube.com/watch?v=OhPg5a0funA" TargetMode="External"/><Relationship Id="rId14" Type="http://schemas.openxmlformats.org/officeDocument/2006/relationships/hyperlink" Target="https://apps.apple.com/us/app/remini-ai-photo-enhancer/id1470373330?l=ja" TargetMode="External"/><Relationship Id="rId15" Type="http://schemas.openxmlformats.org/officeDocument/2006/relationships/hyperlink" Target="https://www.cnet.com/tech/services-and-software/how-to-enhance-your-photos-with-ai/#ftag=CADf328ee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