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Severe weather strikes the United States: regions impacted by tornadoes and storms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Severe Weather Strikes the United States: Regions Impacted by Tornadoes and Storms</w:t>
      </w:r>
      <w:r/>
    </w:p>
    <w:p>
      <w:r/>
      <w:r>
        <w:t>In a series of severe weather events sweeping across the United States, several regions have experienced damaging tornadoes, storms, and heavy rainfall. The incidents which unfolded over the past week have disrupted lives, uprooted communities, and caused considerable damage to homes and infrastructure.</w:t>
      </w:r>
      <w:r/>
    </w:p>
    <w:p>
      <w:r/>
      <w:r>
        <w:rPr>
          <w:b/>
        </w:rPr>
        <w:t>Tornadoes in the Southern Plains</w:t>
      </w:r>
      <w:r/>
    </w:p>
    <w:p>
      <w:r/>
      <w:r>
        <w:t>A particularly intense system of tornadoes struck the Southern Plains over the weekend, affecting parts of Texas, Oklahoma, and Kansas. The National Weather Service confirmed multiple tornado touchdowns in these states, leading to significant damage in more rural and suburban areas. In Texas, small towns such as Jacksboro and Bowie reported considerable structural damage to buildings, with some properties completely destroyed.</w:t>
      </w:r>
      <w:r/>
    </w:p>
    <w:p>
      <w:r/>
      <w:r>
        <w:t>In Oklahoma, the community of Seminole experienced a significant impact, witnessing one of the most powerful tornadoes recorded in the series. Emergency services have been swift in responding, ensuring that those affected are relocated to safety and accounted for. Local officials reported that, thankfully, there have been no fatalities, though several people have sustained injuries and are receiving medical attention.</w:t>
      </w:r>
      <w:r/>
    </w:p>
    <w:p>
      <w:r/>
      <w:r>
        <w:rPr>
          <w:b/>
        </w:rPr>
        <w:t>Storms and Flooding in the Midwest</w:t>
      </w:r>
      <w:r/>
    </w:p>
    <w:p>
      <w:r/>
      <w:r>
        <w:t>The Midwest also encountered severe weather conditions, with robust storms bringing heavy rains that have resulted in flooding across parts of Missouri and Illinois. St. Louis, Missouri, saw several inches of rain in a short period, overwhelming drainage systems and flooding parts of the city. Local government and emergency response teams are working to clear flooded areas and provide assistance to residents forced to evacuate from waterlogged homes.</w:t>
      </w:r>
      <w:r/>
    </w:p>
    <w:p>
      <w:r/>
      <w:r>
        <w:t>In Illinois, cities along the Mississippi River faced rising water levels, increasing concerns among residents and officials about potential breaches in levees. The Illinois Emergency Management Agency has been closely monitoring the situation and advised on precautionary measures to mitigate any severe impacts from flooding.</w:t>
      </w:r>
      <w:r/>
    </w:p>
    <w:p>
      <w:r/>
      <w:r>
        <w:rPr>
          <w:b/>
        </w:rPr>
        <w:t>Response and Relief Efforts</w:t>
      </w:r>
      <w:r/>
    </w:p>
    <w:p>
      <w:r/>
      <w:r>
        <w:t>In response to the widespread damage, both state and federal emergency agencies have been active, coordinating relief efforts to aid affected communities. The Federal Emergency Management Agency (FEMA) has begun assessing the overall damage to determine the level of support required, including financial assistance to those with damaged homes and businesses.</w:t>
      </w:r>
      <w:r/>
    </w:p>
    <w:p>
      <w:r/>
      <w:r>
        <w:t>Several non-profit and community groups have also been mobilizing resources, assisting with emergency shelter provisions, and distributing essential supplies such as food, water, and blankets to families displaced by the weather events.</w:t>
      </w:r>
      <w:r/>
    </w:p>
    <w:p>
      <w:r/>
      <w:r>
        <w:rPr>
          <w:b/>
        </w:rPr>
        <w:t>Weather Outlook</w:t>
      </w:r>
      <w:r/>
    </w:p>
    <w:p>
      <w:r/>
      <w:r>
        <w:t>Meteorologists indicate that while the current systems have moved on, the threat of severe weather could persist in some affected regions. Residents across the impacted areas are advised to stay alert for further weather updates and heed any warnings issued by local authorities.</w:t>
      </w:r>
      <w:r/>
    </w:p>
    <w:p>
      <w:r/>
      <w:r>
        <w:t>This past week's severe weather has shown the unpredictability and destructive potential of natural events, having left a trail of damage and displacement. As the clean-up commences, communities are banding together to recover and rebuild from the outcomes of these challenging conditions.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https://www.nssl.noaa.gov/education/svrwx101/tornadoes/</w:t>
        </w:r>
      </w:hyperlink>
      <w:r>
        <w:t xml:space="preserve"> - Provides information on tornado basics, including the regions affected by tornadoes and the timing of tornado seasons, which supports the discussion on tornadoes in the Southern Plains.</w:t>
      </w:r>
      <w:r/>
    </w:p>
    <w:p>
      <w:pPr>
        <w:pStyle w:val="ListNumber"/>
        <w:spacing w:line="240" w:lineRule="auto"/>
        <w:ind w:left="720"/>
      </w:pPr>
      <w:r/>
      <w:hyperlink r:id="rId11">
        <w:r>
          <w:rPr>
            <w:color w:val="0000EE"/>
            <w:u w:val="single"/>
          </w:rPr>
          <w:t>https://www.weather.gov/shv/awarenessweek_severe_tornadoes</w:t>
        </w:r>
      </w:hyperlink>
      <w:r>
        <w:t xml:space="preserve"> - Details the impact and frequency of tornadoes, including the states most affected, such as Texas, Oklahoma, and Kansas, and the severity of damage caused by tornadoes.</w:t>
      </w:r>
      <w:r/>
    </w:p>
    <w:p>
      <w:pPr>
        <w:pStyle w:val="ListNumber"/>
        <w:spacing w:line="240" w:lineRule="auto"/>
        <w:ind w:left="720"/>
      </w:pPr>
      <w:r/>
      <w:hyperlink r:id="rId12">
        <w:r>
          <w:rPr>
            <w:color w:val="0000EE"/>
            <w:u w:val="single"/>
          </w:rPr>
          <w:t>https://www.youtube.com/watch?v=aq5y8Z8GUIo</w:t>
        </w:r>
      </w:hyperlink>
      <w:r>
        <w:t xml:space="preserve"> - Reports on the recent severe weather events, including the number of tornadoes and the affected areas in the Southern Plains, such as Texas and Oklahoma.</w:t>
      </w:r>
      <w:r/>
    </w:p>
    <w:p>
      <w:pPr>
        <w:pStyle w:val="ListNumber"/>
        <w:spacing w:line="240" w:lineRule="auto"/>
        <w:ind w:left="720"/>
      </w:pPr>
      <w:r/>
      <w:hyperlink r:id="rId13">
        <w:r>
          <w:rPr>
            <w:color w:val="0000EE"/>
            <w:u w:val="single"/>
          </w:rPr>
          <w:t>https://www.bbc.com/news/articles/cx880x58wg0o</w:t>
        </w:r>
      </w:hyperlink>
      <w:r>
        <w:t xml:space="preserve"> - Describes the severe weather events, including tornadoes and storms, that have caused significant damage and disruptions in Texas, Oklahoma, and other states.</w:t>
      </w:r>
      <w:r/>
    </w:p>
    <w:p>
      <w:pPr>
        <w:pStyle w:val="ListNumber"/>
        <w:spacing w:line="240" w:lineRule="auto"/>
        <w:ind w:left="720"/>
      </w:pPr>
      <w:r/>
      <w:hyperlink r:id="rId13">
        <w:r>
          <w:rPr>
            <w:color w:val="0000EE"/>
            <w:u w:val="single"/>
          </w:rPr>
          <w:t>https://www.bbc.com/news/articles/cx880x58wg0o</w:t>
        </w:r>
      </w:hyperlink>
      <w:r>
        <w:t xml:space="preserve"> - Provides details on the flooding in the Midwest, particularly in Missouri and Illinois, and the response efforts by local and emergency services.</w:t>
      </w:r>
      <w:r/>
    </w:p>
    <w:p>
      <w:pPr>
        <w:pStyle w:val="ListNumber"/>
        <w:spacing w:line="240" w:lineRule="auto"/>
        <w:ind w:left="720"/>
      </w:pPr>
      <w:r/>
      <w:hyperlink r:id="rId11">
        <w:r>
          <w:rPr>
            <w:color w:val="0000EE"/>
            <w:u w:val="single"/>
          </w:rPr>
          <w:t>https://www.weather.gov/shv/awarenessweek_severe_tornadoes</w:t>
        </w:r>
      </w:hyperlink>
      <w:r>
        <w:t xml:space="preserve"> - Outlines the importance of emergency response and relief efforts following severe weather events, including the role of state and federal agencies.</w:t>
      </w:r>
      <w:r/>
    </w:p>
    <w:p>
      <w:pPr>
        <w:pStyle w:val="ListNumber"/>
        <w:spacing w:line="240" w:lineRule="auto"/>
        <w:ind w:left="720"/>
      </w:pPr>
      <w:r/>
      <w:hyperlink r:id="rId10">
        <w:r>
          <w:rPr>
            <w:color w:val="0000EE"/>
            <w:u w:val="single"/>
          </w:rPr>
          <w:t>https://www.nssl.noaa.gov/education/svrwx101/tornadoes/</w:t>
        </w:r>
      </w:hyperlink>
      <w:r>
        <w:t xml:space="preserve"> - Explains the difference between Tornado Watches and Warnings, which is crucial for understanding the response and relief efforts during severe weather events.</w:t>
      </w:r>
      <w:r/>
    </w:p>
    <w:p>
      <w:pPr>
        <w:pStyle w:val="ListNumber"/>
        <w:spacing w:line="240" w:lineRule="auto"/>
        <w:ind w:left="720"/>
      </w:pPr>
      <w:r/>
      <w:hyperlink r:id="rId14">
        <w:r>
          <w:rPr>
            <w:color w:val="0000EE"/>
            <w:u w:val="single"/>
          </w:rPr>
          <w:t>https://www.spc.noaa.gov</w:t>
        </w:r>
      </w:hyperlink>
      <w:r>
        <w:t xml:space="preserve"> - Provides updates and forecasts on severe weather, including tornado probabilities and other severe weather risks, which supports the weather outlook section.</w:t>
      </w:r>
      <w:r/>
    </w:p>
    <w:p>
      <w:pPr>
        <w:pStyle w:val="ListNumber"/>
        <w:spacing w:line="240" w:lineRule="auto"/>
        <w:ind w:left="720"/>
      </w:pPr>
      <w:r/>
      <w:hyperlink r:id="rId13">
        <w:r>
          <w:rPr>
            <w:color w:val="0000EE"/>
            <w:u w:val="single"/>
          </w:rPr>
          <w:t>https://www.bbc.com/news/articles/cx880x58wg0o</w:t>
        </w:r>
      </w:hyperlink>
      <w:r>
        <w:t xml:space="preserve"> - Reports on the ongoing threat of severe weather and the need for residents to stay alert for further weather updates and warnings.</w:t>
      </w:r>
      <w:r/>
    </w:p>
    <w:p>
      <w:pPr>
        <w:pStyle w:val="ListNumber"/>
        <w:spacing w:line="240" w:lineRule="auto"/>
        <w:ind w:left="720"/>
      </w:pPr>
      <w:r/>
      <w:hyperlink r:id="rId11">
        <w:r>
          <w:rPr>
            <w:color w:val="0000EE"/>
            <w:u w:val="single"/>
          </w:rPr>
          <w:t>https://www.weather.gov/shv/awarenessweek_severe_tornadoes</w:t>
        </w:r>
      </w:hyperlink>
      <w:r>
        <w:t xml:space="preserve"> - Highlights the community response and recovery efforts following severe weather events, including the role of non-profit and community groups.</w:t>
      </w:r>
      <w:r/>
    </w:p>
    <w:p>
      <w:pPr>
        <w:pStyle w:val="ListNumber"/>
        <w:spacing w:line="240" w:lineRule="auto"/>
        <w:ind w:left="720"/>
      </w:pPr>
      <w:r/>
      <w:hyperlink r:id="rId15">
        <w:r>
          <w:rPr>
            <w:color w:val="0000EE"/>
            <w:u w:val="single"/>
          </w:rPr>
          <w:t>https://www.decaturdaily.com/business/how-atlanta-s-top-business-leaders-are-using-ai-in-the-workplace/article_ba1261d6-c00e-5ccd-afef-49357194a8d8.html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ssl.noaa.gov/education/svrwx101/tornadoes/" TargetMode="External"/><Relationship Id="rId11" Type="http://schemas.openxmlformats.org/officeDocument/2006/relationships/hyperlink" Target="https://www.weather.gov/shv/awarenessweek_severe_tornadoes" TargetMode="External"/><Relationship Id="rId12" Type="http://schemas.openxmlformats.org/officeDocument/2006/relationships/hyperlink" Target="https://www.youtube.com/watch?v=aq5y8Z8GUIo" TargetMode="External"/><Relationship Id="rId13" Type="http://schemas.openxmlformats.org/officeDocument/2006/relationships/hyperlink" Target="https://www.bbc.com/news/articles/cx880x58wg0o" TargetMode="External"/><Relationship Id="rId14" Type="http://schemas.openxmlformats.org/officeDocument/2006/relationships/hyperlink" Target="https://www.spc.noaa.gov" TargetMode="External"/><Relationship Id="rId15" Type="http://schemas.openxmlformats.org/officeDocument/2006/relationships/hyperlink" Target="https://www.decaturdaily.com/business/how-atlanta-s-top-business-leaders-are-using-ai-in-the-workplace/article_ba1261d6-c00e-5ccd-afef-49357194a8d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