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Strongest geomagnetic storm in two decades inspires debate over AI authenticity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awe-inspiring turn of events, the strongest geomagnetic storm in more than two decades illuminated the skies on May 10, mesmerising onlookers with a rare and vivid display of the northern lights that could be glimpsed in parts of the world unaccustomed to such sights, including southern regions of the UK. This G5-rated geomagnetic event not only painted the night sky with its celestial beauty but also inspired enthusiasts and photographers to capture the moment forever.</w:t>
      </w:r>
      <w:r/>
    </w:p>
    <w:p>
      <w:r/>
      <w:r>
        <w:t>Among those fortunate enough to witness and document this atmospheric spectacle was Tim Coleman, who used the opportunity to compare the capabilities of mirrorless cameras and smartphones in capturing the vivid aurora borealis. This is particularly noteworthy considering how seldom the northern lights venture this far south.</w:t>
      </w:r>
      <w:r/>
    </w:p>
    <w:p>
      <w:r/>
      <w:r>
        <w:t>Fast-forward to October 11, another chance to witness the aurora emerged, but sadly, some enthusiasts, including Coleman, discovered it too late. The disappointment was palpable when viewing the stunning images shared across news and social media platforms the following day, with the unfulfilled hope of putting into practice the photography skills honed during the May event.</w:t>
      </w:r>
      <w:r/>
    </w:p>
    <w:p>
      <w:r/>
      <w:r>
        <w:t>Amidst this, a post by Meta on its social media platform, Threads, stirred controversy. The tech giant shared an AI-generated image of the aurora displayed over iconic landmarks, like the Golden Gate Bridge, for those who missed the live event. The post's caption, "POV: you missed the northern lights IRL, so you made your own with Meta AI," was met with an overwhelmingly negative response from users who felt it trivialised genuine experiences and emotions tied to witnessing such natural phenomena.</w:t>
      </w:r>
      <w:r/>
    </w:p>
    <w:p>
      <w:r/>
      <w:r>
        <w:t>This situation has sparked a broader conversation regarding the use of AI in photo editing and the implications of creating synthetic experiences. While AI tools offer creative possibilities, their potential to deceive, particularly when suggesting one was present at events they did not attend, raises concerns about authenticity and truth in digital content.</w:t>
      </w:r>
      <w:r/>
    </w:p>
    <w:p>
      <w:r/>
      <w:r>
        <w:t>This debate over authenticity versus artificial representation has become an increasingly significant discussion in an era where image manipulation tools have become incredibly sophisticated. The ability of Meta AI to fabricate such realistic depictions prompts a deeper inquiry into the ethical usage of AI, especially when the line between reality and fabrication becomes blurred.</w:t>
      </w:r>
      <w:r/>
    </w:p>
    <w:p>
      <w:r/>
      <w:r>
        <w:t>Moreover, the incident underscores a more profound issue: the potential of AI-generated content to mislead audiences and its suitability in creating simulated experiences that may alter perceptions of reality. Critics argue that while technology has the potential to enhance creativity and expression, it must be used responsibly to prevent misinformation and uphold the integrity of genuine experiences.</w:t>
      </w:r>
      <w:r/>
    </w:p>
    <w:p>
      <w:r/>
      <w:r>
        <w:t>As AI technology continues to advance, the call for responsible usage becomes louder, with many urging tech companies to lead in fostering truthful representation rather than propagating misleading content. This geomagnetic storm and the resulting discourse serve as a testament to the powerful role technology now plays in shaping, and sometimes distorting, our experience of natural wonders.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https://science.nasa.gov/science-research/heliophysics/how-nasa-tracked-the-most-intense-solar-storm-in-decades/</w:t>
        </w:r>
      </w:hyperlink>
      <w:r>
        <w:t xml:space="preserve"> - Corroborates the occurrence of the strongest geomagnetic storm in over two decades, the G5-rated event, and the widespread visibility of auroras.</w:t>
      </w:r>
      <w:r/>
    </w:p>
    <w:p>
      <w:pPr>
        <w:pStyle w:val="ListNumber"/>
        <w:spacing w:line="240" w:lineRule="auto"/>
        <w:ind w:left="720"/>
      </w:pPr>
      <w:r/>
      <w:hyperlink r:id="rId11">
        <w:r>
          <w:rPr>
            <w:color w:val="0000EE"/>
            <w:u w:val="single"/>
          </w:rPr>
          <w:t>https://nypost.com/2024/05/10/us-news/powerful-geomagnetic-storm-reaches-earth-with-possible-impact-on-gps-power-grids-through-saturday-evening/</w:t>
        </w:r>
      </w:hyperlink>
      <w:r>
        <w:t xml:space="preserve"> - Supports the G5-class geomagnetic storm and its potential impacts on GPS, power grids, and the visibility of auroras at low latitudes.</w:t>
      </w:r>
      <w:r/>
    </w:p>
    <w:p>
      <w:pPr>
        <w:pStyle w:val="ListNumber"/>
        <w:spacing w:line="240" w:lineRule="auto"/>
        <w:ind w:left="720"/>
      </w:pPr>
      <w:r/>
      <w:hyperlink r:id="rId12">
        <w:r>
          <w:rPr>
            <w:color w:val="0000EE"/>
            <w:u w:val="single"/>
          </w:rPr>
          <w:t>https://en.wikipedia.org/wiki/May_2024_solar_storms</w:t>
        </w:r>
      </w:hyperlink>
      <w:r>
        <w:t xml:space="preserve"> - Details the solar flares, CMEs, and the resulting geomagnetic storm, including the Dst index and global aurora sightings.</w:t>
      </w:r>
      <w:r/>
    </w:p>
    <w:p>
      <w:pPr>
        <w:pStyle w:val="ListNumber"/>
        <w:spacing w:line="240" w:lineRule="auto"/>
        <w:ind w:left="720"/>
      </w:pPr>
      <w:r/>
      <w:hyperlink r:id="rId13">
        <w:r>
          <w:rPr>
            <w:color w:val="0000EE"/>
            <w:u w:val="single"/>
          </w:rPr>
          <w:t>https://www.space.com/solar-storms-may-2024-strongest-auroras-500-years</w:t>
        </w:r>
      </w:hyperlink>
      <w:r>
        <w:t xml:space="preserve"> - Provides information on the historic auroral display, the involvement of NASA's Solar Dynamics Observatory, and the potential ranking of the auroras among the strongest in 500 years.</w:t>
      </w:r>
      <w:r/>
    </w:p>
    <w:p>
      <w:pPr>
        <w:pStyle w:val="ListNumber"/>
        <w:spacing w:line="240" w:lineRule="auto"/>
        <w:ind w:left="720"/>
      </w:pPr>
      <w:r/>
      <w:hyperlink r:id="rId14">
        <w:r>
          <w:rPr>
            <w:color w:val="0000EE"/>
            <w:u w:val="single"/>
          </w:rPr>
          <w:t>https://whistlinghound.com/2024/05/13/historic-geomagnetic-storm-caused-worldwide-auroras/</w:t>
        </w:r>
      </w:hyperlink>
      <w:r>
        <w:t xml:space="preserve"> - Explains the cause of the G5-level geomagnetic storm, the role of Sunspot 3664, and the global visibility of auroras.</w:t>
      </w:r>
      <w:r/>
    </w:p>
    <w:p>
      <w:pPr>
        <w:pStyle w:val="ListNumber"/>
        <w:spacing w:line="240" w:lineRule="auto"/>
        <w:ind w:left="720"/>
      </w:pPr>
      <w:r/>
      <w:hyperlink r:id="rId10">
        <w:r>
          <w:rPr>
            <w:color w:val="0000EE"/>
            <w:u w:val="single"/>
          </w:rPr>
          <w:t>https://science.nasa.gov/science-research/heliophysics/how-nasa-tracked-the-most-intense-solar-storm-in-decades/</w:t>
        </w:r>
      </w:hyperlink>
      <w:r>
        <w:t xml:space="preserve"> - Mentions the use of citizen science, such as the Aurorasaurus project, to study the auroras and their impact.</w:t>
      </w:r>
      <w:r/>
    </w:p>
    <w:p>
      <w:pPr>
        <w:pStyle w:val="ListNumber"/>
        <w:spacing w:line="240" w:lineRule="auto"/>
        <w:ind w:left="720"/>
      </w:pPr>
      <w:r/>
      <w:hyperlink r:id="rId12">
        <w:r>
          <w:rPr>
            <w:color w:val="0000EE"/>
            <w:u w:val="single"/>
          </w:rPr>
          <w:t>https://en.wikipedia.org/wiki/May_2024_solar_storms</w:t>
        </w:r>
      </w:hyperlink>
      <w:r>
        <w:t xml:space="preserve"> - Details the impacts on satellite services, including disruptions to GPS and other technologies, during the geomagnetic storm.</w:t>
      </w:r>
      <w:r/>
    </w:p>
    <w:p>
      <w:pPr>
        <w:pStyle w:val="ListNumber"/>
        <w:spacing w:line="240" w:lineRule="auto"/>
        <w:ind w:left="720"/>
      </w:pPr>
      <w:r/>
      <w:hyperlink r:id="rId13">
        <w:r>
          <w:rPr>
            <w:color w:val="0000EE"/>
            <w:u w:val="single"/>
          </w:rPr>
          <w:t>https://www.space.com/solar-storms-may-2024-strongest-auroras-500-years</w:t>
        </w:r>
      </w:hyperlink>
      <w:r>
        <w:t xml:space="preserve"> - Discusses the scientific significance of the event, including future studies and the involvement of NASA missions.</w:t>
      </w:r>
      <w:r/>
    </w:p>
    <w:p>
      <w:pPr>
        <w:pStyle w:val="ListNumber"/>
        <w:spacing w:line="240" w:lineRule="auto"/>
        <w:ind w:left="720"/>
      </w:pPr>
      <w:r/>
      <w:hyperlink r:id="rId14">
        <w:r>
          <w:rPr>
            <w:color w:val="0000EE"/>
            <w:u w:val="single"/>
          </w:rPr>
          <w:t>https://whistlinghound.com/2024/05/13/historic-geomagnetic-storm-caused-worldwide-auroras/</w:t>
        </w:r>
      </w:hyperlink>
      <w:r>
        <w:t xml:space="preserve"> - Explains the Disturbance Storm Time (Dst) index and its role in measuring the severity of geomagnetic storms.</w:t>
      </w:r>
      <w:r/>
    </w:p>
    <w:p>
      <w:pPr>
        <w:pStyle w:val="ListNumber"/>
        <w:spacing w:line="240" w:lineRule="auto"/>
        <w:ind w:left="720"/>
      </w:pPr>
      <w:r/>
      <w:hyperlink r:id="rId11">
        <w:r>
          <w:rPr>
            <w:color w:val="0000EE"/>
            <w:u w:val="single"/>
          </w:rPr>
          <w:t>https://nypost.com/2024/05/10/us-news/powerful-geomagnetic-storm-reaches-earth-with-possible-impact-on-gps-power-grids-through-saturday-evening/</w:t>
        </w:r>
      </w:hyperlink>
      <w:r>
        <w:t xml:space="preserve"> - Mentions the potential impacts on power grids and other infrastructure due to the geomagnetic storm.</w:t>
      </w:r>
      <w:r/>
    </w:p>
    <w:p>
      <w:pPr>
        <w:pStyle w:val="ListNumber"/>
        <w:spacing w:line="240" w:lineRule="auto"/>
        <w:ind w:left="720"/>
      </w:pPr>
      <w:r/>
      <w:hyperlink r:id="rId12">
        <w:r>
          <w:rPr>
            <w:color w:val="0000EE"/>
            <w:u w:val="single"/>
          </w:rPr>
          <w:t>https://en.wikipedia.org/wiki/May_2024_solar_storms</w:t>
        </w:r>
      </w:hyperlink>
      <w:r>
        <w:t xml:space="preserve"> - Provides a comprehensive overview of the global aurora sightings, including regions as far south as Florida and northern India.</w:t>
      </w:r>
      <w:r/>
    </w:p>
    <w:p>
      <w:pPr>
        <w:pStyle w:val="ListNumber"/>
        <w:spacing w:line="240" w:lineRule="auto"/>
        <w:ind w:left="720"/>
      </w:pPr>
      <w:r/>
      <w:hyperlink r:id="rId15">
        <w:r>
          <w:rPr>
            <w:color w:val="0000EE"/>
            <w:u w:val="single"/>
          </w:rPr>
          <w:t>https://www.techradar.com/cameras/photography/no-meta-i-wont-fake-my-northern-lights-photos-even-though-im-gutted-that-i-missed-the-real-thing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cience.nasa.gov/science-research/heliophysics/how-nasa-tracked-the-most-intense-solar-storm-in-decades/" TargetMode="External"/><Relationship Id="rId11" Type="http://schemas.openxmlformats.org/officeDocument/2006/relationships/hyperlink" Target="https://nypost.com/2024/05/10/us-news/powerful-geomagnetic-storm-reaches-earth-with-possible-impact-on-gps-power-grids-through-saturday-evening/" TargetMode="External"/><Relationship Id="rId12" Type="http://schemas.openxmlformats.org/officeDocument/2006/relationships/hyperlink" Target="https://en.wikipedia.org/wiki/May_2024_solar_storms" TargetMode="External"/><Relationship Id="rId13" Type="http://schemas.openxmlformats.org/officeDocument/2006/relationships/hyperlink" Target="https://www.space.com/solar-storms-may-2024-strongest-auroras-500-years" TargetMode="External"/><Relationship Id="rId14" Type="http://schemas.openxmlformats.org/officeDocument/2006/relationships/hyperlink" Target="https://whistlinghound.com/2024/05/13/historic-geomagnetic-storm-caused-worldwide-auroras/" TargetMode="External"/><Relationship Id="rId15" Type="http://schemas.openxmlformats.org/officeDocument/2006/relationships/hyperlink" Target="https://www.techradar.com/cameras/photography/no-meta-i-wont-fake-my-northern-lights-photos-even-though-im-gutted-that-i-missed-the-real-th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