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to showcase AI solutions at HLTH healthcare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intersection of technology and healthcare, leading tech giants such as Nvidia Corporation, Alphabet Inc’s Google, and Microsoft Corporation are poised to demonstrate cutting-edge artificial intelligence (AI) tools at the upcoming HLTH healthcare technology conference. Scheduled to commence on Sunday in Las Vegas, this influential event is expected to attract over 12,000 industry leaders, eager to explore innovative solutions aimed at alleviating the administrative burdens borne by healthcare professionals.</w:t>
      </w:r>
      <w:r/>
    </w:p>
    <w:p>
      <w:r/>
      <w:r>
        <w:t>The healthcare sector faces mounting challenges, among which excessive documentation is a primary concern. It is a significant contributor to the burnout plaguing healthcare personnel and foreshadows a predicted shortage of 100,000 healthcare workers by 2028, as estimated by consulting firm Mercer. In response, tech companies are confident that their AI offerings can play a pivotal role in addressing these challenges by streamlining administrative processes and, consequently, allowing healthcare providers to dedicate more time to patient care.</w:t>
      </w:r>
      <w:r/>
    </w:p>
    <w:p>
      <w:r/>
      <w:r>
        <w:t>Google has recently highlighted its advances in AI for healthcare by announcing the general availability of its Vertex AI Search for Healthcare. This tool facilitates the development of applications that enable doctors to efficiently search vast arrays of medical records for crucial information. Furthermore, Google has released survey results revealing that clinicians typically spend about 28 hours per week on administrative tasks. An overwhelming 80% of medical providers have stated that these tasks detract from their ability to deliver patient care.</w:t>
      </w:r>
      <w:r/>
    </w:p>
    <w:p>
      <w:r/>
      <w:r>
        <w:t xml:space="preserve">The growing reliance on AI in the healthcare industry is underscored by Google's use of AI-powered technology to detect illnesses through auditory cues, such as coughing and sneezing, using their Health Acoustic Representations (HeAR) model. </w:t>
      </w:r>
      <w:r/>
    </w:p>
    <w:p>
      <w:r/>
      <w:r>
        <w:t>Simultaneously, Microsoft has taken strides in this domain by developing a suite of tools intended to lessen the administrative workload of clinicians. These innovations include medical imaging models, an advanced healthcare agent service, and an automated documentation solution primarily aimed at easing the administrative duties of nurses. Among these developments, AI scribe tools like DAX Copilot, a product of Microsoft’s subsidiary Nuance Communications, have emerged as significant assets. These AI tools transcribe interactions between doctors and patients into clinical notes and summaries, minimizing the need for manual note-taking.</w:t>
      </w:r>
      <w:r/>
    </w:p>
    <w:p>
      <w:r/>
      <w:r>
        <w:t>Nvidia is also set to make substantial contributions at the HLTH conference, focusing on the deployment of generative AI to alleviate the workload of healthcare professionals. Kimberly Powell, Nvidia’s vice president of healthcare, is slated to deliver a keynote address on Monday, illuminating the ways in which AI can empower healthcare workers to invest more time in patient care.</w:t>
      </w:r>
      <w:r/>
    </w:p>
    <w:p>
      <w:r/>
      <w:r>
        <w:t>The collaborative efforts of these tech behemoths represent a notable shift in the healthcare landscape. As AI continues to evolve, its application within healthcare is anticipated to offer transformative solutions that reduce operational burdens and enhance the quality of care provided to patients. The HLTH conference serves as a pivotal platform for unveiling these advancements and envisioning the future trajectory of AI in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This article corroborates the upcoming HLTH conference, the participation of Nvidia, Google, and Microsoft, and the focus on reducing healthcare worker burnout through AI tools.</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It supports the information about the administrative burden on healthcare professionals and the predicted shortage of healthcare workers by 2028.</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This article details Google's Vertex AI Search for Healthcare and the survey results on clinicians' administrative tasks.</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It explains Google's use of AI to detect illnesses through auditory cues using the Health Acoustic Representations (HeAR) model.</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This article discusses Microsoft's suite of tools, including medical imaging models, healthcare agent service, and automated documentation solutions.</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It highlights Microsoft's AI scribe tools like DAX Copilot and their role in transcribing clinical notes.</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This article mentions Nvidia's focus on generative AI to alleviate healthcare professionals' workload and Kimberly Powell's keynote address.</w:t>
      </w:r>
      <w:r/>
    </w:p>
    <w:p>
      <w:pPr>
        <w:pStyle w:val="ListNumber"/>
        <w:spacing w:line="240" w:lineRule="auto"/>
        <w:ind w:left="720"/>
      </w:pPr>
      <w:r/>
      <w:hyperlink r:id="rId11">
        <w:r>
          <w:rPr>
            <w:color w:val="0000EE"/>
            <w:u w:val="single"/>
          </w:rPr>
          <w:t>https://ramaonhealthcare.com/nvidia-google-microsoft-and-more-head-to-las-vegas-to-tout-health-care-ai-tools/</w:t>
        </w:r>
      </w:hyperlink>
      <w:r>
        <w:t xml:space="preserve"> - This article supports the information about the HLTH conference, its start date, and the attendance of over 12,000 industry leaders.</w:t>
      </w:r>
      <w:r/>
    </w:p>
    <w:p>
      <w:pPr>
        <w:pStyle w:val="ListNumber"/>
        <w:spacing w:line="240" w:lineRule="auto"/>
        <w:ind w:left="720"/>
      </w:pPr>
      <w:r/>
      <w:hyperlink r:id="rId12">
        <w:r>
          <w:rPr>
            <w:color w:val="0000EE"/>
            <w:u w:val="single"/>
          </w:rPr>
          <w:t>https://www.hlth.com/2024event/sponsors/nvidia</w:t>
        </w:r>
      </w:hyperlink>
      <w:r>
        <w:t xml:space="preserve"> - It provides details on Nvidia's contributions, including the NVIDIA Clara framework for healthcare applications.</w:t>
      </w:r>
      <w:r/>
    </w:p>
    <w:p>
      <w:pPr>
        <w:pStyle w:val="ListNumber"/>
        <w:spacing w:line="240" w:lineRule="auto"/>
        <w:ind w:left="720"/>
      </w:pPr>
      <w:r/>
      <w:hyperlink r:id="rId13">
        <w:r>
          <w:rPr>
            <w:color w:val="0000EE"/>
            <w:u w:val="single"/>
          </w:rPr>
          <w:t>https://www.nvidia.com/en-us/industries/healthcare-life-sciences/</w:t>
        </w:r>
      </w:hyperlink>
      <w:r>
        <w:t xml:space="preserve"> - This page explains Nvidia's solutions for healthcare and life sciences, including their presence at the HLTH 2024 conference.</w:t>
      </w:r>
      <w:r/>
    </w:p>
    <w:p>
      <w:pPr>
        <w:pStyle w:val="ListNumber"/>
        <w:spacing w:line="240" w:lineRule="auto"/>
        <w:ind w:left="720"/>
      </w:pPr>
      <w:r/>
      <w:hyperlink r:id="rId10">
        <w:r>
          <w:rPr>
            <w:color w:val="0000EE"/>
            <w:u w:val="single"/>
          </w:rPr>
          <w:t>https://www.benzinga.com/markets/equities/24/10/41417401/nvidia-google-and-microsoft-to-present-ai-tools-aimed-at-reducing-healthcare-worker-burnout-at-l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0/41417401/nvidia-google-and-microsoft-to-present-ai-tools-aimed-at-reducing-healthcare-worker-burnout-at-l" TargetMode="External"/><Relationship Id="rId11" Type="http://schemas.openxmlformats.org/officeDocument/2006/relationships/hyperlink" Target="https://ramaonhealthcare.com/nvidia-google-microsoft-and-more-head-to-las-vegas-to-tout-health-care-ai-tools/" TargetMode="External"/><Relationship Id="rId12" Type="http://schemas.openxmlformats.org/officeDocument/2006/relationships/hyperlink" Target="https://www.hlth.com/2024event/sponsors/nvidia" TargetMode="External"/><Relationship Id="rId13" Type="http://schemas.openxmlformats.org/officeDocument/2006/relationships/hyperlink" Target="https://www.nvidia.com/en-us/industries/healthcare-life-sci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