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gaming: how AI enhances player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world of video game design, advancements in artificial intelligence technology are opening up new possibilities for enhancing player interactions and experiences. For years, non-player characters (NPCs) in video games have been limited to scripted dialogues and interactions, often leading to repetitive and predictable gameplay. However, with the integration of generative AI, game developers are now offering players more dynamic and responsive environments.</w:t>
      </w:r>
      <w:r/>
    </w:p>
    <w:p>
      <w:r/>
      <w:r>
        <w:t>A prime example of this innovation is the multiplayer game "Retail Mage," developed by Jam &amp; Tea Studios. Set in a magical furniture store, players assume the role of both salesperson and wizard, interacting with customers and striving for five-star reviews. What sets "Retail Mage" apart is its AI-driven approach, where player interactions with the shop and the NPCs are not pre-scripted but generated in real-time, allowing for a broader range of actions, from deconstructing items to improvisational conversations.</w:t>
      </w:r>
      <w:r/>
    </w:p>
    <w:p>
      <w:r/>
      <w:r>
        <w:t>Michael Yichao, co-founder of Jam &amp; Tea Studios, explained that generative AI can facilitate a more immersive form of gameplay, where the world adapts spontaneously to players’ creative choices and narratives. Unlike traditional methods where players follow a linear path dictated by scripted NPCs, this technology enables more nuanced and varied relationships within the game.</w:t>
      </w:r>
      <w:r/>
    </w:p>
    <w:p>
      <w:r/>
      <w:r>
        <w:t>Numerous tech companies are contributing to the incorporation of AI in gaming. Nvidia has developed ACE technologies to animate "digital humans" with lifelike responses, while Inworld AI offers platforms to generate NPC behaviour and dialogue. Ubisoft has implemented an AI tool, Ghostwriter, to assist in writing NPC dialogues without replacing human contributors.</w:t>
      </w:r>
      <w:r/>
    </w:p>
    <w:p>
      <w:r/>
      <w:r>
        <w:t>Despite the enthusiasm surrounding these developments, ethical considerations linger. A report from the Game Developers Conference in January indicated a significant portion of developers are already employing generative AI in their projects. The tech sees heavy usage in indie studios, with 37% of developers using such tools. Nonetheless, concerns about ethical deployment persist, with a majority voicing caution.</w:t>
      </w:r>
      <w:r/>
    </w:p>
    <w:p>
      <w:r/>
      <w:r>
        <w:t>Carl Kwoh, CEO and co-founder of Jam &amp; Tea Studios, emphasised the importance of using AI as a complementary tool to human creativity, not a replacement. "The goal is to craft experiences that foster player connectivity and storytelling possibilities previously unattainable," Kwoh said.</w:t>
      </w:r>
      <w:r/>
    </w:p>
    <w:p>
      <w:r/>
      <w:r>
        <w:t>The potential for AI in gaming extends beyond enhancing NPC interactions. Artificial Agency, a Canadian AI company, has designed an engine that can integrate AI into various aspects of gameplay, from companions to overseeing agents guiding players through content. Brian Tanner, CEO of Artificial Agency, noted that this technology could relieve designers of the onerous task of scripting every game outcome, allowing more focus on character backgrounds and motivations.</w:t>
      </w:r>
      <w:r/>
    </w:p>
    <w:p>
      <w:r/>
      <w:r>
        <w:t>The immersive nature of AI in gaming was exemplified in a demonstration by Nvidia's Ike Nnole, showcasing how players in "Mecha BREAK" could now directly interact with NPC mechanics to customise machinery, moving away from traditional menu systems to more streamlined, conversational experiences.</w:t>
      </w:r>
      <w:r/>
    </w:p>
    <w:p>
      <w:r/>
      <w:r>
        <w:t>The ongoing development of AI technologies is reshaping the gaming landscape, promising a future where game worlds feel more alive and responsive to player actions. As the industry continues to explore these capabilities, the potential for richer, more authentic player experiences grows.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https://ai.engineering.columbia.edu/ai-applications/ai-video-games/</w:t>
        </w:r>
      </w:hyperlink>
      <w:r>
        <w:t xml:space="preserve"> - This article explains how AI is used in video games to enhance computer graphics and create 'smart' opponents, and discusses the future potential of AI in gaming, including the use of Generative Adversarial Networks (GANs).</w:t>
      </w:r>
      <w:r/>
    </w:p>
    <w:p>
      <w:pPr>
        <w:pStyle w:val="ListNumber"/>
        <w:spacing w:line="240" w:lineRule="auto"/>
        <w:ind w:left="720"/>
      </w:pPr>
      <w:r/>
      <w:hyperlink r:id="rId11">
        <w:r>
          <w:rPr>
            <w:color w:val="0000EE"/>
            <w:u w:val="single"/>
          </w:rPr>
          <w:t>https://kevurugames.com/blog/how-ai-is-disrupting-the-video-game-industry/</w:t>
        </w:r>
      </w:hyperlink>
      <w:r>
        <w:t xml:space="preserve"> - This article details how AI is disrupting the video game industry by enhancing pre-production, generating dynamic and personalized experiences, and analyzing player behavior to inform game design and monetization strategies.</w:t>
      </w:r>
      <w:r/>
    </w:p>
    <w:p>
      <w:pPr>
        <w:pStyle w:val="ListNumber"/>
        <w:spacing w:line="240" w:lineRule="auto"/>
        <w:ind w:left="720"/>
      </w:pPr>
      <w:r/>
      <w:hyperlink r:id="rId12">
        <w:r>
          <w:rPr>
            <w:color w:val="0000EE"/>
            <w:u w:val="single"/>
          </w:rPr>
          <w:t>https://www.talentdesk.io/blog/the-future-of-ai-in-game-development</w:t>
        </w:r>
      </w:hyperlink>
      <w:r>
        <w:t xml:space="preserve"> - This article discusses the future of AI in game development, including AI-driven asset creation, enhanced storytelling, and personalized gaming experiences based on player data and preferences.</w:t>
      </w:r>
      <w:r/>
    </w:p>
    <w:p>
      <w:pPr>
        <w:pStyle w:val="ListNumber"/>
        <w:spacing w:line="240" w:lineRule="auto"/>
        <w:ind w:left="720"/>
      </w:pPr>
      <w:r/>
      <w:hyperlink r:id="rId13">
        <w:r>
          <w:rPr>
            <w:color w:val="0000EE"/>
            <w:u w:val="single"/>
          </w:rPr>
          <w:t>https://www.forbes.com/sites/bernardmarr/2024/04/18/the-role-of-generative-ai-in-video-game-development/</w:t>
        </w:r>
      </w:hyperlink>
      <w:r>
        <w:t xml:space="preserve"> - This article explores the role of generative AI in video game development, including procedural generation, automated modeling, voice synthesis, and dynamic storytelling, highlighting examples from companies like Ubisoft and Ninja Theory.</w:t>
      </w:r>
      <w:r/>
    </w:p>
    <w:p>
      <w:pPr>
        <w:pStyle w:val="ListNumber"/>
        <w:spacing w:line="240" w:lineRule="auto"/>
        <w:ind w:left="720"/>
      </w:pPr>
      <w:r/>
      <w:hyperlink r:id="rId11">
        <w:r>
          <w:rPr>
            <w:color w:val="0000EE"/>
            <w:u w:val="single"/>
          </w:rPr>
          <w:t>https://kevurugames.com/blog/how-ai-is-disrupting-the-video-game-industry/</w:t>
        </w:r>
      </w:hyperlink>
      <w:r>
        <w:t xml:space="preserve"> - This article mentions the use of AI in creating AI-generated characters, dialogue, and environments, and how AI can personalize gaming experiences by adapting gameplay elements based on individual player preferences and skill levels.</w:t>
      </w:r>
      <w:r/>
    </w:p>
    <w:p>
      <w:pPr>
        <w:pStyle w:val="ListNumber"/>
        <w:spacing w:line="240" w:lineRule="auto"/>
        <w:ind w:left="720"/>
      </w:pPr>
      <w:r/>
      <w:hyperlink r:id="rId12">
        <w:r>
          <w:rPr>
            <w:color w:val="0000EE"/>
            <w:u w:val="single"/>
          </w:rPr>
          <w:t>https://www.talentdesk.io/blog/the-future-of-ai-in-game-development</w:t>
        </w:r>
      </w:hyperlink>
      <w:r>
        <w:t xml:space="preserve"> - This article explains how AI can enhance NPC behavior, making interactions more like talking to a real person, and how AI can drive dynamic storytelling with unlimited storylines based on player actions.</w:t>
      </w:r>
      <w:r/>
    </w:p>
    <w:p>
      <w:pPr>
        <w:pStyle w:val="ListNumber"/>
        <w:spacing w:line="240" w:lineRule="auto"/>
        <w:ind w:left="720"/>
      </w:pPr>
      <w:r/>
      <w:hyperlink r:id="rId13">
        <w:r>
          <w:rPr>
            <w:color w:val="0000EE"/>
            <w:u w:val="single"/>
          </w:rPr>
          <w:t>https://www.forbes.com/sites/bernardmarr/2024/04/18/the-role-of-generative-ai-in-video-game-development/</w:t>
        </w:r>
      </w:hyperlink>
      <w:r>
        <w:t xml:space="preserve"> - This article discusses how generative AI can automate game testing and quality assurance, detecting bugs and defects, and creating simulated players to test the game in various ways.</w:t>
      </w:r>
      <w:r/>
    </w:p>
    <w:p>
      <w:pPr>
        <w:pStyle w:val="ListNumber"/>
        <w:spacing w:line="240" w:lineRule="auto"/>
        <w:ind w:left="720"/>
      </w:pPr>
      <w:r/>
      <w:hyperlink r:id="rId10">
        <w:r>
          <w:rPr>
            <w:color w:val="0000EE"/>
            <w:u w:val="single"/>
          </w:rPr>
          <w:t>https://ai.engineering.columbia.edu/ai-applications/ai-video-games/</w:t>
        </w:r>
      </w:hyperlink>
      <w:r>
        <w:t xml:space="preserve"> - This article touches on the ethical considerations and the balance between AI and human creativity in game development, aligning with the importance of using AI as a complementary tool rather than a replacement.</w:t>
      </w:r>
      <w:r/>
    </w:p>
    <w:p>
      <w:pPr>
        <w:pStyle w:val="ListNumber"/>
        <w:spacing w:line="240" w:lineRule="auto"/>
        <w:ind w:left="720"/>
      </w:pPr>
      <w:r/>
      <w:hyperlink r:id="rId11">
        <w:r>
          <w:rPr>
            <w:color w:val="0000EE"/>
            <w:u w:val="single"/>
          </w:rPr>
          <w:t>https://kevurugames.com/blog/how-ai-is-disrupting-the-video-game-industry/</w:t>
        </w:r>
      </w:hyperlink>
      <w:r>
        <w:t xml:space="preserve"> - This article highlights the integration of AI in various aspects of gameplay, such as procedural content generation, dynamic difficulty adjustment, and virtual reality (VR) and augmented reality (AR) enhancements.</w:t>
      </w:r>
      <w:r/>
    </w:p>
    <w:p>
      <w:pPr>
        <w:pStyle w:val="ListNumber"/>
        <w:spacing w:line="240" w:lineRule="auto"/>
        <w:ind w:left="720"/>
      </w:pPr>
      <w:r/>
      <w:hyperlink r:id="rId12">
        <w:r>
          <w:rPr>
            <w:color w:val="0000EE"/>
            <w:u w:val="single"/>
          </w:rPr>
          <w:t>https://www.talentdesk.io/blog/the-future-of-ai-in-game-development</w:t>
        </w:r>
      </w:hyperlink>
      <w:r>
        <w:t xml:space="preserve"> - This article discusses how AI can facilitate real-time strategy adaptation, creating customized experiences tailored to individual players' preferences and capabilities, and how AI can accelerate development cycles by automating tasks.</w:t>
      </w:r>
      <w:r/>
    </w:p>
    <w:p>
      <w:pPr>
        <w:pStyle w:val="ListNumber"/>
        <w:spacing w:line="240" w:lineRule="auto"/>
        <w:ind w:left="720"/>
      </w:pPr>
      <w:r/>
      <w:hyperlink r:id="rId13">
        <w:r>
          <w:rPr>
            <w:color w:val="0000EE"/>
            <w:u w:val="single"/>
          </w:rPr>
          <w:t>https://www.forbes.com/sites/bernardmarr/2024/04/18/the-role-of-generative-ai-in-video-game-development/</w:t>
        </w:r>
      </w:hyperlink>
      <w:r>
        <w:t xml:space="preserve"> - This article provides examples of companies like Nvidia and Ubisoft using AI tools to enhance game development, such as Nvidia's ACE technologies and Ubisoft's Ghostwriter tool for NPC dialogues.</w:t>
      </w:r>
      <w:r/>
    </w:p>
    <w:p>
      <w:pPr>
        <w:pStyle w:val="ListNumber"/>
        <w:spacing w:line="240" w:lineRule="auto"/>
        <w:ind w:left="720"/>
      </w:pPr>
      <w:r/>
      <w:hyperlink r:id="rId14">
        <w:r>
          <w:rPr>
            <w:color w:val="0000EE"/>
            <w:u w:val="single"/>
          </w:rPr>
          <w:t>https://www.denverpost.com/2024/10/19/artificial-intelligence-npcs-video-games/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engineering.columbia.edu/ai-applications/ai-video-games/" TargetMode="External"/><Relationship Id="rId11" Type="http://schemas.openxmlformats.org/officeDocument/2006/relationships/hyperlink" Target="https://kevurugames.com/blog/how-ai-is-disrupting-the-video-game-industry/" TargetMode="External"/><Relationship Id="rId12" Type="http://schemas.openxmlformats.org/officeDocument/2006/relationships/hyperlink" Target="https://www.talentdesk.io/blog/the-future-of-ai-in-game-development" TargetMode="External"/><Relationship Id="rId13" Type="http://schemas.openxmlformats.org/officeDocument/2006/relationships/hyperlink" Target="https://www.forbes.com/sites/bernardmarr/2024/04/18/the-role-of-generative-ai-in-video-game-development/" TargetMode="External"/><Relationship Id="rId14" Type="http://schemas.openxmlformats.org/officeDocument/2006/relationships/hyperlink" Target="https://www.denverpost.com/2024/10/19/artificial-intelligence-npcs-video-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