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fitness: affordable solutions versus the human touch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world of fitness, the integration of artificial intelligence into exercise regimes is gaining momentum, particularly concerning the affordability and customisation of fitness plans. This development is reshaping how individuals approach their fitness goals, potentially broadening accessibility but also raising questions about the future of personal trainers.</w:t>
      </w:r>
      <w:r/>
    </w:p>
    <w:p>
      <w:r/>
      <w:r>
        <w:t>Anna Maria Kalebic, a 53-year-old fitness enthusiast from England, recently detailed her experiences using an AI-powered fitness app for a 12-week period, a journey sparked by her stagnating routine at the gym. This app, costing just over $13 monthly, offered a significant price difference compared to traditional personal training sessions, which range from $50 to $100 per hour. Trainers like Jill Brown, a seasoned fitness and nutrition expert in Los Angeles, charge between $135 and $200 per session, highlighting the financial appeal of AI apps.</w:t>
      </w:r>
      <w:r/>
    </w:p>
    <w:p>
      <w:r/>
      <w:r>
        <w:t>Kalebic's entry into AI-assisted fitness was motivated by the monotony of her previous workouts, especially emphasised during menopause, when maintaining fitness is crucial. She opted for a female virtual trainer after initially starting with a male bot, citing the app's versatility and engaging workout demonstrations as beneficial. Despite her positive feedback, shared widely on platforms such as TikTok, Kalebic acknowledges the irreplaceable value of human interaction with personal trainers. She appreciates the fresh workout ideas and the ease of access but misses the accountability and form-checking that only a personal trainer can offer.</w:t>
      </w:r>
      <w:r/>
    </w:p>
    <w:p>
      <w:r/>
      <w:r>
        <w:t>Jill Brown, speaking with Newsweek, expressed some apprehension regarding AI’s growing influence. With over 350,000 fitness trainers and instructors in the U.S., and an anticipated growth rate much faster than average over the next decade, the industry's landscape is evolving. Brown noted that while AI might not threaten seasoned trainers like herself, it does pose a potential challenge for newcomers to the field, particularly those targeting younger demographics accustomed to digital solutions in many aspects of life.</w:t>
      </w:r>
      <w:r/>
    </w:p>
    <w:p>
      <w:r/>
      <w:r>
        <w:t>AI’s ability to deliver structured and personalised fitness programmes at a lower cost is advantageous, according to Brown, yet she emphasises the limitations. The human aspect of in-person training, which includes social interaction and personalised motivation, remains a cornerstone of integrated fitness and well-being services. Trainers provide not just exercise guidance, but also a space for clients to talk about personal matters, offering a supportive environment that AI cannot replicate.</w:t>
      </w:r>
      <w:r/>
    </w:p>
    <w:p>
      <w:r/>
      <w:r>
        <w:t>Furthermore, Brown believes that despite the affordability and convenience of AI training apps, they lack the enforced accountability that stems from a personal trainer’s physical presence and commitment. When a trainer arrives for a session, that personal interaction encourages adherence to fitness goals in ways that AI cannot yet mimic.</w:t>
      </w:r>
      <w:r/>
    </w:p>
    <w:p>
      <w:r/>
      <w:r>
        <w:t>The discourse surrounding AI in fitness underscores a broader societal theme: the balance between leveraging technology for efficiency and preserving vital human elements of support and interaction. While AI may not yet pose an imminent threat to the profession, its development continues to influence how fitness is consumed, especially among younger generations looking for economically viable fitness solutions.</w:t>
      </w:r>
      <w:r/>
    </w:p>
    <w:p>
      <w:r/>
      <w:r>
        <w:t>As the fitness industry continues to adapt to these technological advancements, the role of AI will remain a topic of discussion among experts and consumers alike, potentially redefining the landscape of personal fitness training while underscoring the enduring value of human connection.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https://www.zfort.com/blog/Fitness-AI-vs-Human-Trainers</w:t>
        </w:r>
      </w:hyperlink>
      <w:r>
        <w:t xml:space="preserve"> - This article discusses the integration of AI in fitness apps, their affordability, and customization, as well as the comparison between AI apps and human trainers in terms of cost, personalization, and accountability.</w:t>
      </w:r>
      <w:r/>
    </w:p>
    <w:p>
      <w:pPr>
        <w:pStyle w:val="ListNumber"/>
        <w:spacing w:line="240" w:lineRule="auto"/>
        <w:ind w:left="720"/>
      </w:pPr>
      <w:r/>
      <w:hyperlink r:id="rId11">
        <w:r>
          <w:rPr>
            <w:color w:val="0000EE"/>
            <w:u w:val="single"/>
          </w:rPr>
          <w:t>https://appinventiv.com/blog/cost-to-develop-ai-fitness-app-like-fitbod/</w:t>
        </w:r>
      </w:hyperlink>
      <w:r>
        <w:t xml:space="preserve"> - This source details the cost and development complexities of AI-powered fitness apps, including the factors that influence their cost and the integration of advanced technologies like AI and machine learning.</w:t>
      </w:r>
      <w:r/>
    </w:p>
    <w:p>
      <w:pPr>
        <w:pStyle w:val="ListNumber"/>
        <w:spacing w:line="240" w:lineRule="auto"/>
        <w:ind w:left="720"/>
      </w:pPr>
      <w:r/>
      <w:hyperlink r:id="rId12">
        <w:r>
          <w:rPr>
            <w:color w:val="0000EE"/>
            <w:u w:val="single"/>
          </w:rPr>
          <w:t>https://fortune.com/recommends/health/best-workout-apps/</w:t>
        </w:r>
      </w:hyperlink>
      <w:r>
        <w:t xml:space="preserve"> - This article reviews various AI-powered fitness apps, such as Shred and Caliber, highlighting their features, cost, and the balance between affordability and the personalized experience offered by human trainers.</w:t>
      </w:r>
      <w:r/>
    </w:p>
    <w:p>
      <w:pPr>
        <w:pStyle w:val="ListNumber"/>
        <w:spacing w:line="240" w:lineRule="auto"/>
        <w:ind w:left="720"/>
      </w:pPr>
      <w:r/>
      <w:hyperlink r:id="rId13">
        <w:r>
          <w:rPr>
            <w:color w:val="0000EE"/>
            <w:u w:val="single"/>
          </w:rPr>
          <w:t>https://www.solutelabs.com/blog/future-of-fitness</w:t>
        </w:r>
      </w:hyperlink>
      <w:r>
        <w:t xml:space="preserve"> - This blog post discusses the emerging trends in AI fitness apps, including hyper-personalization, data integration, and the future role of AI in preventive healthcare and user engagement.</w:t>
      </w:r>
      <w:r/>
    </w:p>
    <w:p>
      <w:pPr>
        <w:pStyle w:val="ListNumber"/>
        <w:spacing w:line="240" w:lineRule="auto"/>
        <w:ind w:left="720"/>
      </w:pPr>
      <w:r/>
      <w:hyperlink r:id="rId10">
        <w:r>
          <w:rPr>
            <w:color w:val="0000EE"/>
            <w:u w:val="single"/>
          </w:rPr>
          <w:t>https://www.zfort.com/blog/Fitness-AI-vs-Human-Trainers</w:t>
        </w:r>
      </w:hyperlink>
      <w:r>
        <w:t xml:space="preserve"> - This article addresses the financial appeal of AI apps compared to traditional personal training sessions and the limitations of AI in terms of accountability and human interaction.</w:t>
      </w:r>
      <w:r/>
    </w:p>
    <w:p>
      <w:pPr>
        <w:pStyle w:val="ListNumber"/>
        <w:spacing w:line="240" w:lineRule="auto"/>
        <w:ind w:left="720"/>
      </w:pPr>
      <w:r/>
      <w:hyperlink r:id="rId12">
        <w:r>
          <w:rPr>
            <w:color w:val="0000EE"/>
            <w:u w:val="single"/>
          </w:rPr>
          <w:t>https://fortune.com/recommends/health/best-workout-apps/</w:t>
        </w:r>
      </w:hyperlink>
      <w:r>
        <w:t xml:space="preserve"> - This source provides examples of AI-powered fitness apps that offer significant price differences compared to traditional personal training, such as Shred and Caliber.</w:t>
      </w:r>
      <w:r/>
    </w:p>
    <w:p>
      <w:pPr>
        <w:pStyle w:val="ListNumber"/>
        <w:spacing w:line="240" w:lineRule="auto"/>
        <w:ind w:left="720"/>
      </w:pPr>
      <w:r/>
      <w:hyperlink r:id="rId10">
        <w:r>
          <w:rPr>
            <w:color w:val="0000EE"/>
            <w:u w:val="single"/>
          </w:rPr>
          <w:t>https://www.zfort.com/blog/Fitness-AI-vs-Human-Trainers</w:t>
        </w:r>
      </w:hyperlink>
      <w:r>
        <w:t xml:space="preserve"> - This article highlights the importance of human interaction and accountability in fitness training, which AI apps currently cannot replicate.</w:t>
      </w:r>
      <w:r/>
    </w:p>
    <w:p>
      <w:pPr>
        <w:pStyle w:val="ListNumber"/>
        <w:spacing w:line="240" w:lineRule="auto"/>
        <w:ind w:left="720"/>
      </w:pPr>
      <w:r/>
      <w:hyperlink r:id="rId11">
        <w:r>
          <w:rPr>
            <w:color w:val="0000EE"/>
            <w:u w:val="single"/>
          </w:rPr>
          <w:t>https://appinventiv.com/blog/cost-to-develop-ai-fitness-app-like-fitbod/</w:t>
        </w:r>
      </w:hyperlink>
      <w:r>
        <w:t xml:space="preserve"> - This source explains the complexity and cost involved in developing AI-powered fitness apps, which affects their affordability and accessibility.</w:t>
      </w:r>
      <w:r/>
    </w:p>
    <w:p>
      <w:pPr>
        <w:pStyle w:val="ListNumber"/>
        <w:spacing w:line="240" w:lineRule="auto"/>
        <w:ind w:left="720"/>
      </w:pPr>
      <w:r/>
      <w:hyperlink r:id="rId12">
        <w:r>
          <w:rPr>
            <w:color w:val="0000EE"/>
            <w:u w:val="single"/>
          </w:rPr>
          <w:t>https://fortune.com/recommends/health/best-workout-apps/</w:t>
        </w:r>
      </w:hyperlink>
      <w:r>
        <w:t xml:space="preserve"> - This article discusses how AI apps lack the enforced accountability provided by the physical presence of a personal trainer, impacting adherence to fitness goals.</w:t>
      </w:r>
      <w:r/>
    </w:p>
    <w:p>
      <w:pPr>
        <w:pStyle w:val="ListNumber"/>
        <w:spacing w:line="240" w:lineRule="auto"/>
        <w:ind w:left="720"/>
      </w:pPr>
      <w:r/>
      <w:hyperlink r:id="rId13">
        <w:r>
          <w:rPr>
            <w:color w:val="0000EE"/>
            <w:u w:val="single"/>
          </w:rPr>
          <w:t>https://www.solutelabs.com/blog/future-of-fitness</w:t>
        </w:r>
      </w:hyperlink>
      <w:r>
        <w:t xml:space="preserve"> - This blog post touches on the broader societal theme of balancing technology with human elements of support and interaction in the fitness industry.</w:t>
      </w:r>
      <w:r/>
    </w:p>
    <w:p>
      <w:pPr>
        <w:pStyle w:val="ListNumber"/>
        <w:spacing w:line="240" w:lineRule="auto"/>
        <w:ind w:left="720"/>
      </w:pPr>
      <w:r/>
      <w:hyperlink r:id="rId10">
        <w:r>
          <w:rPr>
            <w:color w:val="0000EE"/>
            <w:u w:val="single"/>
          </w:rPr>
          <w:t>https://www.zfort.com/blog/Fitness-AI-vs-Human-Trainers</w:t>
        </w:r>
      </w:hyperlink>
      <w:r>
        <w:t xml:space="preserve"> - This article underscores the enduring value of human connection in fitness training and how AI development influences the consumption of fitness services, especially among younger generations.</w:t>
      </w:r>
      <w:r/>
    </w:p>
    <w:p>
      <w:pPr>
        <w:pStyle w:val="ListNumber"/>
        <w:spacing w:line="240" w:lineRule="auto"/>
        <w:ind w:left="720"/>
      </w:pPr>
      <w:r/>
      <w:hyperlink r:id="rId14">
        <w:r>
          <w:rPr>
            <w:color w:val="0000EE"/>
            <w:u w:val="single"/>
          </w:rPr>
          <w:t>https://www.newsweek.com/woman-trains-artificial-intelligence-personal-trainer-1971101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fort.com/blog/Fitness-AI-vs-Human-Trainers" TargetMode="External"/><Relationship Id="rId11" Type="http://schemas.openxmlformats.org/officeDocument/2006/relationships/hyperlink" Target="https://appinventiv.com/blog/cost-to-develop-ai-fitness-app-like-fitbod/" TargetMode="External"/><Relationship Id="rId12" Type="http://schemas.openxmlformats.org/officeDocument/2006/relationships/hyperlink" Target="https://fortune.com/recommends/health/best-workout-apps/" TargetMode="External"/><Relationship Id="rId13" Type="http://schemas.openxmlformats.org/officeDocument/2006/relationships/hyperlink" Target="https://www.solutelabs.com/blog/future-of-fitness" TargetMode="External"/><Relationship Id="rId14" Type="http://schemas.openxmlformats.org/officeDocument/2006/relationships/hyperlink" Target="https://www.newsweek.com/woman-trains-artificial-intelligence-personal-trainer-19711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