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developers cautious about AI adoption despite global enthusiasm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by Stack Overflow has revealed a cautious approach towards the adoption of generative AI tools among developers in the UK, affecting overall AI enthusiasm compared to their global counterparts. This comprehensive survey engaged 65,000 developers worldwide, including 3,200 from the UK, to analyse emerging patterns in AI technology uptake within the coding community.</w:t>
      </w:r>
      <w:r/>
    </w:p>
    <w:p>
      <w:r/>
      <w:r>
        <w:t>The survey findings highlighted that just over half (51%) of UK developers are currently employing AI in their work processes, a figure that lags behind the global average of 62%. Despite this gap, the data points to a progressive shift in British attitudes, as the current adoption rate marks a significant rise from 37% recorded in the previous year.</w:t>
      </w:r>
      <w:r/>
    </w:p>
    <w:p>
      <w:r/>
      <w:r>
        <w:t>Interestingly, the study found that 29% of UK programmers held an indifferent view towards AI, whereas only a small fraction, 10%, expressed a wholly unfavourable opinion. Within Europe, the UK emerged as one of the least enthusiastic nations regarding AI technology, a contrast to its ambition of becoming a leader in the AI sector.</w:t>
      </w:r>
      <w:r/>
    </w:p>
    <w:p>
      <w:r/>
      <w:r>
        <w:t>Further insights from the survey indicate that a substantial portion of UK developers, over one-third (36%), have neither adopted AI nor do they intend to integrate such technologies into their practices in the near future. This hesitancy is reflected in the perceptions of AI favourability, with only 62% of developers viewing these tools in a positive or very positive light—falling 10 percentage points shy of the global sentiment.</w:t>
      </w:r>
      <w:r/>
    </w:p>
    <w:p>
      <w:r/>
      <w:r>
        <w:t>Central to the concerns surrounding AI tools among UK developers is the issue of trust. A mere 38% of participants conveyed confidence in the dependability of AI outputs. This scepticism predominantly stems from a perceived inadequacy in AI understanding of specific project contexts and a lack of faith in the results generated by these tools.</w:t>
      </w:r>
      <w:r/>
    </w:p>
    <w:p>
      <w:r/>
      <w:r>
        <w:t>The findings also suggest that experience could be a contributing factor to AI adoption rates in the UK. The report highlights that British developers boast an average of 18 years of coding experience, surpassing peers from the US, Canada, and India, who average 17, 16, and 8 years respectively. This greater depth of experience could play a role in the wary stance towards the novel AI technologies some less experienced developers might embrace more readily.</w:t>
      </w:r>
      <w:r/>
    </w:p>
    <w:p>
      <w:r/>
      <w:r>
        <w:t>The Stack Overflow study underlines a notable dichotomy: while AI continues to enhance productivity across the globe, UK developers maintain a more measured approach. It is a dynamic scenario poised for further evolution as AI technologies and their applications mature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https://www.techradar.com/pro/developers-are-flocking-to-ai-tools-to-boost-productivity-but-not-everywhere</w:t>
        </w:r>
      </w:hyperlink>
      <w:r>
        <w:t xml:space="preserve"> - This article corroborates the cautious approach of UK developers towards AI, with only 51% using AI tools compared to the global average of 62%, and highlights the rise in adoption from 37% the previous year.</w:t>
      </w:r>
      <w:r/>
    </w:p>
    <w:p>
      <w:pPr>
        <w:pStyle w:val="ListNumber"/>
        <w:spacing w:line="240" w:lineRule="auto"/>
        <w:ind w:left="720"/>
      </w:pPr>
      <w:r/>
      <w:hyperlink r:id="rId10">
        <w:r>
          <w:rPr>
            <w:color w:val="0000EE"/>
            <w:u w:val="single"/>
          </w:rPr>
          <w:t>https://www.techradar.com/pro/developers-are-flocking-to-ai-tools-to-boost-productivity-but-not-everywhere</w:t>
        </w:r>
      </w:hyperlink>
      <w:r>
        <w:t xml:space="preserve"> - It supports the finding that 29% of UK programmers are indifferent to AI, and only 10% have a completely unfavourable view.</w:t>
      </w:r>
      <w:r/>
    </w:p>
    <w:p>
      <w:pPr>
        <w:pStyle w:val="ListNumber"/>
        <w:spacing w:line="240" w:lineRule="auto"/>
        <w:ind w:left="720"/>
      </w:pPr>
      <w:r/>
      <w:hyperlink r:id="rId10">
        <w:r>
          <w:rPr>
            <w:color w:val="0000EE"/>
            <w:u w:val="single"/>
          </w:rPr>
          <w:t>https://www.techradar.com/pro/developers-are-flocking-to-ai-tools-to-boost-productivity-but-not-everywhere</w:t>
        </w:r>
      </w:hyperlink>
      <w:r>
        <w:t xml:space="preserve"> - This source confirms that the UK is one of the least AI-enthusiastic countries in Europe and that over one-third of UK developers have no plans to integrate AI into their practices.</w:t>
      </w:r>
      <w:r/>
    </w:p>
    <w:p>
      <w:pPr>
        <w:pStyle w:val="ListNumber"/>
        <w:spacing w:line="240" w:lineRule="auto"/>
        <w:ind w:left="720"/>
      </w:pPr>
      <w:r/>
      <w:hyperlink r:id="rId10">
        <w:r>
          <w:rPr>
            <w:color w:val="0000EE"/>
            <w:u w:val="single"/>
          </w:rPr>
          <w:t>https://www.techradar.com/pro/developers-are-flocking-to-ai-tools-to-boost-productivity-but-not-everywhere</w:t>
        </w:r>
      </w:hyperlink>
      <w:r>
        <w:t xml:space="preserve"> - It details the trust issues among UK developers, with only 38% trusting the accuracy of AI outputs due to concerns about project context understanding and result reliability.</w:t>
      </w:r>
      <w:r/>
    </w:p>
    <w:p>
      <w:pPr>
        <w:pStyle w:val="ListNumber"/>
        <w:spacing w:line="240" w:lineRule="auto"/>
        <w:ind w:left="720"/>
      </w:pPr>
      <w:r/>
      <w:hyperlink r:id="rId10">
        <w:r>
          <w:rPr>
            <w:color w:val="0000EE"/>
            <w:u w:val="single"/>
          </w:rPr>
          <w:t>https://www.techradar.com/pro/developers-are-flocking-to-ai-tools-to-boost-productivity-but-not-everywhere</w:t>
        </w:r>
      </w:hyperlink>
      <w:r>
        <w:t xml:space="preserve"> - The article mentions that the average coding experience of UK developers is 18 years, which could influence their cautious stance towards AI technologies.</w:t>
      </w:r>
      <w:r/>
    </w:p>
    <w:p>
      <w:pPr>
        <w:pStyle w:val="ListNumber"/>
        <w:spacing w:line="240" w:lineRule="auto"/>
        <w:ind w:left="720"/>
      </w:pPr>
      <w:r/>
      <w:hyperlink r:id="rId11">
        <w:r>
          <w:rPr>
            <w:color w:val="0000EE"/>
            <w:u w:val="single"/>
          </w:rPr>
          <w:t>https://developers.slashdot.org/story/24/08/03/0332225/coders-dont-fear-ai-reports-stack-overflows-massive-2024-survey</w:t>
        </w:r>
      </w:hyperlink>
      <w:r>
        <w:t xml:space="preserve"> - This source supports the global adoption rate of AI tools, with 62% of developers using AI, and contrasts it with the UK's lower adoption rate.</w:t>
      </w:r>
      <w:r/>
    </w:p>
    <w:p>
      <w:pPr>
        <w:pStyle w:val="ListNumber"/>
        <w:spacing w:line="240" w:lineRule="auto"/>
        <w:ind w:left="720"/>
      </w:pPr>
      <w:r/>
      <w:hyperlink r:id="rId11">
        <w:r>
          <w:rPr>
            <w:color w:val="0000EE"/>
            <w:u w:val="single"/>
          </w:rPr>
          <w:t>https://developers.slashdot.org/story/24/08/03/0332225/coders-dont-fear-ai-reports-stack-overflows-massive-2024-survey</w:t>
        </w:r>
      </w:hyperlink>
      <w:r>
        <w:t xml:space="preserve"> - It confirms that only 12% of surveyed developers globally believe AI is a threat to their job, and 70% are favorably inclined to use AI tools.</w:t>
      </w:r>
      <w:r/>
    </w:p>
    <w:p>
      <w:pPr>
        <w:pStyle w:val="ListNumber"/>
        <w:spacing w:line="240" w:lineRule="auto"/>
        <w:ind w:left="720"/>
      </w:pPr>
      <w:r/>
      <w:hyperlink r:id="rId11">
        <w:r>
          <w:rPr>
            <w:color w:val="0000EE"/>
            <w:u w:val="single"/>
          </w:rPr>
          <w:t>https://developers.slashdot.org/story/24/08/03/0332225/coders-dont-fear-ai-reports-stack-overflows-massive-2024-survey</w:t>
        </w:r>
      </w:hyperlink>
      <w:r>
        <w:t xml:space="preserve"> - The article highlights the benefits of AI tools, such as increased productivity and the ability to learn new skills quickly, which aligns with the global sentiment towards AI.</w:t>
      </w:r>
      <w:r/>
    </w:p>
    <w:p>
      <w:pPr>
        <w:pStyle w:val="ListNumber"/>
        <w:spacing w:line="240" w:lineRule="auto"/>
        <w:ind w:left="720"/>
      </w:pPr>
      <w:r/>
      <w:hyperlink r:id="rId12">
        <w:r>
          <w:rPr>
            <w:color w:val="0000EE"/>
            <w:u w:val="single"/>
          </w:rPr>
          <w:t>https://stackoverflow.blog/2023/06/14/hype-or-not-developers-have-something-to-say-about-ai/</w:t>
        </w:r>
      </w:hyperlink>
      <w:r>
        <w:t xml:space="preserve"> - This article provides context on the global use of AI tools among developers, including the prevalence of ChatGPT and GitHub Copilot, and the varying levels of trust in AI accuracy.</w:t>
      </w:r>
      <w:r/>
    </w:p>
    <w:p>
      <w:pPr>
        <w:pStyle w:val="ListNumber"/>
        <w:spacing w:line="240" w:lineRule="auto"/>
        <w:ind w:left="720"/>
      </w:pPr>
      <w:r/>
      <w:hyperlink r:id="rId12">
        <w:r>
          <w:rPr>
            <w:color w:val="0000EE"/>
            <w:u w:val="single"/>
          </w:rPr>
          <w:t>https://stackoverflow.blog/2023/06/14/hype-or-not-developers-have-something-to-say-about-ai/</w:t>
        </w:r>
      </w:hyperlink>
      <w:r>
        <w:t xml:space="preserve"> - It discusses the regional differences in AI adoption, noting that developers from India, Brazil, and Poland are more likely to use AI tools compared to those from the UK, US, France, and Germany.</w:t>
      </w:r>
      <w:r/>
    </w:p>
    <w:p>
      <w:pPr>
        <w:pStyle w:val="ListNumber"/>
        <w:spacing w:line="240" w:lineRule="auto"/>
        <w:ind w:left="720"/>
      </w:pPr>
      <w:r/>
      <w:hyperlink r:id="rId13">
        <w:r>
          <w:rPr>
            <w:color w:val="0000EE"/>
            <w:u w:val="single"/>
          </w:rPr>
          <w:t>https://www.itpro.com/technology/artificial-intelligence/openais-deal-with-stack-overflow-just-landed-it-goldmine-of-developer-data-heres-why-itll-transform-llm-development</w:t>
        </w:r>
      </w:hyperlink>
      <w:r>
        <w:t xml:space="preserve"> - This article mentions the importance of data from Stack Overflow for training AI models, which indirectly supports the discussion on the trust and accuracy issues with AI tools among developers.</w:t>
      </w:r>
      <w:r/>
    </w:p>
    <w:p>
      <w:pPr>
        <w:pStyle w:val="ListNumber"/>
        <w:spacing w:line="240" w:lineRule="auto"/>
        <w:ind w:left="720"/>
      </w:pPr>
      <w:r/>
      <w:hyperlink r:id="rId10">
        <w:r>
          <w:rPr>
            <w:color w:val="0000EE"/>
            <w:u w:val="single"/>
          </w:rPr>
          <w:t>https://www.techradar.com/pro/developers-are-flocking-to-ai-tools-to-boost-productivity-but-not-everywhere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developers-are-flocking-to-ai-tools-to-boost-productivity-but-not-everywhere" TargetMode="External"/><Relationship Id="rId11" Type="http://schemas.openxmlformats.org/officeDocument/2006/relationships/hyperlink" Target="https://developers.slashdot.org/story/24/08/03/0332225/coders-dont-fear-ai-reports-stack-overflows-massive-2024-survey" TargetMode="External"/><Relationship Id="rId12" Type="http://schemas.openxmlformats.org/officeDocument/2006/relationships/hyperlink" Target="https://stackoverflow.blog/2023/06/14/hype-or-not-developers-have-something-to-say-about-ai/" TargetMode="External"/><Relationship Id="rId13" Type="http://schemas.openxmlformats.org/officeDocument/2006/relationships/hyperlink" Target="https://www.itpro.com/technology/artificial-intelligence/openais-deal-with-stack-overflow-just-landed-it-goldmine-of-developer-data-heres-why-itll-transform-llm-develo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