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Veritone Track: revolutionising digital forensics with AI-powered vehicle tracking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Veritone Track: Revolutionising Digital Forensics with AI-Powered Vehicle Tracking</w:t>
      </w:r>
      <w:r/>
    </w:p>
    <w:p>
      <w:r/>
      <w:r>
        <w:t>In an era marked by rapid advancements in technology and data generation, the demands on law enforcement and public safety agencies to effectively utilise digital evidence are intensifying. With these pressures in mind, Veritone, a leading player in artificial intelligence applications, has unveiled significant upgrades to its Veritone Track platform, an AI-driven digital video forensics tool designed to enhance the management and analysis of video evidence through advanced vehicle tracking capabilities.</w:t>
      </w:r>
      <w:r/>
    </w:p>
    <w:p>
      <w:r/>
      <w:r>
        <w:rPr>
          <w:b/>
        </w:rPr>
        <w:t>Introduction of AI-Powered Vehicle Tracking</w:t>
      </w:r>
      <w:r/>
    </w:p>
    <w:p>
      <w:r/>
      <w:r>
        <w:t>The latest iteration of Veritone Track heralds the arrival of AI-powered vehicle tracking, a feature described as transformative for public safety and law enforcement operations. This advancement facilitates the tracking of vehicles across an array of video inputs such as CCTV, body-worn cameras, drone footage, and even social media uploads. Unlike traditional methods heavily reliant on personally identifiable information (PII), this system utilises AI to identify vehicles by make and model, efficiently aggregating footage into a cohesive timeline and significantly reducing the manual effort involved.</w:t>
      </w:r>
      <w:r/>
    </w:p>
    <w:p>
      <w:r/>
      <w:r>
        <w:t>Jon Gacek, Veritone's General Manager of Public Sector, remarked on the enhancement's potential impact: “Veritone Track’s latest enhancements significantly improve search and performance by utilising the latest aiWARE functionality, adding vehicle tracking and up-levelling the ability for public safety and investigative teams to efficiently respond to and investigate public safety threats.”</w:t>
      </w:r>
      <w:r/>
    </w:p>
    <w:p>
      <w:r/>
      <w:r>
        <w:rPr>
          <w:b/>
        </w:rPr>
        <w:t>Integration with iDEMS and aiWARE</w:t>
      </w:r>
      <w:r/>
    </w:p>
    <w:p>
      <w:r/>
      <w:r>
        <w:t>Veritone Track is an integral component of Veritone's Intelligent Digital Evidence Management System (iDEMS), which is underpinned by the aiWARE™ platform. This platform features over 300 pre-trained and trainable AI models across various cognitive categories, which collectively streamline the analysis and management of digital evidence. The aiWARE platform’s ontology framework empowers agencies to conduct nuanced queries and extract in-depth insights, thus augmenting their capability to manage evidence securely and adhere to governance standards.</w:t>
      </w:r>
      <w:r/>
    </w:p>
    <w:p>
      <w:r/>
      <w:r>
        <w:rPr>
          <w:b/>
        </w:rPr>
        <w:t>Security Enhancements and Cross-Jurisdictional Collaboration</w:t>
      </w:r>
      <w:r/>
    </w:p>
    <w:p>
      <w:r/>
      <w:r>
        <w:t>In line with increasing global security concerns, the ability to efficiently monitor and track vehicles has become indispensable. Veritone Track's updates enable more effective surveillance, particularly in scenarios where large events or government facilities are concerned. The AI-driven tool offers additional security by facilitating automatic monitoring and reporting of suspicious activity involving vehicles.</w:t>
      </w:r>
      <w:r/>
    </w:p>
    <w:p>
      <w:r/>
      <w:r>
        <w:t>Furthermore, the system enhances cross-jurisdictional collaboration, which is essential for multi-agency operations and investigations into cross-border criminal activities. By allowing seamless sharing of vehicle data and digital evidence, the tool boosts coordination and efficiency across regions, ultimately aiding in improving resolution rates for complex cases.</w:t>
      </w:r>
      <w:r/>
    </w:p>
    <w:p>
      <w:r/>
      <w:r>
        <w:rPr>
          <w:b/>
        </w:rPr>
        <w:t>Impact on Investigations and Public Safety</w:t>
      </w:r>
      <w:r/>
    </w:p>
    <w:p>
      <w:r/>
      <w:r>
        <w:t>The comprehensive video analysis capabilities of Veritone Track are proving to be a significant asset for public safety agencies. By allowing real-time monitoring and pattern tracking, it offers crucial support during high-profile events such as protests and emergencies. The tool is particularly adept at identifying and following vehicles that could pose threats to public safety, thereby reducing the manual time and effort traditionally required for video reviews.</w:t>
      </w:r>
      <w:r/>
    </w:p>
    <w:p>
      <w:r/>
      <w:r>
        <w:t>Proponents like Richard Coleman, CEO and Founder of MissionRT, have praised the technology, highlighting its ability to balance advanced AI capabilities with the protection of PII. This focus ensures that while the tool enhances investigation accuracy and speed, it does not compromise privacy, a critical consideration for agencies globally.</w:t>
      </w:r>
      <w:r/>
    </w:p>
    <w:p>
      <w:r/>
      <w:r>
        <w:rPr>
          <w:b/>
        </w:rPr>
        <w:t>Showcasing at the IACP Annual Conference</w:t>
      </w:r>
      <w:r/>
    </w:p>
    <w:p>
      <w:r/>
      <w:r>
        <w:t>Veritone's commitment to advancing AI technology in law enforcement will be further emphasised at the International Association of Chiefs of Police (IACP) Annual Conference and Exposition in Boston, scheduled for October 19-22. The event will provide attendees with a firsthand opportunity to engage with the capabilities of Veritone Track and iDEMS, illustrating how AI is increasingly shaping the landscape of digital evidence management.</w:t>
      </w:r>
      <w:r/>
    </w:p>
    <w:p>
      <w:r/>
      <w:r>
        <w:rPr>
          <w:b/>
        </w:rPr>
        <w:t>Looking Ahead: The Role of AI in Public Safety</w:t>
      </w:r>
      <w:r/>
    </w:p>
    <w:p>
      <w:r/>
      <w:r>
        <w:t>Veritone's innovations reflect a paradigm shift in how law enforcement and public safety agencies harness technology. By merging AI capabilities with human expertise, the company aims to enhance operational effectiveness and accuracy in high-stakes environments. As AI continues to evolve, tools like Veritone Track are likely to play an increasingly central role in the field of digital forensics and public safety, marking a significant step towards smarter and more efficient investigative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https://finance.yahoo.com/news/veritone-enhances-veritone-track-add-110000823.html</w:t>
        </w:r>
      </w:hyperlink>
      <w:r>
        <w:t xml:space="preserve"> - Corroborates the introduction of AI-powered vehicle tracking in Veritone Track and its integration with iDEMS and aiWARE.</w:t>
      </w:r>
      <w:r/>
    </w:p>
    <w:p>
      <w:pPr>
        <w:pStyle w:val="ListNumber"/>
        <w:spacing w:line="240" w:lineRule="auto"/>
        <w:ind w:left="720"/>
      </w:pPr>
      <w:r/>
      <w:hyperlink r:id="rId11">
        <w:r>
          <w:rPr>
            <w:color w:val="0000EE"/>
            <w:u w:val="single"/>
          </w:rPr>
          <w:t>https://statescoop.com/veritone-ai-object-recognition-track-vehicle-2024/</w:t>
        </w:r>
      </w:hyperlink>
      <w:r>
        <w:t xml:space="preserve"> - Supports the claim that Veritone Track does not rely on license plates or facial recognition to track vehicles and people, and highlights its use in various law enforcement scenarios.</w:t>
      </w:r>
      <w:r/>
    </w:p>
    <w:p>
      <w:pPr>
        <w:pStyle w:val="ListNumber"/>
        <w:spacing w:line="240" w:lineRule="auto"/>
        <w:ind w:left="720"/>
      </w:pPr>
      <w:r/>
      <w:hyperlink r:id="rId12">
        <w:r>
          <w:rPr>
            <w:color w:val="0000EE"/>
            <w:u w:val="single"/>
          </w:rPr>
          <w:t>https://www.police1.com/police-products/video-redaction-software/veritone-enhances-veritone-track-to-add-ai-powered-vehicle-tracking/</w:t>
        </w:r>
      </w:hyperlink>
      <w:r>
        <w:t xml:space="preserve"> - Details the enhancements to Veritone Track, including vehicle tracking by make and model, and its impact on video surveillance efficiency and cross-jurisdictional collaboration.</w:t>
      </w:r>
      <w:r/>
    </w:p>
    <w:p>
      <w:pPr>
        <w:pStyle w:val="ListNumber"/>
        <w:spacing w:line="240" w:lineRule="auto"/>
        <w:ind w:left="720"/>
      </w:pPr>
      <w:r/>
      <w:hyperlink r:id="rId13">
        <w:r>
          <w:rPr>
            <w:color w:val="0000EE"/>
            <w:u w:val="single"/>
          </w:rPr>
          <w:t>https://www.veritone.com/industries/state-local-government/</w:t>
        </w:r>
      </w:hyperlink>
      <w:r>
        <w:t xml:space="preserve"> - Explains how Veritone Track uses confidence-based similarity detection to track people and vehicles, and its compliance with CJIS and other security standards.</w:t>
      </w:r>
      <w:r/>
    </w:p>
    <w:p>
      <w:pPr>
        <w:pStyle w:val="ListNumber"/>
        <w:spacing w:line="240" w:lineRule="auto"/>
        <w:ind w:left="720"/>
      </w:pPr>
      <w:r/>
      <w:hyperlink r:id="rId14">
        <w:r>
          <w:rPr>
            <w:color w:val="0000EE"/>
            <w:u w:val="single"/>
          </w:rPr>
          <w:t>https://investors.veritone.com/news-events/press-releases/detail/346/veritone-enhances-veritone-track-to-add-ai-powered-vehicle-tracking</w:t>
        </w:r>
      </w:hyperlink>
      <w:r>
        <w:t xml:space="preserve"> - Provides official press release details on the enhancements to Veritone Track, including its integration with iDEMS and the use of aiWARE for digital evidence management.</w:t>
      </w:r>
      <w:r/>
    </w:p>
    <w:p>
      <w:pPr>
        <w:pStyle w:val="ListNumber"/>
        <w:spacing w:line="240" w:lineRule="auto"/>
        <w:ind w:left="720"/>
      </w:pPr>
      <w:r/>
      <w:hyperlink r:id="rId10">
        <w:r>
          <w:rPr>
            <w:color w:val="0000EE"/>
            <w:u w:val="single"/>
          </w:rPr>
          <w:t>https://finance.yahoo.com/news/veritone-enhances-veritone-track-add-110000823.html</w:t>
        </w:r>
      </w:hyperlink>
      <w:r>
        <w:t xml:space="preserve"> - Quotes Jon Gacek on the impact of the latest enhancements to Veritone Track on public safety and investigative teams.</w:t>
      </w:r>
      <w:r/>
    </w:p>
    <w:p>
      <w:pPr>
        <w:pStyle w:val="ListNumber"/>
        <w:spacing w:line="240" w:lineRule="auto"/>
        <w:ind w:left="720"/>
      </w:pPr>
      <w:r/>
      <w:hyperlink r:id="rId11">
        <w:r>
          <w:rPr>
            <w:color w:val="0000EE"/>
            <w:u w:val="single"/>
          </w:rPr>
          <w:t>https://statescoop.com/veritone-ai-object-recognition-track-vehicle-2024/</w:t>
        </w:r>
      </w:hyperlink>
      <w:r>
        <w:t xml:space="preserve"> - Discusses the use of Veritone Track in tracking vehicles without relying on license plates and its potential for tracking other objects in the future.</w:t>
      </w:r>
      <w:r/>
    </w:p>
    <w:p>
      <w:pPr>
        <w:pStyle w:val="ListNumber"/>
        <w:spacing w:line="240" w:lineRule="auto"/>
        <w:ind w:left="720"/>
      </w:pPr>
      <w:r/>
      <w:hyperlink r:id="rId12">
        <w:r>
          <w:rPr>
            <w:color w:val="0000EE"/>
            <w:u w:val="single"/>
          </w:rPr>
          <w:t>https://www.police1.com/police-products/video-redaction-software/veritone-enhances-veritone-track-to-add-ai-powered-vehicle-tracking/</w:t>
        </w:r>
      </w:hyperlink>
      <w:r>
        <w:t xml:space="preserve"> - Describes the security enhancements and cross-jurisdictional collaboration features of Veritone Track.</w:t>
      </w:r>
      <w:r/>
    </w:p>
    <w:p>
      <w:pPr>
        <w:pStyle w:val="ListNumber"/>
        <w:spacing w:line="240" w:lineRule="auto"/>
        <w:ind w:left="720"/>
      </w:pPr>
      <w:r/>
      <w:hyperlink r:id="rId13">
        <w:r>
          <w:rPr>
            <w:color w:val="0000EE"/>
            <w:u w:val="single"/>
          </w:rPr>
          <w:t>https://www.veritone.com/industries/state-local-government/</w:t>
        </w:r>
      </w:hyperlink>
      <w:r>
        <w:t xml:space="preserve"> - Highlights the role of Veritone Track in accelerating investigations and managing evidence efficiently while protecting personally identifiable information.</w:t>
      </w:r>
      <w:r/>
    </w:p>
    <w:p>
      <w:pPr>
        <w:pStyle w:val="ListNumber"/>
        <w:spacing w:line="240" w:lineRule="auto"/>
        <w:ind w:left="720"/>
      </w:pPr>
      <w:r/>
      <w:hyperlink r:id="rId14">
        <w:r>
          <w:rPr>
            <w:color w:val="0000EE"/>
            <w:u w:val="single"/>
          </w:rPr>
          <w:t>https://investors.veritone.com/news-events/press-releases/detail/346/veritone-enhances-veritone-track-to-add-ai-powered-vehicle-tracking</w:t>
        </w:r>
      </w:hyperlink>
      <w:r>
        <w:t xml:space="preserve"> - Mentions the showcasing of Veritone Track and iDEMS at the International Association of Chiefs of Police (IACP) Annual Conference and Exposition.</w:t>
      </w:r>
      <w:r/>
    </w:p>
    <w:p>
      <w:pPr>
        <w:pStyle w:val="ListNumber"/>
        <w:spacing w:line="240" w:lineRule="auto"/>
        <w:ind w:left="720"/>
      </w:pPr>
      <w:r/>
      <w:hyperlink r:id="rId10">
        <w:r>
          <w:rPr>
            <w:color w:val="0000EE"/>
            <w:u w:val="single"/>
          </w:rPr>
          <w:t>https://finance.yahoo.com/news/veritone-enhances-veritone-track-add-110000823.html</w:t>
        </w:r>
      </w:hyperlink>
      <w:r>
        <w:t xml:space="preserve"> - Explains the broader impact of Veritone's innovations on the field of digital forensics and public safety, emphasizing the integration of AI with human expertise.</w:t>
      </w:r>
      <w:r/>
    </w:p>
    <w:p>
      <w:pPr>
        <w:pStyle w:val="ListNumber"/>
        <w:spacing w:line="240" w:lineRule="auto"/>
        <w:ind w:left="720"/>
      </w:pPr>
      <w:r/>
      <w:hyperlink r:id="rId15">
        <w:r>
          <w:rPr>
            <w:color w:val="0000EE"/>
            <w:u w:val="single"/>
          </w:rPr>
          <w:t>https://highways.today/2024/10/19/ai-video-vehicle-tracking/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veritone-enhances-veritone-track-add-110000823.html" TargetMode="External"/><Relationship Id="rId11" Type="http://schemas.openxmlformats.org/officeDocument/2006/relationships/hyperlink" Target="https://statescoop.com/veritone-ai-object-recognition-track-vehicle-2024/" TargetMode="External"/><Relationship Id="rId12" Type="http://schemas.openxmlformats.org/officeDocument/2006/relationships/hyperlink" Target="https://www.police1.com/police-products/video-redaction-software/veritone-enhances-veritone-track-to-add-ai-powered-vehicle-tracking/" TargetMode="External"/><Relationship Id="rId13" Type="http://schemas.openxmlformats.org/officeDocument/2006/relationships/hyperlink" Target="https://www.veritone.com/industries/state-local-government/" TargetMode="External"/><Relationship Id="rId14" Type="http://schemas.openxmlformats.org/officeDocument/2006/relationships/hyperlink" Target="https://investors.veritone.com/news-events/press-releases/detail/346/veritone-enhances-veritone-track-to-add-ai-powered-vehicle-tracking" TargetMode="External"/><Relationship Id="rId15" Type="http://schemas.openxmlformats.org/officeDocument/2006/relationships/hyperlink" Target="https://highways.today/2024/10/19/ai-video-vehicle-track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