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Warning issued over rise of online scams posing as financial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Martin Lewis, a prominent consumer finance expert, has issued a stern warning regarding the proliferation of online scams masquerading as legitimate financial opportunities. In a recent example, scammers leveraged a fictitious interview with the UK Chancellor, Rachel Reeves, to entice individuals into divulging their bank details under pretense of a government-related financial benefit.</w:t>
      </w:r>
      <w:r/>
    </w:p>
    <w:p>
      <w:r/>
      <w:r>
        <w:t>The fraudulent advertisement, discovered by The Guardian, was crafted to resemble a BBC News article. It featured a headline suggesting a forthcoming financial boon for UK residents purportedly sanctioned by Reeves. The ad claimed that citizens could receive monetary payouts totalling £2,300 if they acted quickly, utilising a sense of urgency by stating that fewer than 800 of the 4,000 available opportunities remained.</w:t>
      </w:r>
      <w:r/>
    </w:p>
    <w:p>
      <w:r/>
      <w:r>
        <w:t>Perpetrated by an entity dubbed "Quantum AI", the scam directed individuals to a website where they were encouraged to share their banking information. This entity has previously been linked to deepfake videos involving Martin Lewis himself. These videos have portrayed Lewis endorsing an investment scheme allegedly backed by entrepreneur Elon Musk.</w:t>
      </w:r>
      <w:r/>
    </w:p>
    <w:p>
      <w:r/>
      <w:r>
        <w:t>Martin Lewis has voiced his concerns about the current regulatory shortcomings in addressing such scams, urging government officials to equip communications regulator Ofcom with adequate powers to impose preventative measures. He lamented the absence of comprehensive online scam regulations, set to be introduced only by mid-2026, highlighting the vulnerabilities faced by consumers in what he described as the "wild west" of the digital world.</w:t>
      </w:r>
      <w:r/>
    </w:p>
    <w:p>
      <w:r/>
      <w:r>
        <w:t>In response to the fraudulent activity, the Advertising Standards Authority (ASA) intervened swiftly. Having identified the deceitful ad, the ASA issued alerts to digital platforms, prompting its removal. Similarly, Times Media—a platform where the advertisement was spotted—responded by blocking the ad from its networks, reiterating its commitment to maintaining high standards of digital safety for its audience.</w:t>
      </w:r>
      <w:r/>
    </w:p>
    <w:p>
      <w:r/>
      <w:r>
        <w:t>Efforts to combat these scams are compounded by the sophistication and agility of the perpetrators, whom Martin Lewis likened to "dark web online marketing agencies". They exploit every opportunity, employing powerful digital marketing tactics to ensnare potential victims. The false narratives often weave in elements like prominent figures such as Elon Musk and themes of rapid financial gain through bitcoin and quantum trading to lure unsuspecting individuals.</w:t>
      </w:r>
      <w:r/>
    </w:p>
    <w:p>
      <w:r/>
      <w:r>
        <w:t>Media Trust’s CEO, Chris Olson, emphasized the need for collective action across the digital supply chain to address these challenges, stating that isolated efforts or legislative measures alone would be inadequate.</w:t>
      </w:r>
      <w:r/>
    </w:p>
    <w:p>
      <w:r/>
      <w:r>
        <w:t>LBC’s Iain Dale, reportedly involved in the counterfeit interview scenario, expressed his alarm over the tactics used in these scams, advocating for legal enhancements and prioritised police actions to curb such fraudulent activities. Despite the scenario’s impact, neither the Treasury nor the Department for Science, Innovation and Technology provided immediate commentary on the incident.</w:t>
      </w:r>
      <w:r/>
    </w:p>
    <w:p>
      <w:r/>
      <w:r>
        <w:t>This latest scam underscores a growing trend where technology, acting faster than legal frameworks can adapt, is exploited by criminals to target consumers, demanding a robust and cohesive response from both technology firms and regulatory bodies.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https://www.the-independent.com/news/uk/home-news/martin-lewis-scam-taylor-swift-b2577148.html</w:t>
        </w:r>
      </w:hyperlink>
      <w:r>
        <w:t xml:space="preserve"> - Corroborates Martin Lewis's warning about celebrity scams, including the misuse of his own profile and other high-profile figures like Taylor Swift and Elon Musk.</w:t>
      </w:r>
      <w:r/>
    </w:p>
    <w:p>
      <w:pPr>
        <w:pStyle w:val="ListNumber"/>
        <w:spacing w:line="240" w:lineRule="auto"/>
        <w:ind w:left="720"/>
      </w:pPr>
      <w:r/>
      <w:hyperlink r:id="rId11">
        <w:r>
          <w:rPr>
            <w:color w:val="0000EE"/>
            <w:u w:val="single"/>
          </w:rPr>
          <w:t>https://www.youtube.com/watch?v=xVwnAlUgu7k</w:t>
        </w:r>
      </w:hyperlink>
      <w:r>
        <w:t xml:space="preserve"> - Details the deepfake video scam involving Martin Lewis and Elon Musk, highlighting the sophistication of AI-generated scams.</w:t>
      </w:r>
      <w:r/>
    </w:p>
    <w:p>
      <w:pPr>
        <w:pStyle w:val="ListNumber"/>
        <w:spacing w:line="240" w:lineRule="auto"/>
        <w:ind w:left="720"/>
      </w:pPr>
      <w:r/>
      <w:hyperlink r:id="rId12">
        <w:r>
          <w:rPr>
            <w:color w:val="0000EE"/>
            <w:u w:val="single"/>
          </w:rPr>
          <w:t>https://www.gedlingeye.co.uk/news/money-saving-expert-martin-lewis-issues-warning-as-data-shows-celebrity-profiles-most-used-in-scams/</w:t>
        </w:r>
      </w:hyperlink>
      <w:r>
        <w:t xml:space="preserve"> - Provides data on the most frequently misused celebrity profiles in scams, including Martin Lewis, Taylor Swift, and Elon Musk, and discusses the financial impact of these scams.</w:t>
      </w:r>
      <w:r/>
    </w:p>
    <w:p>
      <w:pPr>
        <w:pStyle w:val="ListNumber"/>
        <w:spacing w:line="240" w:lineRule="auto"/>
        <w:ind w:left="720"/>
      </w:pPr>
      <w:r/>
      <w:hyperlink r:id="rId13">
        <w:r>
          <w:rPr>
            <w:color w:val="0000EE"/>
            <w:u w:val="single"/>
          </w:rPr>
          <w:t>https://www.standard.co.uk/news/uk/martin-lewis-ai-scam-rachel-reeves-b1188965.html</w:t>
        </w:r>
      </w:hyperlink>
      <w:r>
        <w:t xml:space="preserve"> - Describes the fake interview with Rachel Reeves used in a scam, Martin Lewis's call for greater regulatory powers for Ofcom, and the delayed implementation of the Online Safety Act.</w:t>
      </w:r>
      <w:r/>
    </w:p>
    <w:p>
      <w:pPr>
        <w:pStyle w:val="ListNumber"/>
        <w:spacing w:line="240" w:lineRule="auto"/>
        <w:ind w:left="720"/>
      </w:pPr>
      <w:r/>
      <w:hyperlink r:id="rId13">
        <w:r>
          <w:rPr>
            <w:color w:val="0000EE"/>
            <w:u w:val="single"/>
          </w:rPr>
          <w:t>https://www.standard.co.uk/news/uk/martin-lewis-ai-scam-rachel-reeves-b1188965.html</w:t>
        </w:r>
      </w:hyperlink>
      <w:r>
        <w:t xml:space="preserve"> - Explains the 'wild west' of online scams and the need for robust regulations to combat them, as emphasized by Martin Lewis.</w:t>
      </w:r>
      <w:r/>
    </w:p>
    <w:p>
      <w:pPr>
        <w:pStyle w:val="ListNumber"/>
        <w:spacing w:line="240" w:lineRule="auto"/>
        <w:ind w:left="720"/>
      </w:pPr>
      <w:r/>
      <w:hyperlink r:id="rId10">
        <w:r>
          <w:rPr>
            <w:color w:val="0000EE"/>
            <w:u w:val="single"/>
          </w:rPr>
          <w:t>https://www.the-independent.com/news/uk/home-news/martin-lewis-scam-taylor-swift-b2577148.html</w:t>
        </w:r>
      </w:hyperlink>
      <w:r>
        <w:t xml:space="preserve"> - Discusses the types of scams, including those involving cryptocurrency, investment opportunities, and ticket fraud, and advises on preventive measures.</w:t>
      </w:r>
      <w:r/>
    </w:p>
    <w:p>
      <w:pPr>
        <w:pStyle w:val="ListNumber"/>
        <w:spacing w:line="240" w:lineRule="auto"/>
        <w:ind w:left="720"/>
      </w:pPr>
      <w:r/>
      <w:hyperlink r:id="rId12">
        <w:r>
          <w:rPr>
            <w:color w:val="0000EE"/>
            <w:u w:val="single"/>
          </w:rPr>
          <w:t>https://www.gedlingeye.co.uk/news/money-saving-expert-martin-lewis-issues-warning-as-data-shows-celebrity-profiles-most-used-in-scams/</w:t>
        </w:r>
      </w:hyperlink>
      <w:r>
        <w:t xml:space="preserve"> - Lists the top 20 high-profile figures misused in scams and highlights the importance of verifying online advertisements.</w:t>
      </w:r>
      <w:r/>
    </w:p>
    <w:p>
      <w:pPr>
        <w:pStyle w:val="ListNumber"/>
        <w:spacing w:line="240" w:lineRule="auto"/>
        <w:ind w:left="720"/>
      </w:pPr>
      <w:r/>
      <w:hyperlink r:id="rId13">
        <w:r>
          <w:rPr>
            <w:color w:val="0000EE"/>
            <w:u w:val="single"/>
          </w:rPr>
          <w:t>https://www.standard.co.uk/news/uk/martin-lewis-ai-scam-rachel-reeves-b1188965.html</w:t>
        </w:r>
      </w:hyperlink>
      <w:r>
        <w:t xml:space="preserve"> - Mentions the ASA's role in identifying and removing scam ads, including the one featuring Rachel Reeves.</w:t>
      </w:r>
      <w:r/>
    </w:p>
    <w:p>
      <w:pPr>
        <w:pStyle w:val="ListNumber"/>
        <w:spacing w:line="240" w:lineRule="auto"/>
        <w:ind w:left="720"/>
      </w:pPr>
      <w:r/>
      <w:hyperlink r:id="rId10">
        <w:r>
          <w:rPr>
            <w:color w:val="0000EE"/>
            <w:u w:val="single"/>
          </w:rPr>
          <w:t>https://www.the-independent.com/news/uk/home-news/martin-lewis-scam-taylor-swift-b2577148.html</w:t>
        </w:r>
      </w:hyperlink>
      <w:r>
        <w:t xml:space="preserve"> - Details the financial losses attributed to scams using Martin Lewis’s profile and other celebrities, such as Taylor Swift.</w:t>
      </w:r>
      <w:r/>
    </w:p>
    <w:p>
      <w:pPr>
        <w:pStyle w:val="ListNumber"/>
        <w:spacing w:line="240" w:lineRule="auto"/>
        <w:ind w:left="720"/>
      </w:pPr>
      <w:r/>
      <w:hyperlink r:id="rId12">
        <w:r>
          <w:rPr>
            <w:color w:val="0000EE"/>
            <w:u w:val="single"/>
          </w:rPr>
          <w:t>https://www.gedlingeye.co.uk/news/money-saving-expert-martin-lewis-issues-warning-as-data-shows-celebrity-profiles-most-used-in-scams/</w:t>
        </w:r>
      </w:hyperlink>
      <w:r>
        <w:t xml:space="preserve"> - Explains the sophisticated digital marketing tactics used by scammers to attract victims, likened to 'dark web online marketing agencies'.</w:t>
      </w:r>
      <w:r/>
    </w:p>
    <w:p>
      <w:pPr>
        <w:pStyle w:val="ListNumber"/>
        <w:spacing w:line="240" w:lineRule="auto"/>
        <w:ind w:left="720"/>
      </w:pPr>
      <w:r/>
      <w:hyperlink r:id="rId13">
        <w:r>
          <w:rPr>
            <w:color w:val="0000EE"/>
            <w:u w:val="single"/>
          </w:rPr>
          <w:t>https://www.standard.co.uk/news/uk/martin-lewis-ai-scam-rachel-reeves-b1188965.html</w:t>
        </w:r>
      </w:hyperlink>
      <w:r>
        <w:t xml:space="preserve"> - Highlights the need for collective action and robust legal enhancements to combat the evolving nature of online scams.</w:t>
      </w:r>
      <w:r/>
    </w:p>
    <w:p>
      <w:pPr>
        <w:pStyle w:val="ListNumber"/>
        <w:spacing w:line="240" w:lineRule="auto"/>
        <w:ind w:left="720"/>
      </w:pPr>
      <w:r/>
      <w:hyperlink r:id="rId14">
        <w:r>
          <w:rPr>
            <w:color w:val="0000EE"/>
            <w:u w:val="single"/>
          </w:rPr>
          <w:t>https://www.theguardian.com/uk-news/2024/oct/18/martin-lewis-online-scam-wild-west-fake-rachel-reeves-ad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news/uk/home-news/martin-lewis-scam-taylor-swift-b2577148.html" TargetMode="External"/><Relationship Id="rId11" Type="http://schemas.openxmlformats.org/officeDocument/2006/relationships/hyperlink" Target="https://www.youtube.com/watch?v=xVwnAlUgu7k" TargetMode="External"/><Relationship Id="rId12" Type="http://schemas.openxmlformats.org/officeDocument/2006/relationships/hyperlink" Target="https://www.gedlingeye.co.uk/news/money-saving-expert-martin-lewis-issues-warning-as-data-shows-celebrity-profiles-most-used-in-scams/" TargetMode="External"/><Relationship Id="rId13" Type="http://schemas.openxmlformats.org/officeDocument/2006/relationships/hyperlink" Target="https://www.standard.co.uk/news/uk/martin-lewis-ai-scam-rachel-reeves-b1188965.html" TargetMode="External"/><Relationship Id="rId14" Type="http://schemas.openxmlformats.org/officeDocument/2006/relationships/hyperlink" Target="https://www.theguardian.com/uk-news/2024/oct/18/martin-lewis-online-scam-wild-west-fake-rachel-reeves-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