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WhatsApp introduces advanced chat memory feature for Meta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WhatsApp, a leading global messaging platform, is developing an advanced chat memory feature for its Meta AI chatbot. This update, currently available in the WhatsApp beta for Android, version 2.24.22.9, seeks to enhance user interaction by allowing the AI to remember and adapt to personal user preferences and past interactions.</w:t>
      </w:r>
      <w:r/>
    </w:p>
    <w:p>
      <w:r/>
      <w:r>
        <w:t>The burgeoning feature offers users the ability to personalise their interaction with Meta AI, encompassing a range of personal details. The AI has been designed to recall dietary preferences such as veganism, important dates like birthdays, and specific communication styles, such as a preference for formal or informal conversations. Notably, the AI can also store information about allergies and individual interests, like favourite books, documentaries, or podcasts. By capturing this breadth of detail, Meta AI aims to provide suggestions and advice that align more closely with an individual's lifestyle and preferences.</w:t>
      </w:r>
      <w:r/>
    </w:p>
    <w:p>
      <w:r/>
      <w:r>
        <w:t>For instance, when a user seeks food recommendations, Meta AI will refrain from suggesting any ingredients or dishes that a user might have explicitly expressed a dislike for, or those that they are allergic to. This capability ensures that the responses are not only contextually relevant but also attuned to user-specific needs, rendering Meta AI more akin to a tailored personal assistant.</w:t>
      </w:r>
      <w:r/>
    </w:p>
    <w:p>
      <w:r/>
      <w:r>
        <w:t>A critical feature of this development is the emphasis on user control and privacy. Within the application, users will have access to a specialised interface, facilitating the viewing and management of their stored information. This interface enables users to update information as circumstances change, such as a newfound dietary choice or an allergy. Importantly, users maintain the autonomy to delete any or all information stored by Meta AI, empowering them to dictate precisely what the AI retains.</w:t>
      </w:r>
      <w:r/>
    </w:p>
    <w:p>
      <w:r/>
      <w:r>
        <w:t>As this feature is still under development, it is scheduled for release in a forthcoming update. The innovation is poised to redefine user engagement within WhatsApp, offering a communication experience that is not only efficient but deeply customised to personal user attributes and preferences.</w:t>
      </w:r>
      <w:r/>
    </w:p>
    <w:p>
      <w:r/>
      <w:r>
        <w:t>WhatsApp's strategic enhancement through Meta AI's chat memory feature exemplifies a significant step towards more intuitive digital interactions. The development reflects an ongoing trend in technology where user-centred design and data management are core to creating meaningful and effective communication tools. As WhatsApp continues to evolve, the integration of such personalised elements is expected to capture the interest of its extensive user base, potentially transforming routine messaging into richly adaptive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https://www.financialexpress.com/life/technology-whatsapp-is-prepping-new-chat-memory-feature-so-meta-ai-can-remember-your-preferences-3645641/</w:t>
        </w:r>
      </w:hyperlink>
      <w:r>
        <w:t xml:space="preserve"> - Corroborates the development of the 'chat memory' feature for Meta AI to remember user preferences and past interactions.</w:t>
      </w:r>
      <w:r/>
    </w:p>
    <w:p>
      <w:pPr>
        <w:pStyle w:val="ListNumber"/>
        <w:spacing w:line="240" w:lineRule="auto"/>
        <w:ind w:left="720"/>
      </w:pPr>
      <w:r/>
      <w:hyperlink r:id="rId11">
        <w:r>
          <w:rPr>
            <w:color w:val="0000EE"/>
            <w:u w:val="single"/>
          </w:rPr>
          <w:t>https://www.businessinsider.in/tech/news/meta-ai-will-be-able-to-remember-your-whatsapp-chat-with-a-new-feature-know-all-about-it/articleshow/114424676.cms</w:t>
        </w:r>
      </w:hyperlink>
      <w:r>
        <w:t xml:space="preserve"> - Details the 'chat memory' feature, including its ability to recall dietary preferences, speaking style, and important milestones like birthdays.</w:t>
      </w:r>
      <w:r/>
    </w:p>
    <w:p>
      <w:pPr>
        <w:pStyle w:val="ListNumber"/>
        <w:spacing w:line="240" w:lineRule="auto"/>
        <w:ind w:left="720"/>
      </w:pPr>
      <w:r/>
      <w:hyperlink r:id="rId12">
        <w:r>
          <w:rPr>
            <w:color w:val="0000EE"/>
            <w:u w:val="single"/>
          </w:rPr>
          <w:t>https://www.deccanherald.com/technology/whatsapp-testing-chat-memory-feature-to-offer-personalised-meta-ai-chat-service-3241294</w:t>
        </w:r>
      </w:hyperlink>
      <w:r>
        <w:t xml:space="preserve"> - Explains how the 'chat memory' feature will allow Meta AI to record user discussions and learn their preferences, similar to the memory feature on ChatGPT.</w:t>
      </w:r>
      <w:r/>
    </w:p>
    <w:p>
      <w:pPr>
        <w:pStyle w:val="ListNumber"/>
        <w:spacing w:line="240" w:lineRule="auto"/>
        <w:ind w:left="720"/>
      </w:pPr>
      <w:r/>
      <w:hyperlink r:id="rId13">
        <w:r>
          <w:rPr>
            <w:color w:val="0000EE"/>
            <w:u w:val="single"/>
          </w:rPr>
          <w:t>https://www.phonearena.com/news/whatsapp-beta-tests-new-meta-ai-chat-memory-feature_id163917</w:t>
        </w:r>
      </w:hyperlink>
      <w:r>
        <w:t xml:space="preserve"> - Mentions the feature's availability in the WhatsApp beta for Android version 2.24.22.9 and its ability to remember various personal details and preferences.</w:t>
      </w:r>
      <w:r/>
    </w:p>
    <w:p>
      <w:pPr>
        <w:pStyle w:val="ListNumber"/>
        <w:spacing w:line="240" w:lineRule="auto"/>
        <w:ind w:left="720"/>
      </w:pPr>
      <w:r/>
      <w:hyperlink r:id="rId14">
        <w:r>
          <w:rPr>
            <w:color w:val="0000EE"/>
            <w:u w:val="single"/>
          </w:rPr>
          <w:t>https://tech.hindustantimes.com/tech/news/whatsapp-may-bring-chat-memory-feature-for-meta-ai-know-how-it-will-work-71729491764180.html</w:t>
        </w:r>
      </w:hyperlink>
      <w:r>
        <w:t xml:space="preserve"> - Describes the 'Chat Memory' feature allowing Meta AI to save and remember past conversations, including personal details and preferences.</w:t>
      </w:r>
      <w:r/>
    </w:p>
    <w:p>
      <w:pPr>
        <w:pStyle w:val="ListNumber"/>
        <w:spacing w:line="240" w:lineRule="auto"/>
        <w:ind w:left="720"/>
      </w:pPr>
      <w:r/>
      <w:hyperlink r:id="rId10">
        <w:r>
          <w:rPr>
            <w:color w:val="0000EE"/>
            <w:u w:val="single"/>
          </w:rPr>
          <w:t>https://www.financialexpress.com/life/technology-whatsapp-is-prepping-new-chat-memory-feature-so-meta-ai-can-remember-your-preferences-3645641/</w:t>
        </w:r>
      </w:hyperlink>
      <w:r>
        <w:t xml:space="preserve"> - Highlights the example of food recommendations based on stored preferences and allergies.</w:t>
      </w:r>
      <w:r/>
    </w:p>
    <w:p>
      <w:pPr>
        <w:pStyle w:val="ListNumber"/>
        <w:spacing w:line="240" w:lineRule="auto"/>
        <w:ind w:left="720"/>
      </w:pPr>
      <w:r/>
      <w:hyperlink r:id="rId11">
        <w:r>
          <w:rPr>
            <w:color w:val="0000EE"/>
            <w:u w:val="single"/>
          </w:rPr>
          <w:t>https://www.businessinsider.in/tech/news/meta-ai-will-be-able-to-remember-your-whatsapp-chat-with-a-new-feature-know-all-about-it/articleshow/114424676.cms</w:t>
        </w:r>
      </w:hyperlink>
      <w:r>
        <w:t xml:space="preserve"> - Emphasizes user control and privacy, allowing users to manage and delete stored information.</w:t>
      </w:r>
      <w:r/>
    </w:p>
    <w:p>
      <w:pPr>
        <w:pStyle w:val="ListNumber"/>
        <w:spacing w:line="240" w:lineRule="auto"/>
        <w:ind w:left="720"/>
      </w:pPr>
      <w:r/>
      <w:hyperlink r:id="rId13">
        <w:r>
          <w:rPr>
            <w:color w:val="0000EE"/>
            <w:u w:val="single"/>
          </w:rPr>
          <w:t>https://www.phonearena.com/news/whatsapp-beta-tests-new-meta-ai-chat-memory-feature_id163917</w:t>
        </w:r>
      </w:hyperlink>
      <w:r>
        <w:t xml:space="preserve"> - Details the user interface for viewing and managing stored information, including updating and deleting data.</w:t>
      </w:r>
      <w:r/>
    </w:p>
    <w:p>
      <w:pPr>
        <w:pStyle w:val="ListNumber"/>
        <w:spacing w:line="240" w:lineRule="auto"/>
        <w:ind w:left="720"/>
      </w:pPr>
      <w:r/>
      <w:hyperlink r:id="rId14">
        <w:r>
          <w:rPr>
            <w:color w:val="0000EE"/>
            <w:u w:val="single"/>
          </w:rPr>
          <w:t>https://tech.hindustantimes.com/tech/news/whatsapp-may-bring-chat-memory-feature-for-meta-ai-know-how-it-will-work-71729491764180.html</w:t>
        </w:r>
      </w:hyperlink>
      <w:r>
        <w:t xml:space="preserve"> - Mentions the feature's scheduled release in a forthcoming update and its potential to redefine user engagement within WhatsApp.</w:t>
      </w:r>
      <w:r/>
    </w:p>
    <w:p>
      <w:pPr>
        <w:pStyle w:val="ListNumber"/>
        <w:spacing w:line="240" w:lineRule="auto"/>
        <w:ind w:left="720"/>
      </w:pPr>
      <w:r/>
      <w:hyperlink r:id="rId12">
        <w:r>
          <w:rPr>
            <w:color w:val="0000EE"/>
            <w:u w:val="single"/>
          </w:rPr>
          <w:t>https://www.deccanherald.com/technology/whatsapp-testing-chat-memory-feature-to-offer-personalised-meta-ai-chat-service-3241294</w:t>
        </w:r>
      </w:hyperlink>
      <w:r>
        <w:t xml:space="preserve"> - Discusses the broader implications of the feature on user experience and the trend towards user-centred design in technology.</w:t>
      </w:r>
      <w:r/>
    </w:p>
    <w:p>
      <w:pPr>
        <w:pStyle w:val="ListNumber"/>
        <w:spacing w:line="240" w:lineRule="auto"/>
        <w:ind w:left="720"/>
      </w:pPr>
      <w:r/>
      <w:hyperlink r:id="rId13">
        <w:r>
          <w:rPr>
            <w:color w:val="0000EE"/>
            <w:u w:val="single"/>
          </w:rPr>
          <w:t>https://www.phonearena.com/news/whatsapp-beta-tests-new-meta-ai-chat-memory-feature_id163917</w:t>
        </w:r>
      </w:hyperlink>
      <w:r>
        <w:t xml:space="preserve"> - Reflects on the potential impact of the 'chat memory' feature on transforming routine messaging into more adaptive experiences.</w:t>
      </w:r>
      <w:r/>
    </w:p>
    <w:p>
      <w:pPr>
        <w:pStyle w:val="ListNumber"/>
        <w:spacing w:line="240" w:lineRule="auto"/>
        <w:ind w:left="720"/>
      </w:pPr>
      <w:r/>
      <w:hyperlink r:id="rId13">
        <w:r>
          <w:rPr>
            <w:color w:val="0000EE"/>
            <w:u w:val="single"/>
          </w:rPr>
          <w:t>https://www.phonearena.com/news/whatsapp-beta-tests-new-meta-ai-chat-memory-feature_id163917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ancialexpress.com/life/technology-whatsapp-is-prepping-new-chat-memory-feature-so-meta-ai-can-remember-your-preferences-3645641/" TargetMode="External"/><Relationship Id="rId11" Type="http://schemas.openxmlformats.org/officeDocument/2006/relationships/hyperlink" Target="https://www.businessinsider.in/tech/news/meta-ai-will-be-able-to-remember-your-whatsapp-chat-with-a-new-feature-know-all-about-it/articleshow/114424676.cms" TargetMode="External"/><Relationship Id="rId12" Type="http://schemas.openxmlformats.org/officeDocument/2006/relationships/hyperlink" Target="https://www.deccanherald.com/technology/whatsapp-testing-chat-memory-feature-to-offer-personalised-meta-ai-chat-service-3241294" TargetMode="External"/><Relationship Id="rId13" Type="http://schemas.openxmlformats.org/officeDocument/2006/relationships/hyperlink" Target="https://www.phonearena.com/news/whatsapp-beta-tests-new-meta-ai-chat-memory-feature_id163917" TargetMode="External"/><Relationship Id="rId14" Type="http://schemas.openxmlformats.org/officeDocument/2006/relationships/hyperlink" Target="https://tech.hindustantimes.com/tech/news/whatsapp-may-bring-chat-memory-feature-for-meta-ai-know-how-it-will-work-7172949176418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