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AI's role in personalised mattress recommendations: A comparative analysis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bid to explore the efficacy of artificial intelligence in providing personalised product suggestions, Caroline Igo, a seasoned mattress industry expert, tested two versions of OpenAI's chat models—Chat GPT 3.5 and Chat GPT 4—for mattress recommendations. Initially aimed at seeing how AI advice measures against human expertise, the inquiry provided a head-to-head comparison of AI's understanding of consumer needs in the mattress market.</w:t>
      </w:r>
      <w:r/>
    </w:p>
    <w:p>
      <w:r/>
      <w:r>
        <w:rPr>
          <w:b/>
        </w:rPr>
        <w:t>Testing Chat GPT 3.5</w:t>
      </w:r>
      <w:r/>
    </w:p>
    <w:p>
      <w:r/>
      <w:r>
        <w:t>When Igo first queried Chat GPT 3.5 for mattress advice, the AI struggled with specifics, a limitation it acknowledged due to its last knowledge update in January 2022. Nonetheless, it recommended mattresses based on key factors: firmness level, temperature regulation, and material type. For a side and stomach sleeper, Chat GPT 3.5 suggested a medium-firm to firm mattress to ensure spinal alignment during stomach sleeping. The AI also advised seeking mattresses with cooling technology, recommending materials with "cooling gel layers or breathable materials." However, it offered no specific brands or models.</w:t>
      </w:r>
      <w:r/>
    </w:p>
    <w:p>
      <w:r/>
      <w:r>
        <w:rPr>
          <w:b/>
        </w:rPr>
        <w:t>Exploring Chat GPT 4's Capabilities</w:t>
      </w:r>
      <w:r/>
    </w:p>
    <w:p>
      <w:r/>
      <w:r>
        <w:t>With a $20 per month subscription for Chat GPT 4, Igo observed a more refined response, which included types of mattresses. This version recommended memory foam mattresses with cooling gel, hybrid, latex, and innerspring mattresses, focusing on features suitable for combination sleepers who tend to sleep hot. Impressively, Chat GPT 4 named several mattress brands including Saatva, Purple, Casper, Helix, Tempur-Pedic, Leesa, and Brooklyn Bedding, five of which feature prominently on CNET's lists for best mattresses.</w:t>
      </w:r>
      <w:r/>
    </w:p>
    <w:p>
      <w:r/>
      <w:r>
        <w:t>Chat GPT 4 proceeded to list specific models, though it was noted that not all information was up-to-date or entirely accurate. For example, it referred to certain models by outdated names, a symptom of the fast-evolving mattress market. It also highlighted specific features, albeit with occasional inaccuracies in technical terminology.</w:t>
      </w:r>
      <w:r/>
    </w:p>
    <w:p>
      <w:r/>
      <w:r>
        <w:rPr>
          <w:b/>
        </w:rPr>
        <w:t>AI vs Human Expertise</w:t>
      </w:r>
      <w:r/>
    </w:p>
    <w:p>
      <w:r/>
      <w:r>
        <w:t>AI demonstrated a commendable understanding of general consumer mattress needs, particularly its focus on cooling properties and reputable brands. However, according to Igo, it fell short in addressing important nuances such as body type, which significantly influences mattress feel. AI also neglected to consider budget constraints, which are a crucial factor for most buyers. It provided limited guidance on the diverse range of materials available in the market besides the commonly used foam and coils, omitting the benefits of materials like latex foam.</w:t>
      </w:r>
      <w:r/>
    </w:p>
    <w:p>
      <w:r/>
      <w:r>
        <w:rPr>
          <w:b/>
        </w:rPr>
        <w:t>Conclusion</w:t>
      </w:r>
      <w:r/>
    </w:p>
    <w:p>
      <w:r/>
      <w:r>
        <w:t>The exploration highlighted that while AI can initiate a search with valuable brand suggestions, it still lacks the precision and competence of human expertise, especially in nuanced areas such as personalised comfort and budget considerations. As recommended by both AI models and human experts, potential buyers should verify AI-based insights by visiting physical stores or exploiting online mattress trials. As the mattress industry progresses and AI evolves, the convergence of human insight and artificial intelligence might soon offer progressively seamless shopping experiences.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https://www.cnet.com/health/sleep/i-asked-ai-to-find-my-next-bed-heres-how-it-compares-to-my-own-opinion-of-the-best-mattress/</w:t>
        </w:r>
      </w:hyperlink>
      <w:r>
        <w:t xml:space="preserve"> - Corroborates the testing of Chat GPT 3.5 and Chat GPT 4 for mattress recommendations, including the advice on firmness level, temperature regulation, and material type.</w:t>
      </w:r>
      <w:r/>
    </w:p>
    <w:p>
      <w:pPr>
        <w:pStyle w:val="ListNumber"/>
        <w:spacing w:line="240" w:lineRule="auto"/>
        <w:ind w:left="720"/>
      </w:pPr>
      <w:r/>
      <w:hyperlink r:id="rId10">
        <w:r>
          <w:rPr>
            <w:color w:val="0000EE"/>
            <w:u w:val="single"/>
          </w:rPr>
          <w:t>https://www.cnet.com/health/sleep/i-asked-ai-to-find-my-next-bed-heres-how-it-compares-to-my-own-opinion-of-the-best-mattress/</w:t>
        </w:r>
      </w:hyperlink>
      <w:r>
        <w:t xml:space="preserve"> - Details the limitations of Chat GPT 3.5 due to its last knowledge update in January 2022 and its inability to provide specific brands or models.</w:t>
      </w:r>
      <w:r/>
    </w:p>
    <w:p>
      <w:pPr>
        <w:pStyle w:val="ListNumber"/>
        <w:spacing w:line="240" w:lineRule="auto"/>
        <w:ind w:left="720"/>
      </w:pPr>
      <w:r/>
      <w:hyperlink r:id="rId10">
        <w:r>
          <w:rPr>
            <w:color w:val="0000EE"/>
            <w:u w:val="single"/>
          </w:rPr>
          <w:t>https://www.cnet.com/health/sleep/i-asked-ai-to-find-my-next-bed-heres-how-it-compares-to-my-own-opinion-of-the-best-mattress/</w:t>
        </w:r>
      </w:hyperlink>
      <w:r>
        <w:t xml:space="preserve"> - Describes the capabilities of Chat GPT 4, including its recommendations for various types of mattresses and specific brands like Saatva, Purple, Casper, and Brooklyn Bedding.</w:t>
      </w:r>
      <w:r/>
    </w:p>
    <w:p>
      <w:pPr>
        <w:pStyle w:val="ListNumber"/>
        <w:spacing w:line="240" w:lineRule="auto"/>
        <w:ind w:left="720"/>
      </w:pPr>
      <w:r/>
      <w:hyperlink r:id="rId10">
        <w:r>
          <w:rPr>
            <w:color w:val="0000EE"/>
            <w:u w:val="single"/>
          </w:rPr>
          <w:t>https://www.cnet.com/health/sleep/i-asked-ai-to-find-my-next-bed-heres-how-it-compares-to-my-own-opinion-of-the-best-mattress/</w:t>
        </w:r>
      </w:hyperlink>
      <w:r>
        <w:t xml:space="preserve"> - Highlights the inaccuracies in Chat GPT 4's responses, such as outdated names and technical terminology errors, despite its overall improved performance.</w:t>
      </w:r>
      <w:r/>
    </w:p>
    <w:p>
      <w:pPr>
        <w:pStyle w:val="ListNumber"/>
        <w:spacing w:line="240" w:lineRule="auto"/>
        <w:ind w:left="720"/>
      </w:pPr>
      <w:r/>
      <w:hyperlink r:id="rId10">
        <w:r>
          <w:rPr>
            <w:color w:val="0000EE"/>
            <w:u w:val="single"/>
          </w:rPr>
          <w:t>https://www.cnet.com/health/sleep/i-asked-ai-to-find-my-next-bed-heres-how-it-compares-to-my-own-opinion-of-the-best-mattress/</w:t>
        </w:r>
      </w:hyperlink>
      <w:r>
        <w:t xml:space="preserve"> - Discusses the AI's understanding of general consumer needs, particularly focusing on cooling properties and reputable brands, but lacking in nuances like body type and budget constraints.</w:t>
      </w:r>
      <w:r/>
    </w:p>
    <w:p>
      <w:pPr>
        <w:pStyle w:val="ListNumber"/>
        <w:spacing w:line="240" w:lineRule="auto"/>
        <w:ind w:left="720"/>
      </w:pPr>
      <w:r/>
      <w:hyperlink r:id="rId10">
        <w:r>
          <w:rPr>
            <w:color w:val="0000EE"/>
            <w:u w:val="single"/>
          </w:rPr>
          <w:t>https://www.cnet.com/health/sleep/i-asked-ai-to-find-my-next-bed-heres-how-it-compares-to-my-own-opinion-of-the-best-mattress/</w:t>
        </w:r>
      </w:hyperlink>
      <w:r>
        <w:t xml:space="preserve"> - Emphasizes the importance of verifying AI-based insights through physical store visits or online mattress trials, as recommended by both AI models and human experts.</w:t>
      </w:r>
      <w:r/>
    </w:p>
    <w:p>
      <w:pPr>
        <w:pStyle w:val="ListNumber"/>
        <w:spacing w:line="240" w:lineRule="auto"/>
        <w:ind w:left="720"/>
      </w:pPr>
      <w:r/>
      <w:hyperlink r:id="rId11">
        <w:r>
          <w:rPr>
            <w:color w:val="0000EE"/>
            <w:u w:val="single"/>
          </w:rPr>
          <w:t>https://community.openai.com/t/gpt-4-vs-gpt-4o-which-is-the-better/746991</w:t>
        </w:r>
      </w:hyperlink>
      <w:r>
        <w:t xml:space="preserve"> - Provides context on the differences between GPT-4 and GPT-4o, including their performance in understanding prompts and avoiding hallucinations, which is relevant to the overall AI model comparison.</w:t>
      </w:r>
      <w:r/>
    </w:p>
    <w:p>
      <w:pPr>
        <w:pStyle w:val="ListNumber"/>
        <w:spacing w:line="240" w:lineRule="auto"/>
        <w:ind w:left="720"/>
      </w:pPr>
      <w:r/>
      <w:hyperlink r:id="rId12">
        <w:r>
          <w:rPr>
            <w:color w:val="0000EE"/>
            <w:u w:val="single"/>
          </w:rPr>
          <w:t>https://www.oneusefulthing.org/p/an-opinionated-guide-to-which-ai</w:t>
        </w:r>
      </w:hyperlink>
      <w:r>
        <w:t xml:space="preserve"> - Explains the advantages of GPT-4 over other models, such as its full-featured capabilities, access to web browsing, and multimodal functions, which support its use in complex tasks like mattress recommendations.</w:t>
      </w:r>
      <w:r/>
    </w:p>
    <w:p>
      <w:pPr>
        <w:pStyle w:val="ListNumber"/>
        <w:spacing w:line="240" w:lineRule="auto"/>
        <w:ind w:left="720"/>
      </w:pPr>
      <w:r/>
      <w:hyperlink r:id="rId12">
        <w:r>
          <w:rPr>
            <w:color w:val="0000EE"/>
            <w:u w:val="single"/>
          </w:rPr>
          <w:t>https://www.oneusefulthing.org/p/an-opinionated-guide-to-which-ai</w:t>
        </w:r>
      </w:hyperlink>
      <w:r>
        <w:t xml:space="preserve"> - Highlights the real-world impact of GPT-4, including its ability to boost work performance and generate better ideas, which aligns with its performance in providing mattress recommendations.</w:t>
      </w:r>
      <w:r/>
    </w:p>
    <w:p>
      <w:pPr>
        <w:pStyle w:val="ListNumber"/>
        <w:spacing w:line="240" w:lineRule="auto"/>
        <w:ind w:left="720"/>
      </w:pPr>
      <w:r/>
      <w:hyperlink r:id="rId10">
        <w:r>
          <w:rPr>
            <w:color w:val="0000EE"/>
            <w:u w:val="single"/>
          </w:rPr>
          <w:t>https://www.cnet.com/health/sleep/i-asked-ai-to-find-my-next-bed-heres-how-it-compares-to-my-own-opinion-of-the-best-mattress/</w:t>
        </w:r>
      </w:hyperlink>
      <w:r>
        <w:t xml:space="preserve"> - Mentions the importance of materials like memory foam with open-cell construction and breathable materials, as suggested by both Chat GPT 3.5 and human experts.</w:t>
      </w:r>
      <w:r/>
    </w:p>
    <w:p>
      <w:pPr>
        <w:pStyle w:val="ListNumber"/>
        <w:spacing w:line="240" w:lineRule="auto"/>
        <w:ind w:left="720"/>
      </w:pPr>
      <w:r/>
      <w:hyperlink r:id="rId10">
        <w:r>
          <w:rPr>
            <w:color w:val="0000EE"/>
            <w:u w:val="single"/>
          </w:rPr>
          <w:t>https://www.cnet.com/health/sleep/i-asked-ai-to-find-my-next-bed-heres-how-it-compares-to-my-own-opinion-of-the-best-mattress/</w:t>
        </w:r>
      </w:hyperlink>
      <w:r>
        <w:t xml:space="preserve"> - Discusses the convergence of human insight and artificial intelligence in enhancing shopping experiences, particularly in the mattress industry.</w:t>
      </w:r>
      <w:r/>
    </w:p>
    <w:p>
      <w:pPr>
        <w:pStyle w:val="ListNumber"/>
        <w:spacing w:line="240" w:lineRule="auto"/>
        <w:ind w:left="720"/>
      </w:pPr>
      <w:r/>
      <w:hyperlink r:id="rId13">
        <w:r>
          <w:rPr>
            <w:color w:val="0000EE"/>
            <w:u w:val="single"/>
          </w:rPr>
          <w:t>https://www.cnet.com/health/sleep/i-asked-ai-to-find-my-next-bed-heres-how-it-compares-to-my-own-opinion-of-the-best-mattress/#ftag=CAD590a51e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net.com/health/sleep/i-asked-ai-to-find-my-next-bed-heres-how-it-compares-to-my-own-opinion-of-the-best-mattress/" TargetMode="External"/><Relationship Id="rId11" Type="http://schemas.openxmlformats.org/officeDocument/2006/relationships/hyperlink" Target="https://community.openai.com/t/gpt-4-vs-gpt-4o-which-is-the-better/746991" TargetMode="External"/><Relationship Id="rId12" Type="http://schemas.openxmlformats.org/officeDocument/2006/relationships/hyperlink" Target="https://www.oneusefulthing.org/p/an-opinionated-guide-to-which-ai" TargetMode="External"/><Relationship Id="rId13" Type="http://schemas.openxmlformats.org/officeDocument/2006/relationships/hyperlink" Target="https://www.cnet.com/health/sleep/i-asked-ai-to-find-my-next-bed-heres-how-it-compares-to-my-own-opinion-of-the-best-mattress/#ftag=CAD590a51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