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significantly boosts U.S. government's fraud prevention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has emerged as a potent tool in the U.S. federal government's efforts to combat fraud, significantly enhancing the detection and prevention of financial crime. In fiscal 2024, the U.S. Treasury Department attributed the use of AI technology to the prevention and recovery of over $4 billion in fraud, marking an impressive sixfold increase compared to the previous year.</w:t>
      </w:r>
      <w:r/>
    </w:p>
    <w:p>
      <w:r/>
      <w:r>
        <w:t>A significant portion of these achievements has been attached to the realm of check transactions. With the use of AI-driven machine learning technology, the Treasury managed to recover $1 billion in check-related fraud during the same fiscal year, nearly tripling the amount recovered in the year prior. Given the U.S. federal government's position as one of the largest cheque issuers globally, with 1.4 billion payments amounting to $6.9 trillion being disbursed last year alone – ranging from Social Security payments to tax refunds – addressing check fraud remains a crucial area of focus.</w:t>
      </w:r>
      <w:r/>
    </w:p>
    <w:p>
      <w:r/>
      <w:r>
        <w:t>The vast array of data associated with these programmes provides a robust foundation for the Treasury's AI-led fraud detection methods. Kevin Libby, a fraud and security analyst with Javelin Strategy &amp; Research, highlighted the effectiveness of AI technologies in tackling fraud. He mentioned, “Machine learning AI technologies are proving to be effective fraud detection and mitigation tools due to their ability to efficiently consume and derive insights from large, complex data sets without the need for extensive human involvement.”</w:t>
      </w:r>
      <w:r/>
    </w:p>
    <w:p>
      <w:r/>
      <w:r>
        <w:t>The challenge of fraud was exacerbated by the onset of the COVID-19 pandemic, which led to an increase in fraudulent activities as the government initiated various relief programmes. According to the U.S. Department of Labor’s Office of the Inspector General, unemployment check fraud alone accounted for an estimated $45.6 billion. Additionally, the Treasury Department noted a 385% increase in check fraud incidents since the pandemic began.</w:t>
      </w:r>
      <w:r/>
    </w:p>
    <w:p>
      <w:r/>
      <w:r>
        <w:t>In response to these escalating threats, U.S. officials began discreetly integrating artificial intelligence into their fraud detection strategies towards the end of 2022. The focus was initially on using machine learning to uncover and tackle check fraud, an endeavour that proved successful. The government now reports that AI's capability to identify unusual transaction patterns allows them to intercept and address fraudulent activities almost immediately. This ability aims to provide timely alerts to banks, enabling them to react to anomalies before fraudulent checks are cashed.</w:t>
      </w:r>
      <w:r/>
    </w:p>
    <w:p>
      <w:r/>
      <w:r>
        <w:t>Libby elaborated on AI's advantages, stating, “AI is adept at rapid pattern recognition and anomaly detection. This has proved to be invaluable in rooting out various forms of check fraud, especially in the case of novel or emerging fraud schemes.”</w:t>
      </w:r>
      <w:r/>
    </w:p>
    <w:p>
      <w:r/>
      <w:r>
        <w:t>The integration of AI into the government's fraud detection efforts marks a pivotal advancement in financial security measures, demonstrating the technology's potential in safeguarding against new and evolving threats in the realm of financial crime.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https://www.paymentsjournal.com/u-s-fights-rising-check-fraud-through-use-of-ai/</w:t>
        </w:r>
      </w:hyperlink>
      <w:r>
        <w:t xml:space="preserve"> - Corroborates the use of AI by the U.S. Treasury to recover $1 billion in check fraud and the overall recovery of over $4 billion in fraud during fiscal 2024.</w:t>
      </w:r>
      <w:r/>
    </w:p>
    <w:p>
      <w:pPr>
        <w:pStyle w:val="ListNumber"/>
        <w:spacing w:line="240" w:lineRule="auto"/>
        <w:ind w:left="720"/>
      </w:pPr>
      <w:r/>
      <w:hyperlink r:id="rId11">
        <w:r>
          <w:rPr>
            <w:color w:val="0000EE"/>
            <w:u w:val="single"/>
          </w:rPr>
          <w:t>https://abc7ny.com/post/ai-helped-feds-catch-1-billion-fraud-year/15441021/</w:t>
        </w:r>
      </w:hyperlink>
      <w:r>
        <w:t xml:space="preserve"> - Supports the claim that AI helped the U.S. Treasury recover $1 billion in check fraud and prevented and recovered over $4 billion in fraudulent and improper payments in fiscal 2024.</w:t>
      </w:r>
      <w:r/>
    </w:p>
    <w:p>
      <w:pPr>
        <w:pStyle w:val="ListNumber"/>
        <w:spacing w:line="240" w:lineRule="auto"/>
        <w:ind w:left="720"/>
      </w:pPr>
      <w:r/>
      <w:hyperlink r:id="rId12">
        <w:r>
          <w:rPr>
            <w:color w:val="0000EE"/>
            <w:u w:val="single"/>
          </w:rPr>
          <w:t>https://www.govexec.com/technology/2024/10/ai-tools-helped-treasury-recover-billions-fraud-and-improper-payments/400382/</w:t>
        </w:r>
      </w:hyperlink>
      <w:r>
        <w:t xml:space="preserve"> - Details the Treasury's use of AI tools to recover over $4 billion in fraudulent and improper payments, including $1 billion from check fraud, and the role of the Office of Payment Integrity.</w:t>
      </w:r>
      <w:r/>
    </w:p>
    <w:p>
      <w:pPr>
        <w:pStyle w:val="ListNumber"/>
        <w:spacing w:line="240" w:lineRule="auto"/>
        <w:ind w:left="720"/>
      </w:pPr>
      <w:r/>
      <w:hyperlink r:id="rId13">
        <w:r>
          <w:rPr>
            <w:color w:val="0000EE"/>
            <w:u w:val="single"/>
          </w:rPr>
          <w:t>https://www.nextgov.com/artificial-intelligence/2024/10/ai-tools-helped-treasury-recover-billions-fraud-and-improper-payments/400368/</w:t>
        </w:r>
      </w:hyperlink>
      <w:r>
        <w:t xml:space="preserve"> - Provides information on the Treasury's AI-powered tools, including risk-based screening and the recovery of over $4 billion in fraudulent and improper payments.</w:t>
      </w:r>
      <w:r/>
    </w:p>
    <w:p>
      <w:pPr>
        <w:pStyle w:val="ListNumber"/>
        <w:spacing w:line="240" w:lineRule="auto"/>
        <w:ind w:left="720"/>
      </w:pPr>
      <w:r/>
      <w:hyperlink r:id="rId14">
        <w:r>
          <w:rPr>
            <w:color w:val="0000EE"/>
            <w:u w:val="single"/>
          </w:rPr>
          <w:t>https://www.techradar.com/pro/us-treasury-claims-to-have-won-back-billions-of-dollars-lost-to-fraud-using-ai</w:t>
        </w:r>
      </w:hyperlink>
      <w:r>
        <w:t xml:space="preserve"> - Confirms the Treasury's use of machine learning AI to recover $1 billion in check-related fraud and prevent additional billions in fraudulent transactions.</w:t>
      </w:r>
      <w:r/>
    </w:p>
    <w:p>
      <w:pPr>
        <w:pStyle w:val="ListNumber"/>
        <w:spacing w:line="240" w:lineRule="auto"/>
        <w:ind w:left="720"/>
      </w:pPr>
      <w:r/>
      <w:hyperlink r:id="rId10">
        <w:r>
          <w:rPr>
            <w:color w:val="0000EE"/>
            <w:u w:val="single"/>
          </w:rPr>
          <w:t>https://www.paymentsjournal.com/u-s-fights-rising-check-fraud-through-use-of-ai/</w:t>
        </w:r>
      </w:hyperlink>
      <w:r>
        <w:t xml:space="preserve"> - Explains the impact of the COVID-19 pandemic on fraud, including a 385% increase in check fraud incidents and the estimated $45.6 billion in unemployment check fraud.</w:t>
      </w:r>
      <w:r/>
    </w:p>
    <w:p>
      <w:pPr>
        <w:pStyle w:val="ListNumber"/>
        <w:spacing w:line="240" w:lineRule="auto"/>
        <w:ind w:left="720"/>
      </w:pPr>
      <w:r/>
      <w:hyperlink r:id="rId11">
        <w:r>
          <w:rPr>
            <w:color w:val="0000EE"/>
            <w:u w:val="single"/>
          </w:rPr>
          <w:t>https://abc7ny.com/post/ai-helped-feds-catch-1-billion-fraud-year/15441021/</w:t>
        </w:r>
      </w:hyperlink>
      <w:r>
        <w:t xml:space="preserve"> - Describes how U.S. officials began using AI to detect financial crime in late 2022, focusing on check fraud, and the success of these efforts.</w:t>
      </w:r>
      <w:r/>
    </w:p>
    <w:p>
      <w:pPr>
        <w:pStyle w:val="ListNumber"/>
        <w:spacing w:line="240" w:lineRule="auto"/>
        <w:ind w:left="720"/>
      </w:pPr>
      <w:r/>
      <w:hyperlink r:id="rId12">
        <w:r>
          <w:rPr>
            <w:color w:val="0000EE"/>
            <w:u w:val="single"/>
          </w:rPr>
          <w:t>https://www.govexec.com/technology/2024/10/ai-tools-helped-treasury-recover-billions-fraud-and-improper-payments/400382/</w:t>
        </w:r>
      </w:hyperlink>
      <w:r>
        <w:t xml:space="preserve"> - Highlights Kevin Libby's comments on the effectiveness of machine learning AI in fraud detection and mitigation.</w:t>
      </w:r>
      <w:r/>
    </w:p>
    <w:p>
      <w:pPr>
        <w:pStyle w:val="ListNumber"/>
        <w:spacing w:line="240" w:lineRule="auto"/>
        <w:ind w:left="720"/>
      </w:pPr>
      <w:r/>
      <w:hyperlink r:id="rId13">
        <w:r>
          <w:rPr>
            <w:color w:val="0000EE"/>
            <w:u w:val="single"/>
          </w:rPr>
          <w:t>https://www.nextgov.com/artificial-intelligence/2024/10/ai-tools-helped-treasury-recover-billions-fraud-and-improper-payments/400368/</w:t>
        </w:r>
      </w:hyperlink>
      <w:r>
        <w:t xml:space="preserve"> - Details the Treasury's use of AI to identify unusual transaction patterns and intercept fraudulent activities almost immediately.</w:t>
      </w:r>
      <w:r/>
    </w:p>
    <w:p>
      <w:pPr>
        <w:pStyle w:val="ListNumber"/>
        <w:spacing w:line="240" w:lineRule="auto"/>
        <w:ind w:left="720"/>
      </w:pPr>
      <w:r/>
      <w:hyperlink r:id="rId14">
        <w:r>
          <w:rPr>
            <w:color w:val="0000EE"/>
            <w:u w:val="single"/>
          </w:rPr>
          <w:t>https://www.techradar.com/pro/us-treasury-claims-to-have-won-back-billions-of-dollars-lost-to-fraud-using-ai</w:t>
        </w:r>
      </w:hyperlink>
      <w:r>
        <w:t xml:space="preserve"> - Mentions the integration of AI into the government's fraud detection efforts and its potential in safeguarding against new and evolving financial threats.</w:t>
      </w:r>
      <w:r/>
    </w:p>
    <w:p>
      <w:pPr>
        <w:pStyle w:val="ListNumber"/>
        <w:spacing w:line="240" w:lineRule="auto"/>
        <w:ind w:left="720"/>
      </w:pPr>
      <w:r/>
      <w:hyperlink r:id="rId11">
        <w:r>
          <w:rPr>
            <w:color w:val="0000EE"/>
            <w:u w:val="single"/>
          </w:rPr>
          <w:t>https://abc7ny.com/post/ai-helped-feds-catch-1-billion-fraud-year/15441021/</w:t>
        </w:r>
      </w:hyperlink>
      <w:r>
        <w:t xml:space="preserve"> - Explains the role of human oversight in AI-flagged transactions and the ongoing efforts to enhance fraud-detection tools.</w:t>
      </w:r>
      <w:r/>
    </w:p>
    <w:p>
      <w:pPr>
        <w:pStyle w:val="ListNumber"/>
        <w:spacing w:line="240" w:lineRule="auto"/>
        <w:ind w:left="720"/>
      </w:pPr>
      <w:r/>
      <w:hyperlink r:id="rId10">
        <w:r>
          <w:rPr>
            <w:color w:val="0000EE"/>
            <w:u w:val="single"/>
          </w:rPr>
          <w:t>https://www.paymentsjournal.com/u-s-fights-rising-check-fraud-through-use-of-ai/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ymentsjournal.com/u-s-fights-rising-check-fraud-through-use-of-ai/" TargetMode="External"/><Relationship Id="rId11" Type="http://schemas.openxmlformats.org/officeDocument/2006/relationships/hyperlink" Target="https://abc7ny.com/post/ai-helped-feds-catch-1-billion-fraud-year/15441021/" TargetMode="External"/><Relationship Id="rId12" Type="http://schemas.openxmlformats.org/officeDocument/2006/relationships/hyperlink" Target="https://www.govexec.com/technology/2024/10/ai-tools-helped-treasury-recover-billions-fraud-and-improper-payments/400382/" TargetMode="External"/><Relationship Id="rId13" Type="http://schemas.openxmlformats.org/officeDocument/2006/relationships/hyperlink" Target="https://www.nextgov.com/artificial-intelligence/2024/10/ai-tools-helped-treasury-recover-billions-fraud-and-improper-payments/400368/" TargetMode="External"/><Relationship Id="rId14" Type="http://schemas.openxmlformats.org/officeDocument/2006/relationships/hyperlink" Target="https://www.techradar.com/pro/us-treasury-claims-to-have-won-back-billions-of-dollars-lost-to-fraud-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