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Alcon Entertainment sues Elon Musk and Tesla over copyright infringement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Alcon Entertainment, the Hollywood production company behind the 2017 film "Blade Runner 2049," has filed a lawsuit against Elon Musk, Tesla, and Warner Bros. Discovery, alleging that they infringed on the company's copyright. The legal action, filed in the U.S. District Court in Los Angeles on Monday, accuses Musk and his companies of unlawfully using imagery associated with "Blade Runner 2049" to promote Tesla's new autonomous vehicle, referred to as a "robotaxi."</w:t>
      </w:r>
      <w:r/>
    </w:p>
    <w:p>
      <w:r/>
      <w:r>
        <w:t>The lawsuit claims that Musk and Tesla used artificial intelligence to create images that closely resembled scenes from "Blade Runner 2049" during a Tesla event held on October 10 on the Warner Bros. lot. Alcon asserts that it refused a request from Warner Bros. Discovery to use images from the film. Despite this refusal, the lawsuit states that Musk proceeded with showcasing AI-generated visuals that mirrored scenes from the movie, including one featuring a lookalike of the film's star, Ryan Gosling.</w:t>
      </w:r>
      <w:r/>
    </w:p>
    <w:p>
      <w:r/>
      <w:r>
        <w:t>Alcon's complaint describes this action as a "bad-faith and intentionally malicious gambit" designed to attract a broader global audience by associating the futuristic vehicle from the film with Tesla's new product, thereby boosting the latter's market appeal. The lawsuit details a particular image from the event that features a figure reminiscent of Gosling's character in "Blade Runner 2049," overlooking a cityscape engulfed in a thick, orange-hued smog, similar to the film’s dystopian setting.</w:t>
      </w:r>
      <w:r/>
    </w:p>
    <w:p>
      <w:r/>
      <w:r>
        <w:t>The event, which was live-streamed, marked the unveiling of Tesla's Cybercab, an autonomous vehicle that the company claims will revolutionize urban travel. This is a significant moment for Tesla and for Musk himself, as the success of the Cybercab is seen as crucial to maintaining Tesla's competitive position and its substantial market valuation of about $800 billion. However, the rollout of self-driving technology has faced various challenges and remains under scrutiny.</w:t>
      </w:r>
      <w:r/>
    </w:p>
    <w:p>
      <w:r/>
      <w:r>
        <w:t>Moreover, the lawsuit raises concerns about the potential impacts on upcoming projects related to the "Blade Runner" franchise, particularly a new television series "Blade Runner 2099" slated for Amazon Prime Video.</w:t>
      </w:r>
      <w:r/>
    </w:p>
    <w:p>
      <w:r/>
      <w:r>
        <w:t>While Alcon Entertainment demands a jury trial and seeks financial damages, neither Warner Bros. Discovery nor Tesla has offered immediate comments on these allegations. The complaint highlights a broader tension between Alcon and Musk, pointing to Musk's public persona and its potential implications for brand affiliations.</w:t>
      </w:r>
      <w:r/>
    </w:p>
    <w:p>
      <w:r/>
      <w:r>
        <w:t>This lawsuit adds to the list of challenges currently facing Musk and his business ventures. Warner Bros. Discovery CEO David Zaslav and Musk, who have been noted for appearing together at social events, also become entangled in the legal wranglings, potentially complicating existing business dynamics.</w:t>
      </w:r>
      <w:r/>
    </w:p>
    <w:p>
      <w:r/>
      <w:r>
        <w:t>In the midst of these complexities, Musk’s ongoing political and social activities, including his controversial presence and statements on social media platforms, add another layer of attention to this case. The unfolding legal proceedings will likely continue to attract significant interest from both the media and the public as Alcon's claims are addressed in the judicial arena.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https://www.bitdegree.org/crypto/news/elon-musk-sued-over-use-of-ai-generated-blade-runner-2049-image-at-tesla-event</w:t>
        </w:r>
      </w:hyperlink>
      <w:r>
        <w:t xml:space="preserve"> - Alcon Entertainment suing Elon Musk, Tesla, and Warner Bros. Discovery for using an AI-generated image resembling 'Blade Runner 2049' at a Tesla event.</w:t>
      </w:r>
      <w:r/>
    </w:p>
    <w:p>
      <w:pPr>
        <w:pStyle w:val="ListNumber"/>
        <w:spacing w:line="240" w:lineRule="auto"/>
        <w:ind w:left="720"/>
      </w:pPr>
      <w:r/>
      <w:hyperlink r:id="rId10">
        <w:r>
          <w:rPr>
            <w:color w:val="0000EE"/>
            <w:u w:val="single"/>
          </w:rPr>
          <w:t>https://www.bitdegree.org/crypto/news/elon-musk-sued-over-use-of-ai-generated-blade-runner-2049-image-at-tesla-event</w:t>
        </w:r>
      </w:hyperlink>
      <w:r>
        <w:t xml:space="preserve"> - Musk and Tesla sought permission to use a still from 'Blade Runner 2049' but were denied by Alcon Entertainment.</w:t>
      </w:r>
      <w:r/>
    </w:p>
    <w:p>
      <w:pPr>
        <w:pStyle w:val="ListNumber"/>
        <w:spacing w:line="240" w:lineRule="auto"/>
        <w:ind w:left="720"/>
      </w:pPr>
      <w:r/>
      <w:hyperlink r:id="rId11">
        <w:r>
          <w:rPr>
            <w:color w:val="0000EE"/>
            <w:u w:val="single"/>
          </w:rPr>
          <w:t>https://80.lv/articles/blade-runner-2049-creators-are-suing-elon-musk-tesla-warner-bros-discovery/</w:t>
        </w:r>
      </w:hyperlink>
      <w:r>
        <w:t xml:space="preserve"> - The lawsuit involves AI-generated images used in Tesla's new Cybercab presentation, which resembled scenes from 'Blade Runner 2049'.</w:t>
      </w:r>
      <w:r/>
    </w:p>
    <w:p>
      <w:pPr>
        <w:pStyle w:val="ListNumber"/>
        <w:spacing w:line="240" w:lineRule="auto"/>
        <w:ind w:left="720"/>
      </w:pPr>
      <w:r/>
      <w:hyperlink r:id="rId12">
        <w:r>
          <w:rPr>
            <w:color w:val="0000EE"/>
            <w:u w:val="single"/>
          </w:rPr>
          <w:t>https://www.lawinc.com/blade-robber-2049-tesla-musk-sued-ai-heist-blade-runner</w:t>
        </w:r>
      </w:hyperlink>
      <w:r>
        <w:t xml:space="preserve"> - Alcon alleges the AI-generated image infringed on 'Blade Runner 2049' copyright by copying distinctive elements of the film's 'K explores ruined Las Vegas' scene.</w:t>
      </w:r>
      <w:r/>
    </w:p>
    <w:p>
      <w:pPr>
        <w:pStyle w:val="ListNumber"/>
        <w:spacing w:line="240" w:lineRule="auto"/>
        <w:ind w:left="720"/>
      </w:pPr>
      <w:r/>
      <w:hyperlink r:id="rId12">
        <w:r>
          <w:rPr>
            <w:color w:val="0000EE"/>
            <w:u w:val="single"/>
          </w:rPr>
          <w:t>https://www.lawinc.com/blade-robber-2049-tesla-musk-sued-ai-heist-blade-runner</w:t>
        </w:r>
      </w:hyperlink>
      <w:r>
        <w:t xml:space="preserve"> - The allegedly infringing image was displayed full-screen for 11 seconds during Musk’s livestreamed Robotaxi remarks, which had a massive worldwide reach.</w:t>
      </w:r>
      <w:r/>
    </w:p>
    <w:p>
      <w:pPr>
        <w:pStyle w:val="ListNumber"/>
        <w:spacing w:line="240" w:lineRule="auto"/>
        <w:ind w:left="720"/>
      </w:pPr>
      <w:r/>
      <w:hyperlink r:id="rId13">
        <w:r>
          <w:rPr>
            <w:color w:val="0000EE"/>
            <w:u w:val="single"/>
          </w:rPr>
          <w:t>https://www.theverge.com/2024/10/21/24276092/alcon-entertainment-blade-runner-2049-tesla-musk-warner-bros-discovery-copyright</w:t>
        </w:r>
      </w:hyperlink>
      <w:r>
        <w:t xml:space="preserve"> - Alcon claims the use of the AI-generated image constitutes 'economic theft' and could interfere with ongoing negotiations for car brand partnerships related to an upcoming 'Blade Runner' television adaptation.</w:t>
      </w:r>
      <w:r/>
    </w:p>
    <w:p>
      <w:pPr>
        <w:pStyle w:val="ListNumber"/>
        <w:spacing w:line="240" w:lineRule="auto"/>
        <w:ind w:left="720"/>
      </w:pPr>
      <w:r/>
      <w:hyperlink r:id="rId10">
        <w:r>
          <w:rPr>
            <w:color w:val="0000EE"/>
            <w:u w:val="single"/>
          </w:rPr>
          <w:t>https://www.bitdegree.org/crypto/news/elon-musk-sued-over-use-of-ai-generated-blade-runner-2049-image-at-tesla-event</w:t>
        </w:r>
      </w:hyperlink>
      <w:r>
        <w:t xml:space="preserve"> - Alcon expresses concern about being associated with Musk due to his highly publicized and polarizing behavior, which could damage their reputation.</w:t>
      </w:r>
      <w:r/>
    </w:p>
    <w:p>
      <w:pPr>
        <w:pStyle w:val="ListNumber"/>
        <w:spacing w:line="240" w:lineRule="auto"/>
        <w:ind w:left="720"/>
      </w:pPr>
      <w:r/>
      <w:hyperlink r:id="rId12">
        <w:r>
          <w:rPr>
            <w:color w:val="0000EE"/>
            <w:u w:val="single"/>
          </w:rPr>
          <w:t>https://www.lawinc.com/blade-robber-2049-tesla-musk-sued-ai-heist-blade-runner</w:t>
        </w:r>
      </w:hyperlink>
      <w:r>
        <w:t xml:space="preserve"> - The lawsuit includes claims of direct infringement, willful and bad faith infringement, and vicarious and contributory infringement against Musk, Tesla, and Warner Bros. Discovery.</w:t>
      </w:r>
      <w:r/>
    </w:p>
    <w:p>
      <w:pPr>
        <w:pStyle w:val="ListNumber"/>
        <w:spacing w:line="240" w:lineRule="auto"/>
        <w:ind w:left="720"/>
      </w:pPr>
      <w:r/>
      <w:hyperlink r:id="rId14">
        <w:r>
          <w:rPr>
            <w:color w:val="0000EE"/>
            <w:u w:val="single"/>
          </w:rPr>
          <w:t>https://variety.com/2024/biz/news/blade-runner-2049-lawsuit-elon-musk-tesla-warner-bros-discovery-1236184961/</w:t>
        </w:r>
      </w:hyperlink>
      <w:r>
        <w:t xml:space="preserve"> - The event marked the unveiling of Tesla's Cybercab, an autonomous vehicle crucial to Tesla's competitive position and market valuation.</w:t>
      </w:r>
      <w:r/>
    </w:p>
    <w:p>
      <w:pPr>
        <w:pStyle w:val="ListNumber"/>
        <w:spacing w:line="240" w:lineRule="auto"/>
        <w:ind w:left="720"/>
      </w:pPr>
      <w:r/>
      <w:hyperlink r:id="rId12">
        <w:r>
          <w:rPr>
            <w:color w:val="0000EE"/>
            <w:u w:val="single"/>
          </w:rPr>
          <w:t>https://www.lawinc.com/blade-robber-2049-tesla-musk-sued-ai-heist-blade-runner</w:t>
        </w:r>
      </w:hyperlink>
      <w:r>
        <w:t xml:space="preserve"> - Warner Bros. Discovery’s past ties to 'Blade Runner 2049' and their alleged failure to consult Alcon about the use of the AI-generated image are highlighted in the lawsuit.</w:t>
      </w:r>
      <w:r/>
    </w:p>
    <w:p>
      <w:pPr>
        <w:pStyle w:val="ListNumber"/>
        <w:spacing w:line="240" w:lineRule="auto"/>
        <w:ind w:left="720"/>
      </w:pPr>
      <w:r/>
      <w:hyperlink r:id="rId15">
        <w:r>
          <w:rPr>
            <w:color w:val="0000EE"/>
            <w:u w:val="single"/>
          </w:rPr>
          <w:t>https://www.nytimes.com/2024/10/21/business/media/elon-musk-alcon-entertainment-robotaxi-lawsuit.html</w:t>
        </w:r>
      </w:hyperlink>
      <w:r>
        <w:t xml:space="preserve"> - Please view link - unable to able to access data</w:t>
      </w:r>
      <w:r/>
    </w:p>
    <w:p>
      <w:pPr>
        <w:pStyle w:val="ListNumber"/>
        <w:spacing w:line="240" w:lineRule="auto"/>
        <w:ind w:left="720"/>
      </w:pPr>
      <w:r/>
      <w:hyperlink r:id="rId16">
        <w:r>
          <w:rPr>
            <w:color w:val="0000EE"/>
            <w:u w:val="single"/>
          </w:rPr>
          <w:t>https://www.latimes.com/entertainment-arts/business/story/2024-10-21/elon-musk-tesla-cybercab-warner-bros-discovery-blade-runner-2049-lawsuit</w:t>
        </w:r>
      </w:hyperlink>
      <w:r>
        <w:t xml:space="preserve"> - Please view link - unable to able to access data</w:t>
      </w:r>
      <w:r/>
    </w:p>
    <w:p>
      <w:pPr>
        <w:pStyle w:val="ListNumber"/>
        <w:spacing w:line="240" w:lineRule="auto"/>
        <w:ind w:left="720"/>
      </w:pPr>
      <w:r/>
      <w:hyperlink r:id="rId17">
        <w:r>
          <w:rPr>
            <w:color w:val="0000EE"/>
            <w:u w:val="single"/>
          </w:rPr>
          <w:t>https://deadline.com/2024/10/elon-musk-lawsuit-blade-runner-2049-ai-warner-bros-discovery-1236122044/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tdegree.org/crypto/news/elon-musk-sued-over-use-of-ai-generated-blade-runner-2049-image-at-tesla-event" TargetMode="External"/><Relationship Id="rId11" Type="http://schemas.openxmlformats.org/officeDocument/2006/relationships/hyperlink" Target="https://80.lv/articles/blade-runner-2049-creators-are-suing-elon-musk-tesla-warner-bros-discovery/" TargetMode="External"/><Relationship Id="rId12" Type="http://schemas.openxmlformats.org/officeDocument/2006/relationships/hyperlink" Target="https://www.lawinc.com/blade-robber-2049-tesla-musk-sued-ai-heist-blade-runner" TargetMode="External"/><Relationship Id="rId13" Type="http://schemas.openxmlformats.org/officeDocument/2006/relationships/hyperlink" Target="https://www.theverge.com/2024/10/21/24276092/alcon-entertainment-blade-runner-2049-tesla-musk-warner-bros-discovery-copyright" TargetMode="External"/><Relationship Id="rId14" Type="http://schemas.openxmlformats.org/officeDocument/2006/relationships/hyperlink" Target="https://variety.com/2024/biz/news/blade-runner-2049-lawsuit-elon-musk-tesla-warner-bros-discovery-1236184961/" TargetMode="External"/><Relationship Id="rId15" Type="http://schemas.openxmlformats.org/officeDocument/2006/relationships/hyperlink" Target="https://www.nytimes.com/2024/10/21/business/media/elon-musk-alcon-entertainment-robotaxi-lawsuit.html" TargetMode="External"/><Relationship Id="rId16" Type="http://schemas.openxmlformats.org/officeDocument/2006/relationships/hyperlink" Target="https://www.latimes.com/entertainment-arts/business/story/2024-10-21/elon-musk-tesla-cybercab-warner-bros-discovery-blade-runner-2049-lawsuit" TargetMode="External"/><Relationship Id="rId17" Type="http://schemas.openxmlformats.org/officeDocument/2006/relationships/hyperlink" Target="https://deadline.com/2024/10/elon-musk-lawsuit-blade-runner-2049-ai-warner-bros-discovery-12361220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