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Alibaba's Quanzhantui tool boosts sales during Singles' 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Alibaba Group Holding, a leading Chinese multinational conglomerate, has reported significant progress with its digital marketing tool, Quanzhantui. Launched earlier this year, Quanzhantui aims to bolster revenue on Alibaba's e-commerce platforms Taobao and Tmall by utilising advanced AI technology to assist merchants in enhancing their sales performance.</w:t>
      </w:r>
      <w:r/>
    </w:p>
    <w:p>
      <w:r/>
      <w:r>
        <w:t>The tool garnered attention during the recent Singles’ Day event, a major shopping festival in China, where it played a crucial role in boosting sales. According to Eddie Liu, the head of marketing and branding at Alimama, Quanzhantui supported the marketing efforts for approximately 1.3 million products on the festival’s first day. The success was marked by its ability to support over 250,000 merchants resulting in a significant increase in their gross merchandise value by 66% compared to the previous day.</w:t>
      </w:r>
      <w:r/>
    </w:p>
    <w:p>
      <w:r/>
      <w:r>
        <w:t>To further assist merchants amid competitive shopping events like Singles’ Day, Alibaba implemented Quanzhantui alongside a new technology service fee initiative aimed at enhancing monetization strategies. As part of this strategy, Alibaba also launched an extensive promotion, offering 1 billion yuan ($142 million) in incentives, including waiving delivery fees for Taobao orders exceeding 99 yuan in Hong Kong. The feedback on this free shipping initiative has been predominantly positive, with noticeable increases in both the gross merchandise value and order volume on Taobao.</w:t>
      </w:r>
      <w:r/>
    </w:p>
    <w:p>
      <w:r/>
      <w:r>
        <w:t>In the broader context of Alibaba’s business operations, the company commenced early promotions in anticipation of Singles’ Day on October 16, jointly with other e-commerce giants like JD.com Inc. and PDD Holdings Inc. Alibaba's commitment included over $5.7 billion allocated to providing discounts and free nationwide shipping, aiming to maintain a competitive edge in China's lucrative e-commerce landscape.</w:t>
      </w:r>
      <w:r/>
    </w:p>
    <w:p>
      <w:r/>
      <w:r>
        <w:t>Despite these efforts, Alibaba’s financial performance for the fiscal first quarter reflected challenges, with a topline growth of 4% to $33.47 billion, falling short of analyst expectations of $34.81 billion. Additionally, revenue from Taobao and Tmall Group declined by 1% to $15.60 billion.</w:t>
      </w:r>
      <w:r/>
    </w:p>
    <w:p>
      <w:r/>
      <w:r>
        <w:t>On the stock market front, Alibaba's share value experienced a decline of 2.47% to $99.90 in premarket trading. Nonetheless, the stock has shown resilience with a year-to-date gain of over 37%. Investors interested in Alibaba may consider exposure through financial instruments such as the Goldman Sachs Hedge Industry VIP ETF and the Amplify Transformational Data Sharing ETF.</w:t>
      </w:r>
      <w:r/>
    </w:p>
    <w:p>
      <w:r/>
      <w:r>
        <w:t>Overall, as China faces economic challenges, including plans for a significant fiscal stimulus worth 6 trillion yuan ($850 billion) over the next three years, Alibaba's strategic initiatives with tools like Quanzhantui are vital for navigating the evolving retail landscape and fostering continued growth in its marketplace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https://www.benzinga.com/news/24/10/41426301/alibaba-uses-ai-tool-quanzhantui-to-boosts-singles-day-sales-driving-growth-for-merchants</w:t>
        </w:r>
      </w:hyperlink>
      <w:r>
        <w:t xml:space="preserve"> - Corroborates the launch of Quanzhantui, its role in boosting Singles' Day sales, and the implementation of a new technology service fee.</w:t>
      </w:r>
      <w:r/>
    </w:p>
    <w:p>
      <w:pPr>
        <w:pStyle w:val="ListNumber"/>
        <w:spacing w:line="240" w:lineRule="auto"/>
        <w:ind w:left="720"/>
      </w:pPr>
      <w:r/>
      <w:hyperlink r:id="rId11">
        <w:r>
          <w:rPr>
            <w:color w:val="0000EE"/>
            <w:u w:val="single"/>
          </w:rPr>
          <w:t>https://jefftowson.com/membership_content/alibabas-generative-ai-strategy-begins-with-transforming-core-products-and-operations-2-of-3-tech-strategy/</w:t>
        </w:r>
      </w:hyperlink>
      <w:r>
        <w:t xml:space="preserve"> - Provides details on Alibaba's generative AI strategy, including the introduction of Quanzhantui as an omni-platform marketing solution for merchants.</w:t>
      </w:r>
      <w:r/>
    </w:p>
    <w:p>
      <w:pPr>
        <w:pStyle w:val="ListNumber"/>
        <w:spacing w:line="240" w:lineRule="auto"/>
        <w:ind w:left="720"/>
      </w:pPr>
      <w:r/>
      <w:hyperlink r:id="rId12">
        <w:r>
          <w:rPr>
            <w:color w:val="0000EE"/>
            <w:u w:val="single"/>
          </w:rPr>
          <w:t>https://www.scmp.com/tech/big-tech/article/3282960/alibabas-ai-powered-digital-marketing-tool-boosts-singles-day-sales-merchants</w:t>
        </w:r>
      </w:hyperlink>
      <w:r>
        <w:t xml:space="preserve"> - Supports the success of Quanzhantui during Singles' Day, including the support for 250,000 merchants and the increase in gross merchandise value.</w:t>
      </w:r>
      <w:r/>
    </w:p>
    <w:p>
      <w:pPr>
        <w:pStyle w:val="ListNumber"/>
        <w:spacing w:line="240" w:lineRule="auto"/>
        <w:ind w:left="720"/>
      </w:pPr>
      <w:r/>
      <w:hyperlink r:id="rId13">
        <w:r>
          <w:rPr>
            <w:color w:val="0000EE"/>
            <w:u w:val="single"/>
          </w:rPr>
          <w:t>https://briefly.co/anchor/Marketing/story/alibabas-new-digital-marketing-tool-boosts-singles-day-sales-for-merchants</w:t>
        </w:r>
      </w:hyperlink>
      <w:r>
        <w:t xml:space="preserve"> - Confirms the role of Quanzhantui in enhancing merchant sales during Singles' Day and the significant increase in gross merchandise value.</w:t>
      </w:r>
      <w:r/>
    </w:p>
    <w:p>
      <w:pPr>
        <w:pStyle w:val="ListNumber"/>
        <w:spacing w:line="240" w:lineRule="auto"/>
        <w:ind w:left="720"/>
      </w:pPr>
      <w:r/>
      <w:hyperlink r:id="rId10">
        <w:r>
          <w:rPr>
            <w:color w:val="0000EE"/>
            <w:u w:val="single"/>
          </w:rPr>
          <w:t>https://www.benzinga.com/news/24/10/41426301/alibaba-uses-ai-tool-quanzhantui-to-boosts-singles-day-sales-driving-growth-for-merchants</w:t>
        </w:r>
      </w:hyperlink>
      <w:r>
        <w:t xml:space="preserve"> - Details Alibaba's extensive promotion, including the 1 billion yuan incentive and the waiving of delivery fees for Taobao orders.</w:t>
      </w:r>
      <w:r/>
    </w:p>
    <w:p>
      <w:pPr>
        <w:pStyle w:val="ListNumber"/>
        <w:spacing w:line="240" w:lineRule="auto"/>
        <w:ind w:left="720"/>
      </w:pPr>
      <w:r/>
      <w:hyperlink r:id="rId12">
        <w:r>
          <w:rPr>
            <w:color w:val="0000EE"/>
            <w:u w:val="single"/>
          </w:rPr>
          <w:t>https://www.scmp.com/tech/big-tech/article/3282960/alibabas-ai-powered-digital-marketing-tool-boosts-singles-day-sales-merchants</w:t>
        </w:r>
      </w:hyperlink>
      <w:r>
        <w:t xml:space="preserve"> - Mentions the early promotions by Alibaba, JD.com Inc., and PDD Holdings Inc. in anticipation of Singles' Day.</w:t>
      </w:r>
      <w:r/>
    </w:p>
    <w:p>
      <w:pPr>
        <w:pStyle w:val="ListNumber"/>
        <w:spacing w:line="240" w:lineRule="auto"/>
        <w:ind w:left="720"/>
      </w:pPr>
      <w:r/>
      <w:hyperlink r:id="rId10">
        <w:r>
          <w:rPr>
            <w:color w:val="0000EE"/>
            <w:u w:val="single"/>
          </w:rPr>
          <w:t>https://www.benzinga.com/news/24/10/41426301/alibaba-uses-ai-tool-quanzhantui-to-boosts-singles-day-sales-driving-growth-for-merchants</w:t>
        </w:r>
      </w:hyperlink>
      <w:r>
        <w:t xml:space="preserve"> - Reports on Alibaba's financial performance for the fiscal first quarter, including the topline growth and revenue from Taobao and Tmall Group.</w:t>
      </w:r>
      <w:r/>
    </w:p>
    <w:p>
      <w:pPr>
        <w:pStyle w:val="ListNumber"/>
        <w:spacing w:line="240" w:lineRule="auto"/>
        <w:ind w:left="720"/>
      </w:pPr>
      <w:r/>
      <w:hyperlink r:id="rId10">
        <w:r>
          <w:rPr>
            <w:color w:val="0000EE"/>
            <w:u w:val="single"/>
          </w:rPr>
          <w:t>https://www.benzinga.com/news/24/10/41426301/alibaba-uses-ai-tool-quanzhantui-to-boosts-singles-day-sales-driving-growth-for-merchants</w:t>
        </w:r>
      </w:hyperlink>
      <w:r>
        <w:t xml:space="preserve"> - Discusses the stock market performance of Alibaba, including the premarket trading decline and year-to-date gain.</w:t>
      </w:r>
      <w:r/>
    </w:p>
    <w:p>
      <w:pPr>
        <w:pStyle w:val="ListNumber"/>
        <w:spacing w:line="240" w:lineRule="auto"/>
        <w:ind w:left="720"/>
      </w:pPr>
      <w:r/>
      <w:hyperlink r:id="rId10">
        <w:r>
          <w:rPr>
            <w:color w:val="0000EE"/>
            <w:u w:val="single"/>
          </w:rPr>
          <w:t>https://www.benzinga.com/news/24/10/41426301/alibaba-uses-ai-tool-quanzhantui-to-boosts-singles-day-sales-driving-growth-for-merchants</w:t>
        </w:r>
      </w:hyperlink>
      <w:r>
        <w:t xml:space="preserve"> - Mentions the potential for investors to gain exposure to Alibaba through specific ETFs.</w:t>
      </w:r>
      <w:r/>
    </w:p>
    <w:p>
      <w:pPr>
        <w:pStyle w:val="ListNumber"/>
        <w:spacing w:line="240" w:lineRule="auto"/>
        <w:ind w:left="720"/>
      </w:pPr>
      <w:r/>
      <w:hyperlink r:id="rId12">
        <w:r>
          <w:rPr>
            <w:color w:val="0000EE"/>
            <w:u w:val="single"/>
          </w:rPr>
          <w:t>https://www.scmp.com/tech/big-tech/article/3282960/alibabas-ai-powered-digital-marketing-tool-boosts-singles-day-sales-merchants</w:t>
        </w:r>
      </w:hyperlink>
      <w:r>
        <w:t xml:space="preserve"> - Contextualizes Alibaba's initiatives within China's economic challenges and planned fiscal stimulus.</w:t>
      </w:r>
      <w:r/>
    </w:p>
    <w:p>
      <w:pPr>
        <w:pStyle w:val="ListNumber"/>
        <w:spacing w:line="240" w:lineRule="auto"/>
        <w:ind w:left="720"/>
      </w:pPr>
      <w:r/>
      <w:hyperlink r:id="rId13">
        <w:r>
          <w:rPr>
            <w:color w:val="0000EE"/>
            <w:u w:val="single"/>
          </w:rPr>
          <w:t>https://briefly.co/anchor/Marketing/story/alibabas-new-digital-marketing-tool-boosts-singles-day-sales-for-merchants</w:t>
        </w:r>
      </w:hyperlink>
      <w:r>
        <w:t xml:space="preserve"> - Reiterates the importance of Quanzhantui in navigating the evolving retail landscape and fostering growth in Alibaba's marketplace services.</w:t>
      </w:r>
      <w:r/>
    </w:p>
    <w:p>
      <w:pPr>
        <w:pStyle w:val="ListNumber"/>
        <w:spacing w:line="240" w:lineRule="auto"/>
        <w:ind w:left="720"/>
      </w:pPr>
      <w:r/>
      <w:hyperlink r:id="rId10">
        <w:r>
          <w:rPr>
            <w:color w:val="0000EE"/>
            <w:u w:val="single"/>
          </w:rPr>
          <w:t>https://www.benzinga.com/news/24/10/41426301/alibaba-uses-ai-tool-quanzhantui-to-boosts-singles-day-sales-driving-growth-for-merchants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news/24/10/41426301/alibaba-uses-ai-tool-quanzhantui-to-boosts-singles-day-sales-driving-growth-for-merchants" TargetMode="External"/><Relationship Id="rId11" Type="http://schemas.openxmlformats.org/officeDocument/2006/relationships/hyperlink" Target="https://jefftowson.com/membership_content/alibabas-generative-ai-strategy-begins-with-transforming-core-products-and-operations-2-of-3-tech-strategy/" TargetMode="External"/><Relationship Id="rId12" Type="http://schemas.openxmlformats.org/officeDocument/2006/relationships/hyperlink" Target="https://www.scmp.com/tech/big-tech/article/3282960/alibabas-ai-powered-digital-marketing-tool-boosts-singles-day-sales-merchants" TargetMode="External"/><Relationship Id="rId13" Type="http://schemas.openxmlformats.org/officeDocument/2006/relationships/hyperlink" Target="https://briefly.co/anchor/Marketing/story/alibabas-new-digital-marketing-tool-boosts-singles-day-sales-for-merch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