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launch new AI platform to enhance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set to launch its new AI platform, Apple Intelligence, which aims to enhance the user experience across its range of products, starting in late October. The platform will initially roll out with features such as Writing Tools, Notification Summaries, and a redesigned Siri interface. Despite this ambitious move, Apple's AI offering could face challenges in living up to consumer expectations, particularly when compared to industry leaders like Google, OpenAI, and Meta.</w:t>
      </w:r>
      <w:r/>
    </w:p>
    <w:p>
      <w:r/>
      <w:r>
        <w:t>The first device expected to benefit from Apple Intelligence is the new iPad mini, boasting powerful hardware with 8GB of memory and the A17 Pro chip, which promises robust support for the platform. However, the initial AI features planned for deployment might be underwhelming for some users, especially those accustomed to Google's or OpenAI's more advanced AI capabilities. The full suite of Apple Intelligence features is anticipated to roll out between December and March, suggesting that users may need to be patient for full functionality.</w:t>
      </w:r>
      <w:r/>
    </w:p>
    <w:p>
      <w:r/>
      <w:r>
        <w:t>Tim Cook, Apple's CEO, has expressed enthusiasm for the new AI platform, claiming it has already made significant improvements to his daily workflow. In a conversation with The Wall Street Journal, Cook emphasised Apple's strategic approach to artificial intelligence as profoundly different from its competitors. He noted that while Apple was not the first to innovate with AI, the company has executed its integration with a focus on customer-centric design, akin to the introduction of the iPod’s click wheel and the iPhone’s touchscreen.</w:t>
      </w:r>
      <w:r/>
    </w:p>
    <w:p>
      <w:r/>
      <w:r>
        <w:t>Beyond the iPad mini, Apple intends to integrate AI features across its ecosystem, including the Apple Watch and the Vision Pro headset. While the Vision Pro, launched earlier this year, has struggled to gain traction due to its high price and limited developer uptake, Apple still sees potential in its more comprehensive AI programs, with possibilities for more affordable versions in the future.</w:t>
      </w:r>
      <w:r/>
    </w:p>
    <w:p>
      <w:r/>
      <w:r>
        <w:t>Despite the promise of Apple Intelligence, the timing of its rollout has stirred some concern. Mark Gurman from Bloomberg highlighted that Apple’s AI technology may be up to two years behind its rivals, as shown in internal research comparing its chatbot with OpenAI’s ChatGPT, which was found to be significantly more adept in task performance.</w:t>
      </w:r>
      <w:r/>
    </w:p>
    <w:p>
      <w:r/>
      <w:r>
        <w:t>Apple's AI initiative aligns with its historical pattern of entering existing technology markets, then leveraging its vast device ecosystem and brand power to gain prominence. The company is renowned for its resilience in playing catch-up, as seen with the evolution of products like Apple Maps.</w:t>
      </w:r>
      <w:r/>
    </w:p>
    <w:p>
      <w:r/>
      <w:r>
        <w:t>At present, Apple's stock remains robust, benefitting from high market capitalisation which stands at an impressive $3.6 trillion. However, the larger AI race could dictate how Apple continues to fare against competitors who have already set a faster pace in AI development. As Apple Intelligence begins its phased rollout across iPhones, iPads, and Macs, Cook is confident that the technology will eventually redefine user interaction with Apple products, despite its staggered introduction and initial feature limitations.</w:t>
      </w:r>
      <w:r/>
    </w:p>
    <w:p>
      <w:r/>
      <w:r>
        <w:t>The upcoming months are poised to be crucial for Apple, as it seeks to prove that its tailored approach to AI can have a profound impact on productivity and user satisfaction, much like its iconic innovations of the past.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https://www.reddit.com/r/stocks/comments/1ef04y7/apple_to_roll_out_artificial_intelligence/</w:t>
        </w:r>
      </w:hyperlink>
      <w:r>
        <w:t xml:space="preserve"> - Corroborates the rollout of Apple Intelligence in October and the initial features such as Writing Tools and Siri improvements.</w:t>
      </w:r>
      <w:r/>
    </w:p>
    <w:p>
      <w:pPr>
        <w:pStyle w:val="ListNumber"/>
        <w:spacing w:line="240" w:lineRule="auto"/>
        <w:ind w:left="720"/>
      </w:pPr>
      <w:r/>
      <w:hyperlink r:id="rId11">
        <w:r>
          <w:rPr>
            <w:color w:val="0000EE"/>
            <w:u w:val="single"/>
          </w:rPr>
          <w:t>https://www.zdnet.com/article/apple-intelligence-is-finally-coming-to-your-iphone-at-the-end-of-october/</w:t>
        </w:r>
      </w:hyperlink>
      <w:r>
        <w:t xml:space="preserve"> - Confirms the launch of Apple Intelligence on October 28 with iOS 18.1 and details on the initial and subsequent features.</w:t>
      </w:r>
      <w:r/>
    </w:p>
    <w:p>
      <w:pPr>
        <w:pStyle w:val="ListNumber"/>
        <w:spacing w:line="240" w:lineRule="auto"/>
        <w:ind w:left="720"/>
      </w:pPr>
      <w:r/>
      <w:hyperlink r:id="rId12">
        <w:r>
          <w:rPr>
            <w:color w:val="0000EE"/>
            <w:u w:val="single"/>
          </w:rPr>
          <w:t>https://www.cnet.com/tech/mobile/what-is-apple-intelligence-and-when-does-the-iphone-16-get-it-everything-to-know/</w:t>
        </w:r>
      </w:hyperlink>
      <w:r>
        <w:t xml:space="preserve"> - Provides details on the devices compatible with Apple Intelligence, including iPhones, iPads, and Macs, and the phased rollout of features.</w:t>
      </w:r>
      <w:r/>
    </w:p>
    <w:p>
      <w:pPr>
        <w:pStyle w:val="ListNumber"/>
        <w:spacing w:line="240" w:lineRule="auto"/>
        <w:ind w:left="720"/>
      </w:pPr>
      <w:r/>
      <w:hyperlink r:id="rId13">
        <w:r>
          <w:rPr>
            <w:color w:val="0000EE"/>
            <w:u w:val="single"/>
          </w:rPr>
          <w:t>https://www.apple.com/newsroom/2024/09/apple-intelligence-comes-to-iphone-ipad-and-mac-starting-next-month/</w:t>
        </w:r>
      </w:hyperlink>
      <w:r>
        <w:t xml:space="preserve"> - Outlines the features of Apple Intelligence, such as Writing Tools, Notification Summaries, and the redesigned Siri interface, and its focus on privacy.</w:t>
      </w:r>
      <w:r/>
    </w:p>
    <w:p>
      <w:pPr>
        <w:pStyle w:val="ListNumber"/>
        <w:spacing w:line="240" w:lineRule="auto"/>
        <w:ind w:left="720"/>
      </w:pPr>
      <w:r/>
      <w:hyperlink r:id="rId14">
        <w:r>
          <w:rPr>
            <w:color w:val="0000EE"/>
            <w:u w:val="single"/>
          </w:rPr>
          <w:t>https://www.cnbc.com/2024/07/29/apple-intelligence-ai-to-release-in-october-report-.html</w:t>
        </w:r>
      </w:hyperlink>
      <w:r>
        <w:t xml:space="preserve"> - Reports on the delayed rollout of Apple Intelligence due to reliability and testing concerns, and its comparison to competitors like OpenAI.</w:t>
      </w:r>
      <w:r/>
    </w:p>
    <w:p>
      <w:pPr>
        <w:pStyle w:val="ListNumber"/>
        <w:spacing w:line="240" w:lineRule="auto"/>
        <w:ind w:left="720"/>
      </w:pPr>
      <w:r/>
      <w:hyperlink r:id="rId11">
        <w:r>
          <w:rPr>
            <w:color w:val="0000EE"/>
            <w:u w:val="single"/>
          </w:rPr>
          <w:t>https://www.zdnet.com/article/apple-intelligence-is-finally-coming-to-your-iphone-at-the-end-of-october/</w:t>
        </w:r>
      </w:hyperlink>
      <w:r>
        <w:t xml:space="preserve"> - Mentions the integration of AI features across Apple's ecosystem, including iPhones, iPads, and Macs, and the staggered introduction of full functionality.</w:t>
      </w:r>
      <w:r/>
    </w:p>
    <w:p>
      <w:pPr>
        <w:pStyle w:val="ListNumber"/>
        <w:spacing w:line="240" w:lineRule="auto"/>
        <w:ind w:left="720"/>
      </w:pPr>
      <w:r/>
      <w:hyperlink r:id="rId12">
        <w:r>
          <w:rPr>
            <w:color w:val="0000EE"/>
            <w:u w:val="single"/>
          </w:rPr>
          <w:t>https://www.cnet.com/tech/mobile/what-is-apple-intelligence-and-when-does-the-iphone-16-get-it-everything-to-know/</w:t>
        </w:r>
      </w:hyperlink>
      <w:r>
        <w:t xml:space="preserve"> - Details Tim Cook's comments on Apple's strategic approach to AI and its focus on customer-centric design.</w:t>
      </w:r>
      <w:r/>
    </w:p>
    <w:p>
      <w:pPr>
        <w:pStyle w:val="ListNumber"/>
        <w:spacing w:line="240" w:lineRule="auto"/>
        <w:ind w:left="720"/>
      </w:pPr>
      <w:r/>
      <w:hyperlink r:id="rId13">
        <w:r>
          <w:rPr>
            <w:color w:val="0000EE"/>
            <w:u w:val="single"/>
          </w:rPr>
          <w:t>https://www.apple.com/newsroom/2024/09/apple-intelligence-comes-to-iphone-ipad-and-mac-starting-next-month/</w:t>
        </w:r>
      </w:hyperlink>
      <w:r>
        <w:t xml:space="preserve"> - Explains Apple's historical pattern of entering existing technology markets and leveraging its device ecosystem and brand power.</w:t>
      </w:r>
      <w:r/>
    </w:p>
    <w:p>
      <w:pPr>
        <w:pStyle w:val="ListNumber"/>
        <w:spacing w:line="240" w:lineRule="auto"/>
        <w:ind w:left="720"/>
      </w:pPr>
      <w:r/>
      <w:hyperlink r:id="rId11">
        <w:r>
          <w:rPr>
            <w:color w:val="0000EE"/>
            <w:u w:val="single"/>
          </w:rPr>
          <w:t>https://www.zdnet.com/article/apple-intelligence-is-finally-coming-to-your-iphone-at-the-end-of-october/</w:t>
        </w:r>
      </w:hyperlink>
      <w:r>
        <w:t xml:space="preserve"> - Discusses the potential impact of Apple Intelligence on user interaction and productivity, despite its initial limitations.</w:t>
      </w:r>
      <w:r/>
    </w:p>
    <w:p>
      <w:pPr>
        <w:pStyle w:val="ListNumber"/>
        <w:spacing w:line="240" w:lineRule="auto"/>
        <w:ind w:left="720"/>
      </w:pPr>
      <w:r/>
      <w:hyperlink r:id="rId12">
        <w:r>
          <w:rPr>
            <w:color w:val="0000EE"/>
            <w:u w:val="single"/>
          </w:rPr>
          <w:t>https://www.cnet.com/tech/mobile/what-is-apple-intelligence-and-when-does-the-iphone-16-get-it-everything-to-know/</w:t>
        </w:r>
      </w:hyperlink>
      <w:r>
        <w:t xml:space="preserve"> - Highlights the importance of the upcoming months for Apple to prove the effectiveness of its AI approach.</w:t>
      </w:r>
      <w:r/>
    </w:p>
    <w:p>
      <w:pPr>
        <w:pStyle w:val="ListNumber"/>
        <w:spacing w:line="240" w:lineRule="auto"/>
        <w:ind w:left="720"/>
      </w:pPr>
      <w:r/>
      <w:hyperlink r:id="rId13">
        <w:r>
          <w:rPr>
            <w:color w:val="0000EE"/>
            <w:u w:val="single"/>
          </w:rPr>
          <w:t>https://www.apple.com/newsroom/2024/09/apple-intelligence-comes-to-iphone-ipad-and-mac-starting-next-month/</w:t>
        </w:r>
      </w:hyperlink>
      <w:r>
        <w:t xml:space="preserve"> - Details Apple's commitment to privacy with Apple Intelligence, including on-device processing and Private Cloud Compute.</w:t>
      </w:r>
      <w:r/>
    </w:p>
    <w:p>
      <w:pPr>
        <w:pStyle w:val="ListNumber"/>
        <w:spacing w:line="240" w:lineRule="auto"/>
        <w:ind w:left="720"/>
      </w:pPr>
      <w:r/>
      <w:hyperlink r:id="rId15">
        <w:r>
          <w:rPr>
            <w:color w:val="0000EE"/>
            <w:u w:val="single"/>
          </w:rPr>
          <w:t>https://www.techtimes.com/articles/307945/20241021/most-affordable-ipad-get-apple-intelligence-update-2025-why.htm</w:t>
        </w:r>
      </w:hyperlink>
      <w:r>
        <w:t xml:space="preserve"> - Please view link - unable to able to access data</w:t>
      </w:r>
      <w:r/>
    </w:p>
    <w:p>
      <w:pPr>
        <w:pStyle w:val="ListNumber"/>
        <w:spacing w:line="240" w:lineRule="auto"/>
        <w:ind w:left="720"/>
      </w:pPr>
      <w:r/>
      <w:hyperlink r:id="rId16">
        <w:r>
          <w:rPr>
            <w:color w:val="0000EE"/>
            <w:u w:val="single"/>
          </w:rPr>
          <w:t>https://www.techradar.com/phones/iphone/apple-intelligence-changed-my-life-tim-cook-says-apples-ai-is-as-innovative-as-the-ipods-click-wheel-or-the-iphones-touch-screen</w:t>
        </w:r>
      </w:hyperlink>
      <w:r>
        <w:t xml:space="preserve"> - Please view link - unable to able to access data</w:t>
      </w:r>
      <w:r/>
    </w:p>
    <w:p>
      <w:pPr>
        <w:pStyle w:val="ListNumber"/>
        <w:spacing w:line="240" w:lineRule="auto"/>
        <w:ind w:left="720"/>
      </w:pPr>
      <w:r/>
      <w:hyperlink r:id="rId17">
        <w:r>
          <w:rPr>
            <w:color w:val="0000EE"/>
            <w:u w:val="single"/>
          </w:rPr>
          <w:t>https://www.digitaltrends.com/mobile/tim-cook-wants-you-to-know-hes-confident-in-apples-ai-future/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stocks/comments/1ef04y7/apple_to_roll_out_artificial_intelligence/" TargetMode="External"/><Relationship Id="rId11" Type="http://schemas.openxmlformats.org/officeDocument/2006/relationships/hyperlink" Target="https://www.zdnet.com/article/apple-intelligence-is-finally-coming-to-your-iphone-at-the-end-of-october/" TargetMode="External"/><Relationship Id="rId12" Type="http://schemas.openxmlformats.org/officeDocument/2006/relationships/hyperlink" Target="https://www.cnet.com/tech/mobile/what-is-apple-intelligence-and-when-does-the-iphone-16-get-it-everything-to-know/" TargetMode="External"/><Relationship Id="rId13" Type="http://schemas.openxmlformats.org/officeDocument/2006/relationships/hyperlink" Target="https://www.apple.com/newsroom/2024/09/apple-intelligence-comes-to-iphone-ipad-and-mac-starting-next-month/" TargetMode="External"/><Relationship Id="rId14" Type="http://schemas.openxmlformats.org/officeDocument/2006/relationships/hyperlink" Target="https://www.cnbc.com/2024/07/29/apple-intelligence-ai-to-release-in-october-report-.html" TargetMode="External"/><Relationship Id="rId15" Type="http://schemas.openxmlformats.org/officeDocument/2006/relationships/hyperlink" Target="https://www.techtimes.com/articles/307945/20241021/most-affordable-ipad-get-apple-intelligence-update-2025-why.htm" TargetMode="External"/><Relationship Id="rId16" Type="http://schemas.openxmlformats.org/officeDocument/2006/relationships/hyperlink" Target="https://www.techradar.com/phones/iphone/apple-intelligence-changed-my-life-tim-cook-says-apples-ai-is-as-innovative-as-the-ipods-click-wheel-or-the-iphones-touch-screen" TargetMode="External"/><Relationship Id="rId17" Type="http://schemas.openxmlformats.org/officeDocument/2006/relationships/hyperlink" Target="https://www.digitaltrends.com/mobile/tim-cook-wants-you-to-know-hes-confident-in-apples-ai-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