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Billings business caught in AI voice scam as victim wires money under false pretences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disturbing encounter that highlights the prevalence of sophisticated scams exploiting modern technology, a Billings business found itself unintentionally entangled in an artificial intelligence (AI) voice scam. The incident unfolded in early October when a local resident, Juel Graham, became a victim of an elaborate scheme that convinced her that her daughter was in jeopardy. Graham, under the impression that her daughter was being held hostage, was manipulated into wiring money under false pretenses. This ordeal has brought unforeseen attention to a small, family-run Mexican grocery store, Colima de Mis Amores.</w:t>
      </w:r>
      <w:r/>
    </w:p>
    <w:p>
      <w:r/>
      <w:r>
        <w:t>Colima de Mis Amores, positioned on 2212 Grant Road, is known for its authentic Mexican goods, from groceries to jewellery. Notably, it offers an international money transfer service named Maxi. Graham's interaction with the store was a typical, unremarkable transaction as the amount she transferred was under the $500 threshold, which does not trigger heightened scrutiny or questioning by their system.</w:t>
      </w:r>
      <w:r/>
    </w:p>
    <w:p>
      <w:r/>
      <w:r>
        <w:t>Rubi Murillo, the store's owner, recalled Graham's visit and noted that there was nothing alarming in her demeanour that would suggest she was under duress. "For me, she acted normal because she was calm," Murillo explained, reflecting on the exchange. "I did her transaction. I didn’t ask her a lot of questions when you send less than $500, we don’t have to do that kind of questions."</w:t>
      </w:r>
      <w:r/>
    </w:p>
    <w:p>
      <w:r/>
      <w:r>
        <w:t>The following day, Rubi and her husband, Miguel Murillo, were taken aback when they stumbled upon Graham's Facebook post, which detailed her harrowing experience and named Colima de Mis Amores in the saga. The Murillos, concerned and sympathetic to Graham’s ordeal, promptly reported the incident to the authorities, underscoring their shock and innocence in the entire affair.</w:t>
      </w:r>
      <w:r/>
    </w:p>
    <w:p>
      <w:r/>
      <w:r>
        <w:t>Further investigation into how their business was selected by the scammers suggests that the perpetrators likely found it through an online search for money transfer services in Billings, where Colima features prominently. This discovery has raised concerns about the ease with which businesses can be co-opted into scams without their knowledge.</w:t>
      </w:r>
      <w:r/>
    </w:p>
    <w:p>
      <w:r/>
      <w:r>
        <w:t>In conversations with the media, the Murillos shared insights into the frequency of scam attempts they face themselves. On a daily basis, they receive numerous calls attempting to defraud their business - ranging from fake demands for bill payments to attempts at installing illicit software under the guise of necessary upgrades. Many of these calls are delivered in Spanish, suggesting a targeted approach towards businesses with cultural ties to the language.</w:t>
      </w:r>
      <w:r/>
    </w:p>
    <w:p>
      <w:r/>
      <w:r>
        <w:t>The Better Business Bureau's Dale Dixon provided context on the broader landscape of scams affecting businesses. He highlighted that the sophistication of modern scams, often backed by AI technology, makes it challenging to distinguish real interactions from fraudulent ones, even when they are presented in flawless Spanish. Dixon warned that scams are a “multilingual global industry," with AI often deployed to further these deceptive practices.</w:t>
      </w:r>
      <w:r/>
    </w:p>
    <w:p>
      <w:r/>
      <w:r>
        <w:t>Businesses are particularly vulnerable to scams like impersonations, false problem-solving services, and fake invoices. Dixon emphasized the importance of internal protocols to combat these threats, recommending that businesses advise employees never to divulge confidential information or send money based solely on phone requests. Verification of suspicious requests remains crucial to safeguarding against fraud.</w:t>
      </w:r>
      <w:r/>
    </w:p>
    <w:p>
      <w:r/>
      <w:r>
        <w:t>The Murillo family remain resilient, continuing to educate their staff to recognize and halt potential scams. Despite the negative attention brought upon by Graham's unfortunate experience, they express a sincere hope that their reputation within the community remains untarnished, stressing their longstanding commitment to serving their customers with integrity. "We've been living in Montana for so many years. We don't want people to get that idea about us," noted Miguel Murillo.</w:t>
      </w:r>
      <w:r/>
    </w:p>
    <w:p>
      <w:r/>
      <w:r>
        <w:t>The situation sheds light on the pervasive nature of scam operations that exploit both individuals and businesses, emphasising the need for vigilance in a landscape where technology can easily be manipulated by malicious actors.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https://www.montanarightnow.com/news/chilling-phone-scam-targets-parents-using-ai-voice-mimicry/article_8b8fd5c9-13ac-577b-8d9a-3803877c408b.html</w:t>
        </w:r>
      </w:hyperlink>
      <w:r>
        <w:t xml:space="preserve"> - Corroborates the story of Juel Graham and Stacy McMillen being scammed using AI voice mimicry, and the involvement of Colima de Mis Amores in the transaction.</w:t>
      </w:r>
      <w:r/>
    </w:p>
    <w:p>
      <w:pPr>
        <w:pStyle w:val="ListNumber"/>
        <w:spacing w:line="240" w:lineRule="auto"/>
        <w:ind w:left="720"/>
      </w:pPr>
      <w:r/>
      <w:hyperlink r:id="rId11">
        <w:r>
          <w:rPr>
            <w:color w:val="0000EE"/>
            <w:u w:val="single"/>
          </w:rPr>
          <w:t>https://www.ktvq.com/news/local-news/billings-business-says-it-was-unaware-of-ai-voice-scam</w:t>
        </w:r>
      </w:hyperlink>
      <w:r>
        <w:t xml:space="preserve"> - Details the involvement of Colima de Mis Amores in the AI voice scam, the store's location, and the owners' reaction to the incident.</w:t>
      </w:r>
      <w:r/>
    </w:p>
    <w:p>
      <w:pPr>
        <w:pStyle w:val="ListNumber"/>
        <w:spacing w:line="240" w:lineRule="auto"/>
        <w:ind w:left="720"/>
      </w:pPr>
      <w:r/>
      <w:hyperlink r:id="rId12">
        <w:r>
          <w:rPr>
            <w:color w:val="0000EE"/>
            <w:u w:val="single"/>
          </w:rPr>
          <w:t>https://www.kulr8.com/news/chilling-phone-scam-targets-parents-using-ai-voice-mimicry/article_c4cc2008-89df-11ef-9b88-5b05f454586d.html</w:t>
        </w:r>
      </w:hyperlink>
      <w:r>
        <w:t xml:space="preserve"> - Provides additional details on the scam experienced by Juel Graham and Stacy McMillen, including the use of AI voice technology and the role of Colima de Mis Amores.</w:t>
      </w:r>
      <w:r/>
    </w:p>
    <w:p>
      <w:pPr>
        <w:pStyle w:val="ListNumber"/>
        <w:spacing w:line="240" w:lineRule="auto"/>
        <w:ind w:left="720"/>
      </w:pPr>
      <w:r/>
      <w:hyperlink r:id="rId13">
        <w:r>
          <w:rPr>
            <w:color w:val="0000EE"/>
            <w:u w:val="single"/>
          </w:rPr>
          <w:t>https://www.ktvq.com/news/crime-watch/grandparent-scam-fooled-by-ai-falsehood-a-billings-woman-issues-warning</w:t>
        </w:r>
      </w:hyperlink>
      <w:r>
        <w:t xml:space="preserve"> - Describes Juel Graham's experience with the AI voice scam, including the instructions given by the scammers and the transfer of money through Colima de Mis Amores.</w:t>
      </w:r>
      <w:r/>
    </w:p>
    <w:p>
      <w:pPr>
        <w:pStyle w:val="ListNumber"/>
        <w:spacing w:line="240" w:lineRule="auto"/>
        <w:ind w:left="720"/>
      </w:pPr>
      <w:r/>
      <w:hyperlink r:id="rId11">
        <w:r>
          <w:rPr>
            <w:color w:val="0000EE"/>
            <w:u w:val="single"/>
          </w:rPr>
          <w:t>https://www.ktvq.com/news/local-news/billings-business-says-it-was-unaware-of-ai-voice-scam</w:t>
        </w:r>
      </w:hyperlink>
      <w:r>
        <w:t xml:space="preserve"> - Explains how the scammers likely found Colima de Mis Amores through an online search and the store's subsequent actions after discovering the scam.</w:t>
      </w:r>
      <w:r/>
    </w:p>
    <w:p>
      <w:pPr>
        <w:pStyle w:val="ListNumber"/>
        <w:spacing w:line="240" w:lineRule="auto"/>
        <w:ind w:left="720"/>
      </w:pPr>
      <w:r/>
      <w:hyperlink r:id="rId10">
        <w:r>
          <w:rPr>
            <w:color w:val="0000EE"/>
            <w:u w:val="single"/>
          </w:rPr>
          <w:t>https://www.montanarightnow.com/news/chilling-phone-scam-targets-parents-using-ai-voice-mimicry/article_8b8fd5c9-13ac-577b-8d9a-3803877c408b.html</w:t>
        </w:r>
      </w:hyperlink>
      <w:r>
        <w:t xml:space="preserve"> - Highlights the frequency of scam attempts faced by the Murillos and the types of scams they encounter, including fake bill payments and software upgrades.</w:t>
      </w:r>
      <w:r/>
    </w:p>
    <w:p>
      <w:pPr>
        <w:pStyle w:val="ListNumber"/>
        <w:spacing w:line="240" w:lineRule="auto"/>
        <w:ind w:left="720"/>
      </w:pPr>
      <w:r/>
      <w:hyperlink r:id="rId11">
        <w:r>
          <w:rPr>
            <w:color w:val="0000EE"/>
            <w:u w:val="single"/>
          </w:rPr>
          <w:t>https://www.ktvq.com/news/local-news/billings-business-says-it-was-unaware-of-ai-voice-scam</w:t>
        </w:r>
      </w:hyperlink>
      <w:r>
        <w:t xml:space="preserve"> - Provides context from Dale Dixon of the Better Business Bureau on the sophistication of modern scams and the importance of internal protocols to combat them.</w:t>
      </w:r>
      <w:r/>
    </w:p>
    <w:p>
      <w:pPr>
        <w:pStyle w:val="ListNumber"/>
        <w:spacing w:line="240" w:lineRule="auto"/>
        <w:ind w:left="720"/>
      </w:pPr>
      <w:r/>
      <w:hyperlink r:id="rId12">
        <w:r>
          <w:rPr>
            <w:color w:val="0000EE"/>
            <w:u w:val="single"/>
          </w:rPr>
          <w:t>https://www.kulr8.com/news/chilling-phone-scam-targets-parents-using-ai-voice-mimicry/article_c4cc2008-89df-11ef-9b88-5b05f454586d.html</w:t>
        </w:r>
      </w:hyperlink>
      <w:r>
        <w:t xml:space="preserve"> - Details the types of scams businesses face, such as impersonations, false problem-solving services, and fake invoices, as highlighted by Dale Dixon.</w:t>
      </w:r>
      <w:r/>
    </w:p>
    <w:p>
      <w:pPr>
        <w:pStyle w:val="ListNumber"/>
        <w:spacing w:line="240" w:lineRule="auto"/>
        <w:ind w:left="720"/>
      </w:pPr>
      <w:r/>
      <w:hyperlink r:id="rId13">
        <w:r>
          <w:rPr>
            <w:color w:val="0000EE"/>
            <w:u w:val="single"/>
          </w:rPr>
          <w:t>https://www.ktvq.com/news/crime-watch/grandparent-scam-fooled-by-ai-falsehood-a-billings-woman-issues-warning</w:t>
        </w:r>
      </w:hyperlink>
      <w:r>
        <w:t xml:space="preserve"> - Explains the use of AI technology in scams, including the ability to create realistic voice recreations using programs like ElevenLabs.</w:t>
      </w:r>
      <w:r/>
    </w:p>
    <w:p>
      <w:pPr>
        <w:pStyle w:val="ListNumber"/>
        <w:spacing w:line="240" w:lineRule="auto"/>
        <w:ind w:left="720"/>
      </w:pPr>
      <w:r/>
      <w:hyperlink r:id="rId11">
        <w:r>
          <w:rPr>
            <w:color w:val="0000EE"/>
            <w:u w:val="single"/>
          </w:rPr>
          <w:t>https://www.ktvq.com/news/local-news/billings-business-says-it-was-unaware-of-ai-voice-scam</w:t>
        </w:r>
      </w:hyperlink>
      <w:r>
        <w:t xml:space="preserve"> - Describes the Murillos' commitment to educating their staff to recognize and halt potential scams and their hope to maintain their reputation in the community.</w:t>
      </w:r>
      <w:r/>
    </w:p>
    <w:p>
      <w:pPr>
        <w:pStyle w:val="ListNumber"/>
        <w:spacing w:line="240" w:lineRule="auto"/>
        <w:ind w:left="720"/>
      </w:pPr>
      <w:r/>
      <w:hyperlink r:id="rId10">
        <w:r>
          <w:rPr>
            <w:color w:val="0000EE"/>
            <w:u w:val="single"/>
          </w:rPr>
          <w:t>https://www.montanarightnow.com/news/chilling-phone-scam-targets-parents-using-ai-voice-mimicry/article_8b8fd5c9-13ac-577b-8d9a-3803877c408b.html</w:t>
        </w:r>
      </w:hyperlink>
      <w:r>
        <w:t xml:space="preserve"> - Emphasizes the need for vigilance against scams that exploit both individuals and businesses, especially in a landscape where technology can be easily manipulated.</w:t>
      </w:r>
      <w:r/>
    </w:p>
    <w:p>
      <w:pPr>
        <w:pStyle w:val="ListNumber"/>
        <w:spacing w:line="240" w:lineRule="auto"/>
        <w:ind w:left="720"/>
      </w:pPr>
      <w:r/>
      <w:hyperlink r:id="rId14">
        <w:r>
          <w:rPr>
            <w:color w:val="0000EE"/>
            <w:u w:val="single"/>
          </w:rPr>
          <w:t>https://www.ktvh.com/news/montana-business-says-it-was-unaware-of-ai-voice-scam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ontanarightnow.com/news/chilling-phone-scam-targets-parents-using-ai-voice-mimicry/article_8b8fd5c9-13ac-577b-8d9a-3803877c408b.html" TargetMode="External"/><Relationship Id="rId11" Type="http://schemas.openxmlformats.org/officeDocument/2006/relationships/hyperlink" Target="https://www.ktvq.com/news/local-news/billings-business-says-it-was-unaware-of-ai-voice-scam" TargetMode="External"/><Relationship Id="rId12" Type="http://schemas.openxmlformats.org/officeDocument/2006/relationships/hyperlink" Target="https://www.kulr8.com/news/chilling-phone-scam-targets-parents-using-ai-voice-mimicry/article_c4cc2008-89df-11ef-9b88-5b05f454586d.html" TargetMode="External"/><Relationship Id="rId13" Type="http://schemas.openxmlformats.org/officeDocument/2006/relationships/hyperlink" Target="https://www.ktvq.com/news/crime-watch/grandparent-scam-fooled-by-ai-falsehood-a-billings-woman-issues-warning" TargetMode="External"/><Relationship Id="rId14" Type="http://schemas.openxmlformats.org/officeDocument/2006/relationships/hyperlink" Target="https://www.ktvh.com/news/montana-business-says-it-was-unaware-of-ai-voice-sc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