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Callaway utilises AI for enhanced golf club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Callaway Utilises AI for Enhanced Golf Club Design</w:t>
      </w:r>
      <w:r/>
    </w:p>
    <w:p>
      <w:r/>
      <w:r>
        <w:t>Callaway Golf continues to innovate and lead in the golfing world by integrating artificial intelligence (AI) into the design process of its latest golf clubs. With the launch of the new Apex Ai200, Apex Ai300, and Apex TiFusion irons, Callaway is harnessing AI to create more efficient and forgiving clubs, particularly appealing to skilled players who appreciate advanced technology in their gear.</w:t>
      </w:r>
      <w:r/>
    </w:p>
    <w:p>
      <w:r/>
      <w:r>
        <w:rPr>
          <w:b/>
        </w:rPr>
        <w:t>Advancements in AI-Powered Design</w:t>
      </w:r>
      <w:r/>
    </w:p>
    <w:p>
      <w:r/>
      <w:r>
        <w:t>Callaway's Vice President of R&amp;D, Brian Williams, explained the process and benefits of using AI in golf club design. According to Williams, AI offers custom, fully optimised solutions by simulating and refining thousands of design iterations, something human engineers alone couldn’t feasibly achieve. Although not fully autonomous, Callaway's AI acts as an innovative tool that complements the expertise of designers and engineers, optimising designs based on vast datasets and sophisticated modelling.</w:t>
      </w:r>
      <w:r/>
    </w:p>
    <w:p>
      <w:r/>
      <w:r>
        <w:t>The AI technology has been developed over the past 15 years by Callaway's dedicated team of data scientists. It focuses on detailed modelling of dynamic collisions — real-world interactions between the club and ball. Unlike traditional methods which might consider ideal conditions, Callaway's approach accounts for actual player data to improve club performance more comprehensively.</w:t>
      </w:r>
      <w:r/>
    </w:p>
    <w:p>
      <w:r/>
      <w:r>
        <w:rPr>
          <w:b/>
        </w:rPr>
        <w:t>Vast Data Integration</w:t>
      </w:r>
      <w:r/>
    </w:p>
    <w:p>
      <w:r/>
      <w:r>
        <w:t>Callaway's AI system benefits from an extensive network of data systems. Data is gathered from various sources, including Callaway Performance Centers, international fitting studios, and the company's premium Ely Callaway Performance Center. This broad data collection provides insights from millions of play sessions, enabling Callaway to refine the performance of clubs for different types of players.</w:t>
      </w:r>
      <w:r/>
    </w:p>
    <w:p>
      <w:r/>
      <w:r>
        <w:t>Williams noted that having access to such a database allows Callaway to target specific player needs for their product development. By analysing how players of different skill levels interact with clubs, Callaway's AI can optimise designs to cater to these specific segments, like those who have previously enjoyed a particular model.</w:t>
      </w:r>
      <w:r/>
    </w:p>
    <w:p>
      <w:r/>
      <w:r>
        <w:rPr>
          <w:b/>
        </w:rPr>
        <w:t>Understanding Swing Code and Micro Deflections</w:t>
      </w:r>
      <w:r/>
    </w:p>
    <w:p>
      <w:r/>
      <w:r>
        <w:t>Key to Callaway's design process is the concept of 'swing code'. This term encompasses metrics such as swing speed, club delivery, and face angle at impact. By incorporating swing code into their models, Callaway's AI is able to tailor club face technology to deflect optimally during impact, mitigating common issues like slices.</w:t>
      </w:r>
      <w:r/>
    </w:p>
    <w:p>
      <w:r/>
      <w:r>
        <w:t>Additionally, one of the AI-driven advancements is in the 'micro deflections' across the club face. These are meticulously calculated variations in how different parts of the club face flex upon impact with the ball. Such precision enables Callaway clubs to better resist the gear effect — the tendency of off-centre hits to produce side spin — resulting in straighter shots even when the ideal strike isn't achieved.</w:t>
      </w:r>
      <w:r/>
    </w:p>
    <w:p>
      <w:r/>
      <w:r>
        <w:rPr>
          <w:b/>
        </w:rPr>
        <w:t>The Role of Human Expertise</w:t>
      </w:r>
      <w:r/>
    </w:p>
    <w:p>
      <w:r/>
      <w:r>
        <w:t>Despite the advanced capabilities AI provides, the role of human designers remains crucial. AI acts as a sophisticated tool, augmenting the design process but not replacing the intuition and experience that human engineers contribute. The hands-on expertise remains critical in the overall concept and physical execution of the club design.</w:t>
      </w:r>
      <w:r/>
    </w:p>
    <w:p>
      <w:r/>
      <w:r>
        <w:t>Williams addressed potential concerns about the misuse or overreliance on AI in designing golf clubs, affirming that the technology serves to enhance rather than replace human input in the creation of Callaway’s products.</w:t>
      </w:r>
      <w:r/>
    </w:p>
    <w:p>
      <w:r/>
      <w:r>
        <w:rPr>
          <w:b/>
        </w:rPr>
        <w:t>Broader Implications</w:t>
      </w:r>
      <w:r/>
    </w:p>
    <w:p>
      <w:r/>
      <w:r>
        <w:t>By continuing to push the boundaries with AI, Callaway seeks not only to enhance player experience by offering equipment that caters better to individual needs but also to maintain its competitive edge in the market. The experimental use of AI reflects a broader trend in the sports industry where technology is increasingly relied upon to drive advancements.</w:t>
      </w:r>
      <w:r/>
    </w:p>
    <w:p>
      <w:r/>
      <w:r>
        <w:t>As golfers begin to experience these AI-enhanced clubs, the cumulative effects on their performance will potentially become more evident over time, marking a significant shift in how performance hardware is both approached and appreciated in the sport.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https://golf.com/gear/irons/ai-helping-callway-more-forgiving-golf-clubs/</w:t>
        </w:r>
      </w:hyperlink>
      <w:r>
        <w:t xml:space="preserve"> - Corroborates the launch of Callaway's new Apex Ai200, Apex Ai300, and Apex TiFusion irons, and the role of AI in creating more efficient and forgiving clubs.</w:t>
      </w:r>
      <w:r/>
    </w:p>
    <w:p>
      <w:pPr>
        <w:pStyle w:val="ListNumber"/>
        <w:spacing w:line="240" w:lineRule="auto"/>
        <w:ind w:left="720"/>
      </w:pPr>
      <w:r/>
      <w:hyperlink r:id="rId10">
        <w:r>
          <w:rPr>
            <w:color w:val="0000EE"/>
            <w:u w:val="single"/>
          </w:rPr>
          <w:t>https://golf.com/gear/irons/ai-helping-callway-more-forgiving-golf-clubs/</w:t>
        </w:r>
      </w:hyperlink>
      <w:r>
        <w:t xml:space="preserve"> - Explains the process and benefits of using AI in golf club design as described by Callaway's Vice President of R&amp;D, Brian Williams.</w:t>
      </w:r>
      <w:r/>
    </w:p>
    <w:p>
      <w:pPr>
        <w:pStyle w:val="ListNumber"/>
        <w:spacing w:line="240" w:lineRule="auto"/>
        <w:ind w:left="720"/>
      </w:pPr>
      <w:r/>
      <w:hyperlink r:id="rId10">
        <w:r>
          <w:rPr>
            <w:color w:val="0000EE"/>
            <w:u w:val="single"/>
          </w:rPr>
          <w:t>https://golf.com/gear/irons/ai-helping-callway-more-forgiving-golf-clubs/</w:t>
        </w:r>
      </w:hyperlink>
      <w:r>
        <w:t xml:space="preserve"> - Details the integration of real-world player data and dynamic collisions in Callaway's AI system for club design.</w:t>
      </w:r>
      <w:r/>
    </w:p>
    <w:p>
      <w:pPr>
        <w:pStyle w:val="ListNumber"/>
        <w:spacing w:line="240" w:lineRule="auto"/>
        <w:ind w:left="720"/>
      </w:pPr>
      <w:r/>
      <w:hyperlink r:id="rId10">
        <w:r>
          <w:rPr>
            <w:color w:val="0000EE"/>
            <w:u w:val="single"/>
          </w:rPr>
          <w:t>https://golf.com/gear/irons/ai-helping-callway-more-forgiving-golf-clubs/</w:t>
        </w:r>
      </w:hyperlink>
      <w:r>
        <w:t xml:space="preserve"> - Describes the extensive network of data systems used by Callaway, including data from various performance centers and fitting studios.</w:t>
      </w:r>
      <w:r/>
    </w:p>
    <w:p>
      <w:pPr>
        <w:pStyle w:val="ListNumber"/>
        <w:spacing w:line="240" w:lineRule="auto"/>
        <w:ind w:left="720"/>
      </w:pPr>
      <w:r/>
      <w:hyperlink r:id="rId10">
        <w:r>
          <w:rPr>
            <w:color w:val="0000EE"/>
            <w:u w:val="single"/>
          </w:rPr>
          <w:t>https://golf.com/gear/irons/ai-helping-callway-more-forgiving-golf-clubs/</w:t>
        </w:r>
      </w:hyperlink>
      <w:r>
        <w:t xml:space="preserve"> - Explains how Callaway's AI optimizes designs based on swing code and micro deflections to improve club performance.</w:t>
      </w:r>
      <w:r/>
    </w:p>
    <w:p>
      <w:pPr>
        <w:pStyle w:val="ListNumber"/>
        <w:spacing w:line="240" w:lineRule="auto"/>
        <w:ind w:left="720"/>
      </w:pPr>
      <w:r/>
      <w:hyperlink r:id="rId10">
        <w:r>
          <w:rPr>
            <w:color w:val="0000EE"/>
            <w:u w:val="single"/>
          </w:rPr>
          <w:t>https://golf.com/gear/irons/ai-helping-callway-more-forgiving-golf-clubs/</w:t>
        </w:r>
      </w:hyperlink>
      <w:r>
        <w:t xml:space="preserve"> - Highlights the importance of human designers and engineers in the design process, despite the use of AI.</w:t>
      </w:r>
      <w:r/>
    </w:p>
    <w:p>
      <w:pPr>
        <w:pStyle w:val="ListNumber"/>
        <w:spacing w:line="240" w:lineRule="auto"/>
        <w:ind w:left="720"/>
      </w:pPr>
      <w:r/>
      <w:hyperlink r:id="rId11">
        <w:r>
          <w:rPr>
            <w:color w:val="0000EE"/>
            <w:u w:val="single"/>
          </w:rPr>
          <w:t>https://www.maxim.com/sports/callaway-used-a-i-to-design-these-groundbreaking-golf-clubs/</w:t>
        </w:r>
      </w:hyperlink>
      <w:r>
        <w:t xml:space="preserve"> - Supports the use of machine learning technology by Callaway to analyze over 250,000 swings for club design.</w:t>
      </w:r>
      <w:r/>
    </w:p>
    <w:p>
      <w:pPr>
        <w:pStyle w:val="ListNumber"/>
        <w:spacing w:line="240" w:lineRule="auto"/>
        <w:ind w:left="720"/>
      </w:pPr>
      <w:r/>
      <w:hyperlink r:id="rId12">
        <w:r>
          <w:rPr>
            <w:color w:val="0000EE"/>
            <w:u w:val="single"/>
          </w:rPr>
          <w:t>https://howardsgolf.com/ai-golf-club-design/</w:t>
        </w:r>
      </w:hyperlink>
      <w:r>
        <w:t xml:space="preserve"> - Provides additional context on how AI is used in golf club design, including customization and real-time adjustments.</w:t>
      </w:r>
      <w:r/>
    </w:p>
    <w:p>
      <w:pPr>
        <w:pStyle w:val="ListNumber"/>
        <w:spacing w:line="240" w:lineRule="auto"/>
        <w:ind w:left="720"/>
      </w:pPr>
      <w:r/>
      <w:hyperlink r:id="rId12">
        <w:r>
          <w:rPr>
            <w:color w:val="0000EE"/>
            <w:u w:val="single"/>
          </w:rPr>
          <w:t>https://howardsgolf.com/ai-golf-club-design/</w:t>
        </w:r>
      </w:hyperlink>
      <w:r>
        <w:t xml:space="preserve"> - Explains the broader implications of AI in golf club design, including its role in enhancing player performance and maintaining a competitive edge.</w:t>
      </w:r>
      <w:r/>
    </w:p>
    <w:p>
      <w:pPr>
        <w:pStyle w:val="ListNumber"/>
        <w:spacing w:line="240" w:lineRule="auto"/>
        <w:ind w:left="720"/>
      </w:pPr>
      <w:r/>
      <w:hyperlink r:id="rId13">
        <w:r>
          <w:rPr>
            <w:color w:val="0000EE"/>
            <w:u w:val="single"/>
          </w:rPr>
          <w:t>https://forum.mygolfspy.com/topic/62317-swinging-skepticism-decoding-claims-of-ai-in-golf-product-development/</w:t>
        </w:r>
      </w:hyperlink>
      <w:r>
        <w:t xml:space="preserve"> - Discusses the skepticism and validation of AI claims in golf product development, aligning with the role of AI as a tool rather than a replacement for human expertise.</w:t>
      </w:r>
      <w:r/>
    </w:p>
    <w:p>
      <w:pPr>
        <w:pStyle w:val="ListNumber"/>
        <w:spacing w:line="240" w:lineRule="auto"/>
        <w:ind w:left="720"/>
      </w:pPr>
      <w:r/>
      <w:hyperlink r:id="rId14">
        <w:r>
          <w:rPr>
            <w:color w:val="0000EE"/>
            <w:u w:val="single"/>
          </w:rPr>
          <w:t>https://www.reddit.com/r/golf/comments/195ixy8/are_ai_golf_clubs_the_future/</w:t>
        </w:r>
      </w:hyperlink>
      <w:r>
        <w:t xml:space="preserve"> - Provides community perspectives on whether AI in golf clubs is a future trend or just marketing hype, supporting the broader discussion on AI's impact.</w:t>
      </w:r>
      <w:r/>
    </w:p>
    <w:p>
      <w:pPr>
        <w:pStyle w:val="ListNumber"/>
        <w:spacing w:line="240" w:lineRule="auto"/>
        <w:ind w:left="720"/>
      </w:pPr>
      <w:r/>
      <w:hyperlink r:id="rId10">
        <w:r>
          <w:rPr>
            <w:color w:val="0000EE"/>
            <w:u w:val="single"/>
          </w:rPr>
          <w:t>https://golf.com/gear/irons/ai-helping-callway-more-forgiving-golf-clubs/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olf.com/gear/irons/ai-helping-callway-more-forgiving-golf-clubs/" TargetMode="External"/><Relationship Id="rId11" Type="http://schemas.openxmlformats.org/officeDocument/2006/relationships/hyperlink" Target="https://www.maxim.com/sports/callaway-used-a-i-to-design-these-groundbreaking-golf-clubs/" TargetMode="External"/><Relationship Id="rId12" Type="http://schemas.openxmlformats.org/officeDocument/2006/relationships/hyperlink" Target="https://howardsgolf.com/ai-golf-club-design/" TargetMode="External"/><Relationship Id="rId13" Type="http://schemas.openxmlformats.org/officeDocument/2006/relationships/hyperlink" Target="https://forum.mygolfspy.com/topic/62317-swinging-skepticism-decoding-claims-of-ai-in-golf-product-development/" TargetMode="External"/><Relationship Id="rId14" Type="http://schemas.openxmlformats.org/officeDocument/2006/relationships/hyperlink" Target="https://www.reddit.com/r/golf/comments/195ixy8/are_ai_golf_clubs_the_fu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