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Cereal Partners Worldwide launches AI assistant 'Max' to revolutionise data analysis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Cereal Partners Worldwide Launches AI Assistant 'Max' to Revolutionise Data Analysis</w:t>
      </w:r>
      <w:r/>
    </w:p>
    <w:p>
      <w:r/>
      <w:r>
        <w:t>In a significant stride towards embracing artificial intelligence, Cereal Partners Worldwide (CPW), the joint venture formed by Nestlé and General Mills, has officially launched 'Max', a generative AI assistant. Developed by AnswerRocket, a distinguished figure in generative AI consulting and analytics, Max is set to transform how CPW handles and interprets data. Headquartered in Prilly, Switzerland, CPW is recognised as a global leader in breakfast cereals, producing well-loved brands like NESQUIK®, FITNESS®, CHEERIOS®, and CHOCAPIC®.</w:t>
      </w:r>
      <w:r/>
    </w:p>
    <w:p>
      <w:r/>
      <w:r>
        <w:t>The introduction of Max represents an evolution in data analytics, as it aims to streamline complex data analysis processes, thus facilitating more rapid and informed decision-making. The AI is built on large language models (LLMs), which provide users with a conversational interface to access reliable and real-time data insights. Through this, CPW's global teams can efficiently delve into market trends, scrutinise brand performance, and assess changing market dynamics, tailor-fitting analyses to the company’s specific business needs.</w:t>
      </w:r>
      <w:r/>
    </w:p>
    <w:p>
      <w:r/>
      <w:r>
        <w:t>Tony Rimmer, Global Head of Analytics at CPW, remarked on the transformative nature of this technology, comparing the leap to advancing directly from VHS to streaming technology, bypassing intermediary steps. He emphasised the role of AnswerRocket’s expertise in integrating this technology swiftly into CPW’s existing data strategies, leading to a significant reduction in time spent on manual analysis.</w:t>
      </w:r>
      <w:r/>
    </w:p>
    <w:p>
      <w:r/>
      <w:r>
        <w:t>The development of Max was guided by a close collaboration between CPW and AnswerRocket. They devised a strategic roadmap to incorporate generative AI analytics into recurring workflows, such as market trend analysis and brand performance evaluation. This led to the creation of bespoke analytical applications, or 'Skills', designed to cater to CPW’s requirements. Throughout the implementation phase, comprehensive training, ongoing support, and periodic updates were provided to ensure Max’s alignment with CPW’s evolving business objectives.</w:t>
      </w:r>
      <w:r/>
    </w:p>
    <w:p>
      <w:r/>
      <w:r>
        <w:t>Currently, teams focused on consumer market insights and analytics are leveraging the capabilities of Max. Its deployment has markedly improved decision-making agility, cutting down the time to glean insights from days to mere minutes. Looking forward, CPW intends to broaden Max’s capabilities by integrating additional data sets related to marketing and consumer research in the coming months.</w:t>
      </w:r>
      <w:r/>
    </w:p>
    <w:p>
      <w:r/>
      <w:r>
        <w:t>Alon Goren, CEO of AnswerRocket, underscored the value AI assistants like Max bring to organisations. He pointed out their potential to democratise complex analytics across companies, thus enhancing decision-making and fostering growth.</w:t>
      </w:r>
      <w:r/>
    </w:p>
    <w:p>
      <w:r/>
      <w:r>
        <w:t>AnswerRocket, founded in 2013, continues to empower businesses through its robust GenAI consulting and analytics platforms, helping them swiftly derive data-driven business results. Their solutions, like Max, are crafted to provide narrative answers, insights, and visualisations that businesses can use to stay agile and informed.</w:t>
      </w:r>
      <w:r/>
    </w:p>
    <w:p>
      <w:r/>
      <w:r>
        <w:t>This development marks an exciting chapter for CPW, as the company continues to adapt and thrive in an increasingly data-driven world. With a workforce of 4,000 employees and operational presence in over 130 markets, CPW’s initiative in adopting cutting-edge AI technologies signifies its commitment to maintaining a competitive edge in the global breakfast cereal market.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https://www.research-live.com/article/news/cereal-partners-worldwide-launches-generative-ai-analytics-tool/id/5131646</w:t>
        </w:r>
      </w:hyperlink>
      <w:r>
        <w:t xml:space="preserve"> - Corroborates the launch of 'Max', the generative AI assistant developed by AnswerRocket for Cereal Partners Worldwide, and its role in informing decision-making through conversational analysis.</w:t>
      </w:r>
      <w:r/>
    </w:p>
    <w:p>
      <w:pPr>
        <w:pStyle w:val="ListNumber"/>
        <w:spacing w:line="240" w:lineRule="auto"/>
        <w:ind w:left="720"/>
      </w:pPr>
      <w:r/>
      <w:hyperlink r:id="rId11">
        <w:r>
          <w:rPr>
            <w:color w:val="0000EE"/>
            <w:u w:val="single"/>
          </w:rPr>
          <w:t>https://consumergoods.com/nestle-general-mills-cpw-elevates-max-genai-assistant</w:t>
        </w:r>
      </w:hyperlink>
      <w:r>
        <w:t xml:space="preserve"> - Details the upgrades and capabilities of the Max GenAI assistant, including its use in analyzing data from various channels and its impact on decision-making at CPW.</w:t>
      </w:r>
      <w:r/>
    </w:p>
    <w:p>
      <w:pPr>
        <w:pStyle w:val="ListNumber"/>
        <w:spacing w:line="240" w:lineRule="auto"/>
        <w:ind w:left="720"/>
      </w:pPr>
      <w:r/>
      <w:hyperlink r:id="rId12">
        <w:r>
          <w:rPr>
            <w:color w:val="0000EE"/>
            <w:u w:val="single"/>
          </w:rPr>
          <w:t>https://www.businesswire.com/news/home/20241015202074/en/AnswerRocket-Helps-Cereal-Partners-Worldwide-Unlock-Faster-Insights-with-Custom-Generative-AI-Solution</w:t>
        </w:r>
      </w:hyperlink>
      <w:r>
        <w:t xml:space="preserve"> - Provides information on how Max, powered by large language models, helps CPW extract meaningful insights from data and streamline complex analysis, as well as the collaboration between CPW and AnswerRocket.</w:t>
      </w:r>
      <w:r/>
    </w:p>
    <w:p>
      <w:pPr>
        <w:pStyle w:val="ListNumber"/>
        <w:spacing w:line="240" w:lineRule="auto"/>
        <w:ind w:left="720"/>
      </w:pPr>
      <w:r/>
      <w:hyperlink r:id="rId13">
        <w:r>
          <w:rPr>
            <w:color w:val="0000EE"/>
            <w:u w:val="single"/>
          </w:rPr>
          <w:t>https://answerrocket.com/max/</w:t>
        </w:r>
      </w:hyperlink>
      <w:r>
        <w:t xml:space="preserve"> - Explains the features and capabilities of Max, including its ability to analyze data quickly, understand natural language, and provide visualizations and actionable insights.</w:t>
      </w:r>
      <w:r/>
    </w:p>
    <w:p>
      <w:pPr>
        <w:pStyle w:val="ListNumber"/>
        <w:spacing w:line="240" w:lineRule="auto"/>
        <w:ind w:left="720"/>
      </w:pPr>
      <w:r/>
      <w:hyperlink r:id="rId14">
        <w:r>
          <w:rPr>
            <w:color w:val="0000EE"/>
            <w:u w:val="single"/>
          </w:rPr>
          <w:t>https://consumergoods.com/nestle-general-mills-cpw-join-ab-inbev-adopting-gpt-4-bi-assistant</w:t>
        </w:r>
      </w:hyperlink>
      <w:r>
        <w:t xml:space="preserve"> - Discusses how CPW, along with other companies, is adopting GPT-4 powered AI assistants like Max to enhance data insights and decision-making.</w:t>
      </w:r>
      <w:r/>
    </w:p>
    <w:p>
      <w:pPr>
        <w:pStyle w:val="ListNumber"/>
        <w:spacing w:line="240" w:lineRule="auto"/>
        <w:ind w:left="720"/>
      </w:pPr>
      <w:r/>
      <w:hyperlink r:id="rId10">
        <w:r>
          <w:rPr>
            <w:color w:val="0000EE"/>
            <w:u w:val="single"/>
          </w:rPr>
          <w:t>https://www.research-live.com/article/news/cereal-partners-worldwide-launches-generative-ai-analytics-tool/id/5131646</w:t>
        </w:r>
      </w:hyperlink>
      <w:r>
        <w:t xml:space="preserve"> - Quotes Tony Rimmer, Global Head of Analytics at CPW, comparing the integration of Max to advancing from VHS to streaming technology.</w:t>
      </w:r>
      <w:r/>
    </w:p>
    <w:p>
      <w:pPr>
        <w:pStyle w:val="ListNumber"/>
        <w:spacing w:line="240" w:lineRule="auto"/>
        <w:ind w:left="720"/>
      </w:pPr>
      <w:r/>
      <w:hyperlink r:id="rId12">
        <w:r>
          <w:rPr>
            <w:color w:val="0000EE"/>
            <w:u w:val="single"/>
          </w:rPr>
          <w:t>https://www.businesswire.com/news/home/20241015202074/en/AnswerRocket-Helps-Cereal-Partners-Worldwide-Unlock-Faster-Insights-with-Custom-Generative-AI-Solution</w:t>
        </w:r>
      </w:hyperlink>
      <w:r>
        <w:t xml:space="preserve"> - Describes the strategic roadmap and collaboration between CPW and AnswerRocket to integrate generative AI analytics into recurring workflows.</w:t>
      </w:r>
      <w:r/>
    </w:p>
    <w:p>
      <w:pPr>
        <w:pStyle w:val="ListNumber"/>
        <w:spacing w:line="240" w:lineRule="auto"/>
        <w:ind w:left="720"/>
      </w:pPr>
      <w:r/>
      <w:hyperlink r:id="rId11">
        <w:r>
          <w:rPr>
            <w:color w:val="0000EE"/>
            <w:u w:val="single"/>
          </w:rPr>
          <w:t>https://consumergoods.com/nestle-general-mills-cpw-elevates-max-genai-assistant</w:t>
        </w:r>
      </w:hyperlink>
      <w:r>
        <w:t xml:space="preserve"> - Mentions the current use of Max by CPW's consumer market insights and analytics teams and the plans to expand its capabilities to include additional marketing and consumer research datasets.</w:t>
      </w:r>
      <w:r/>
    </w:p>
    <w:p>
      <w:pPr>
        <w:pStyle w:val="ListNumber"/>
        <w:spacing w:line="240" w:lineRule="auto"/>
        <w:ind w:left="720"/>
      </w:pPr>
      <w:r/>
      <w:hyperlink r:id="rId12">
        <w:r>
          <w:rPr>
            <w:color w:val="0000EE"/>
            <w:u w:val="single"/>
          </w:rPr>
          <w:t>https://www.businesswire.com/news/home/20241015202074/en/AnswerRocket-Helps-Cereal-Partners-Worldwide-Unlock-Faster-Insights-with-Custom-Generative-AI-Solution</w:t>
        </w:r>
      </w:hyperlink>
      <w:r>
        <w:t xml:space="preserve"> - Highlights Alon Goren's statement on the potential of AI assistants like Max to democratize complex analytics and enhance decision-making.</w:t>
      </w:r>
      <w:r/>
    </w:p>
    <w:p>
      <w:pPr>
        <w:pStyle w:val="ListNumber"/>
        <w:spacing w:line="240" w:lineRule="auto"/>
        <w:ind w:left="720"/>
      </w:pPr>
      <w:r/>
      <w:hyperlink r:id="rId13">
        <w:r>
          <w:rPr>
            <w:color w:val="0000EE"/>
            <w:u w:val="single"/>
          </w:rPr>
          <w:t>https://answerrocket.com/max/</w:t>
        </w:r>
      </w:hyperlink>
      <w:r>
        <w:t xml:space="preserve"> - Details AnswerRocket's role in empowering businesses through its GenAI consulting and analytics platforms, including providing narrative answers, insights, and visualizations.</w:t>
      </w:r>
      <w:r/>
    </w:p>
    <w:p>
      <w:pPr>
        <w:pStyle w:val="ListNumber"/>
        <w:spacing w:line="240" w:lineRule="auto"/>
        <w:ind w:left="720"/>
      </w:pPr>
      <w:r/>
      <w:hyperlink r:id="rId11">
        <w:r>
          <w:rPr>
            <w:color w:val="0000EE"/>
            <w:u w:val="single"/>
          </w:rPr>
          <w:t>https://consumergoods.com/nestle-general-mills-cpw-elevates-max-genai-assistant</w:t>
        </w:r>
      </w:hyperlink>
      <w:r>
        <w:t xml:space="preserve"> - Provides context on CPW's commitment to adopting cutting-edge AI technologies to maintain a competitive edge in the global breakfast cereal market.</w:t>
      </w:r>
      <w:r/>
    </w:p>
    <w:p>
      <w:pPr>
        <w:pStyle w:val="ListNumber"/>
        <w:spacing w:line="240" w:lineRule="auto"/>
        <w:ind w:left="720"/>
      </w:pPr>
      <w:r/>
      <w:hyperlink r:id="rId15">
        <w:r>
          <w:rPr>
            <w:color w:val="0000EE"/>
            <w:u w:val="single"/>
          </w:rPr>
          <w:t>https://foodindustryexecutive.com/2024/10/answerrocket-helps-cereal-partners-worldwide-unlock-faster-insights-with-custom-generative-ai-solution/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esearch-live.com/article/news/cereal-partners-worldwide-launches-generative-ai-analytics-tool/id/5131646" TargetMode="External"/><Relationship Id="rId11" Type="http://schemas.openxmlformats.org/officeDocument/2006/relationships/hyperlink" Target="https://consumergoods.com/nestle-general-mills-cpw-elevates-max-genai-assistant" TargetMode="External"/><Relationship Id="rId12" Type="http://schemas.openxmlformats.org/officeDocument/2006/relationships/hyperlink" Target="https://www.businesswire.com/news/home/20241015202074/en/AnswerRocket-Helps-Cereal-Partners-Worldwide-Unlock-Faster-Insights-with-Custom-Generative-AI-Solution" TargetMode="External"/><Relationship Id="rId13" Type="http://schemas.openxmlformats.org/officeDocument/2006/relationships/hyperlink" Target="https://answerrocket.com/max/" TargetMode="External"/><Relationship Id="rId14" Type="http://schemas.openxmlformats.org/officeDocument/2006/relationships/hyperlink" Target="https://consumergoods.com/nestle-general-mills-cpw-join-ab-inbev-adopting-gpt-4-bi-assistant" TargetMode="External"/><Relationship Id="rId15" Type="http://schemas.openxmlformats.org/officeDocument/2006/relationships/hyperlink" Target="https://foodindustryexecutive.com/2024/10/answerrocket-helps-cereal-partners-worldwide-unlock-faster-insights-with-custom-generative-ai-solu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