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Couples turn to artificial intelligence for resolution in relationship disputes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Couples Turn to Artificial Intelligence for Resolution in Relationship Disputes</w:t>
      </w:r>
      <w:r/>
    </w:p>
    <w:p>
      <w:r/>
      <w:r>
        <w:t>In the increasingly technological landscape of modern relationships, a new trend has emerged in which couples are leveraging artificial intelligence to navigate disagreements. ChatGPT, a sophisticated AI developed by OpenAI, is being employed not only for its traditional uses in content generation and information retrieval but also as a tool to win arguments with partners.</w:t>
      </w:r>
      <w:r/>
    </w:p>
    <w:p>
      <w:r/>
      <w:r>
        <w:t>This unconventional application of AI was brought to public attention through a post on the social media platform Reddit, where a 25-year-old man expressed concerns about his 28-year-old girlfriend's reliance on ChatGPT during their disputes. The couple, who have been dating for eight months, reportedly faced several disagreements, both major and minor. According to the man, his girlfriend frequently resorts to consulting ChatGPT to gain an upper hand in their arguments.</w:t>
      </w:r>
      <w:r/>
    </w:p>
    <w:p>
      <w:r/>
      <w:r>
        <w:t>In his post, he shared his discomfort, stating that his girlfriend would retreat to the AI tool even while still in the room with him, returning armed with meticulously constructed arguments that dissected everything he had said or done. He described the experience as feeling ambushed by a "robot," which could recall and analyse every minute detail without effort, a feat beyond most humans.</w:t>
      </w:r>
      <w:r/>
    </w:p>
    <w:p>
      <w:r/>
      <w:r>
        <w:t>The core issue raised by the man is the perception of bias inherent in the AI's responses. He argues that, as his girlfriend formulates the prompts, the AI is likely to align with her perspective, particularly when she explains her side in a light that puts him at fault. This has led to his girlfriend making assertions informed by ChatGPT, suggesting that its input indicated he lacked emotional bandwidth or was insecure, making the AI’s involvement deeply personal.</w:t>
      </w:r>
      <w:r/>
    </w:p>
    <w:p>
      <w:r/>
      <w:r>
        <w:t>The Reddit community offered insights and perspectives on the issue, with many agreeing that ChatGPT can deliver biased results based on the user’s input. Commenters noted that ChatGPT, while advanced, tends to reflect the viewpoints it’s fed, thus serving more as an echo of the user's perspective rather than an unbiased arbiter of truth. One individual pointed out that the AI is ultimately programmed to provide answers the users seek, potentially leading to self-validation rather than fair mediation.</w:t>
      </w:r>
      <w:r/>
    </w:p>
    <w:p>
      <w:r/>
      <w:r>
        <w:t>Further illustrating this point, another user ran the man's predicament through ChatGPT itself asking if the man was in the wrong. The AI suggested that while it may offer thoughtful insights, it should not replace genuine human conversation that requires emotional intelligence and empathy. It acknowledged that the framing of questions heavily influences the feedback received, emphasizing that this could make it a one-sided tool.</w:t>
      </w:r>
      <w:r/>
    </w:p>
    <w:p>
      <w:r/>
      <w:r>
        <w:t>Some responses to the post included advice on how the man could demonstrate the AI's partiality to his girlfriend by using ChatGPT from his perspective to show how it can also reinforce his side of the argument. Meanwhile, others engaged in banter, jokingly suggesting that he could use ChatGPT to advise ending the relationship.</w:t>
      </w:r>
      <w:r/>
    </w:p>
    <w:p>
      <w:r/>
      <w:r>
        <w:t>As technology continues to integrate into personal aspects of life, this incident highlights a curious point of intersection between AI and interpersonal relationships. While AI tools like ChatGPT can indeed provide structured feedback, the reliance on them for resolving human conflicts raises questions about the role of AI in personal matters inherently nuanced and complex. This exemplifies the evolving challenges couples may face when integrating artificial intelligence into their daily interactions.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https://mashable.com/article/couples-are-using-chatgpt-to-fight-now</w:t>
        </w:r>
      </w:hyperlink>
      <w:r>
        <w:t xml:space="preserve"> - This article discusses the case of a couple using ChatGPT to 'win' arguments, highlighting the issue of bias in AI responses and the limitations of using AI for conflict resolution.</w:t>
      </w:r>
      <w:r/>
    </w:p>
    <w:p>
      <w:pPr>
        <w:pStyle w:val="ListNumber"/>
        <w:spacing w:line="240" w:lineRule="auto"/>
        <w:ind w:left="720"/>
      </w:pPr>
      <w:r/>
      <w:hyperlink r:id="rId11">
        <w:r>
          <w:rPr>
            <w:color w:val="0000EE"/>
            <w:u w:val="single"/>
          </w:rPr>
          <w:t>https://www.couply.io/post/ai-communication-tips-for-couple</w:t>
        </w:r>
      </w:hyperlink>
      <w:r>
        <w:t xml:space="preserve"> - This article explains how AI, specifically Couply AI, can help couples communicate better, resolve conflicts, and deepen their emotional intimacy, but does not address the bias issue directly.</w:t>
      </w:r>
      <w:r/>
    </w:p>
    <w:p>
      <w:pPr>
        <w:pStyle w:val="ListNumber"/>
        <w:spacing w:line="240" w:lineRule="auto"/>
        <w:ind w:left="720"/>
      </w:pPr>
      <w:r/>
      <w:hyperlink r:id="rId12">
        <w:r>
          <w:rPr>
            <w:color w:val="0000EE"/>
            <w:u w:val="single"/>
          </w:rPr>
          <w:t>https://www.couply.io/post/did-couplys-ai-just-fix-my-relationship-after-an-argument</w:t>
        </w:r>
      </w:hyperlink>
      <w:r>
        <w:t xml:space="preserve"> - This article details how Couply's AI offers objective guidance and identifies trends in relationships to help couples, emphasizing its ability to provide unbiased advice.</w:t>
      </w:r>
      <w:r/>
    </w:p>
    <w:p>
      <w:pPr>
        <w:pStyle w:val="ListNumber"/>
        <w:spacing w:line="240" w:lineRule="auto"/>
        <w:ind w:left="720"/>
      </w:pPr>
      <w:r/>
      <w:hyperlink r:id="rId13">
        <w:r>
          <w:rPr>
            <w:color w:val="0000EE"/>
            <w:u w:val="single"/>
          </w:rPr>
          <w:t>https://www.bbc.com/future/article/20240515-ai-wisdom-what-happens-when-you-ask-an-algorithm-for-relationship-advice</w:t>
        </w:r>
      </w:hyperlink>
      <w:r>
        <w:t xml:space="preserve"> - This article explores the capability of AI, such as GPT4, in providing relationship advice and its limitations, particularly in terms of intellectual humility and considering different perspectives.</w:t>
      </w:r>
      <w:r/>
    </w:p>
    <w:p>
      <w:pPr>
        <w:pStyle w:val="ListNumber"/>
        <w:spacing w:line="240" w:lineRule="auto"/>
        <w:ind w:left="720"/>
      </w:pPr>
      <w:r/>
      <w:hyperlink r:id="rId10">
        <w:r>
          <w:rPr>
            <w:color w:val="0000EE"/>
            <w:u w:val="single"/>
          </w:rPr>
          <w:t>https://mashable.com/article/couples-are-using-chatgpt-to-fight-now</w:t>
        </w:r>
      </w:hyperlink>
      <w:r>
        <w:t xml:space="preserve"> - This article mentions the Reddit post where a man expressed concerns about his girlfriend's reliance on ChatGPT during disputes, highlighting the personal and emotional impact of AI involvement.</w:t>
      </w:r>
      <w:r/>
    </w:p>
    <w:p>
      <w:pPr>
        <w:pStyle w:val="ListNumber"/>
        <w:spacing w:line="240" w:lineRule="auto"/>
        <w:ind w:left="720"/>
      </w:pPr>
      <w:r/>
      <w:hyperlink r:id="rId11">
        <w:r>
          <w:rPr>
            <w:color w:val="0000EE"/>
            <w:u w:val="single"/>
          </w:rPr>
          <w:t>https://www.couply.io/post/ai-communication-tips-for-couple</w:t>
        </w:r>
      </w:hyperlink>
      <w:r>
        <w:t xml:space="preserve"> - This article discusses how AI can act as a conflict resolution mediator and provide relationship counseling, which contrasts with the one-sided use of AI in arguments.</w:t>
      </w:r>
      <w:r/>
    </w:p>
    <w:p>
      <w:pPr>
        <w:pStyle w:val="ListNumber"/>
        <w:spacing w:line="240" w:lineRule="auto"/>
        <w:ind w:left="720"/>
      </w:pPr>
      <w:r/>
      <w:hyperlink r:id="rId13">
        <w:r>
          <w:rPr>
            <w:color w:val="0000EE"/>
            <w:u w:val="single"/>
          </w:rPr>
          <w:t>https://www.bbc.com/future/article/20240515-ai-wisdom-what-happens-when-you-ask-an-algorithm-for-relationship-advice</w:t>
        </w:r>
      </w:hyperlink>
      <w:r>
        <w:t xml:space="preserve"> - This article provides an example of GPT4's response to a relationship conflict, suggesting open conversation and compromise, which underscores the potential benefits and limitations of AI advice.</w:t>
      </w:r>
      <w:r/>
    </w:p>
    <w:p>
      <w:pPr>
        <w:pStyle w:val="ListNumber"/>
        <w:spacing w:line="240" w:lineRule="auto"/>
        <w:ind w:left="720"/>
      </w:pPr>
      <w:r/>
      <w:hyperlink r:id="rId10">
        <w:r>
          <w:rPr>
            <w:color w:val="0000EE"/>
            <w:u w:val="single"/>
          </w:rPr>
          <w:t>https://mashable.com/article/couples-are-using-chatgpt-to-fight-now</w:t>
        </w:r>
      </w:hyperlink>
      <w:r>
        <w:t xml:space="preserve"> - This article notes that the Reddit community advised against relying solely on ChatGPT for conflict resolution, emphasizing the need for genuine human conversation and emotional intelligence.</w:t>
      </w:r>
      <w:r/>
    </w:p>
    <w:p>
      <w:pPr>
        <w:pStyle w:val="ListNumber"/>
        <w:spacing w:line="240" w:lineRule="auto"/>
        <w:ind w:left="720"/>
      </w:pPr>
      <w:r/>
      <w:hyperlink r:id="rId12">
        <w:r>
          <w:rPr>
            <w:color w:val="0000EE"/>
            <w:u w:val="single"/>
          </w:rPr>
          <w:t>https://www.couply.io/post/did-couplys-ai-just-fix-my-relationship-after-an-argument</w:t>
        </w:r>
      </w:hyperlink>
      <w:r>
        <w:t xml:space="preserve"> - This article highlights the importance of objective guidance from AI, which can help couples by identifying trends and patterns in their relationship dynamics.</w:t>
      </w:r>
      <w:r/>
    </w:p>
    <w:p>
      <w:pPr>
        <w:pStyle w:val="ListNumber"/>
        <w:spacing w:line="240" w:lineRule="auto"/>
        <w:ind w:left="720"/>
      </w:pPr>
      <w:r/>
      <w:hyperlink r:id="rId14">
        <w:r>
          <w:rPr>
            <w:color w:val="0000EE"/>
            <w:u w:val="single"/>
          </w:rPr>
          <w:t>https://engineeringideas.substack.com/p/ai-romantic-partners-will-harm-society</w:t>
        </w:r>
      </w:hyperlink>
      <w:r>
        <w:t xml:space="preserve"> - This article discusses the broader implications of AI in relationships, including the potential for AI to erode human relationships rather than strengthen them, which aligns with concerns about AI's role in personal conflicts.</w:t>
      </w:r>
      <w:r/>
    </w:p>
    <w:p>
      <w:pPr>
        <w:pStyle w:val="ListNumber"/>
        <w:spacing w:line="240" w:lineRule="auto"/>
        <w:ind w:left="720"/>
      </w:pPr>
      <w:r/>
      <w:hyperlink r:id="rId13">
        <w:r>
          <w:rPr>
            <w:color w:val="0000EE"/>
            <w:u w:val="single"/>
          </w:rPr>
          <w:t>https://www.bbc.com/future/article/20240515-ai-wisdom-what-happens-when-you-ask-an-algorithm-for-relationship-advice</w:t>
        </w:r>
      </w:hyperlink>
      <w:r>
        <w:t xml:space="preserve"> - This article mentions the need for caution when interpreting AI's responses, as they may not fully capture the nuances of human relationships and decision-making.</w:t>
      </w:r>
      <w:r/>
    </w:p>
    <w:p>
      <w:pPr>
        <w:pStyle w:val="ListNumber"/>
        <w:spacing w:line="240" w:lineRule="auto"/>
        <w:ind w:left="720"/>
      </w:pPr>
      <w:r/>
      <w:hyperlink r:id="rId15">
        <w:r>
          <w:rPr>
            <w:color w:val="0000EE"/>
            <w:u w:val="single"/>
          </w:rPr>
          <w:t>https://nypost.com/2024/10/21/lifestyle/couples-are-using-chatgpt-to-fight-and-win-arguments/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ashable.com/article/couples-are-using-chatgpt-to-fight-now" TargetMode="External"/><Relationship Id="rId11" Type="http://schemas.openxmlformats.org/officeDocument/2006/relationships/hyperlink" Target="https://www.couply.io/post/ai-communication-tips-for-couple" TargetMode="External"/><Relationship Id="rId12" Type="http://schemas.openxmlformats.org/officeDocument/2006/relationships/hyperlink" Target="https://www.couply.io/post/did-couplys-ai-just-fix-my-relationship-after-an-argument" TargetMode="External"/><Relationship Id="rId13" Type="http://schemas.openxmlformats.org/officeDocument/2006/relationships/hyperlink" Target="https://www.bbc.com/future/article/20240515-ai-wisdom-what-happens-when-you-ask-an-algorithm-for-relationship-advice" TargetMode="External"/><Relationship Id="rId14" Type="http://schemas.openxmlformats.org/officeDocument/2006/relationships/hyperlink" Target="https://engineeringideas.substack.com/p/ai-romantic-partners-will-harm-society" TargetMode="External"/><Relationship Id="rId15" Type="http://schemas.openxmlformats.org/officeDocument/2006/relationships/hyperlink" Target="https://nypost.com/2024/10/21/lifestyle/couples-are-using-chatgpt-to-fight-and-win-argum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