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Daze messaging app sees massive pre-launch success among Gen 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Daze Messaging App Sees Massive Pre-Launch Success Among Gen Z</w:t>
      </w:r>
      <w:r/>
    </w:p>
    <w:p>
      <w:r/>
      <w:r>
        <w:t>A new messaging app, Daze, has captured significant attention pre-launch, with product demo videos drawing considerable interest from a younger audience. With its innovative approach to messaging, the app offers a unique user experience that blends creativity with communication.</w:t>
      </w:r>
      <w:r/>
    </w:p>
    <w:p>
      <w:r/>
      <w:r>
        <w:t>Daze, developed by New York-based entrepreneur Willem Simons, is designed as a freestyle messaging platform. It borrows creative elements from social media to enhance the traditional chat experience. Unlike standard messaging apps such as iMessage and WhatsApp, Daze allows users to send multi-coloured messages, attach graphics, stickers, GIFs, and even drawings to their messages. The design lets messages float across the screen, creating a dynamic and personalised chat interface reminiscent of crafting an Instagram story.</w:t>
      </w:r>
      <w:r/>
    </w:p>
    <w:p>
      <w:r/>
      <w:r>
        <w:t>The pre-launch anticipation for Daze is notable. Its waitlist has already grown to approximately 156,000 signups, fuelled by over 48 million combined views of its demo videos on TikTok and Instagram. One TikTok video alone garnered 8 million views, underscoring the strong interest from potential users.</w:t>
      </w:r>
      <w:r/>
    </w:p>
    <w:p>
      <w:r/>
      <w:r>
        <w:t>Simons, who previously co-founded a similar app called Muze, has positioned Daze to cater specifically to the Gen Z demographic, evident from the majority of its beta testers being aged between 13 and 22. In an early beta test phase, the app had around 1,400 invite-only users, and initial metrics are promising. Among those who have sent a message through Daze, the 60-day retention rate is reported to be over 50%.</w:t>
      </w:r>
      <w:r/>
    </w:p>
    <w:p>
      <w:r/>
      <w:r>
        <w:t>A key aspect of Daze's development has been the integration of artificial intelligence to enhance its suite of creative tools. The app aims to incorporate more AI-based technologies to expand its capabilities further. Developed entirely in React Native, this allows for simultaneous release on both iOS and Android platforms, with the official launch set for 4 November 2023.</w:t>
      </w:r>
      <w:r/>
    </w:p>
    <w:p>
      <w:r/>
      <w:r>
        <w:t>Willem Simons articulates Daze's vision as offering a complete messaging experience that is both practical and creatively liberating. "Our goal with Daze has been to make a feature-complete messenger that is competitive with iMessage, WhatsApp, etc., while still having a suite of really fun and creative features," Simons explained.</w:t>
      </w:r>
      <w:r/>
    </w:p>
    <w:p>
      <w:r/>
      <w:r>
        <w:t>The New York-based startup operates with a small team of seven full-time employees and one part-time worker, with some staff members working remotely. The project has also received substantial financial backing, raising $5.7 million from notable investors including a16z, Kindred Ventures, Alpaca Ventures, and several others.</w:t>
      </w:r>
      <w:r/>
    </w:p>
    <w:p>
      <w:r/>
      <w:r>
        <w:t>The concept for Daze evolved from an earlier iteration as a social calendar, signifying its pivot towards a more interactive and creative messaging platform. The app's fresh approach to mobile communication, focusing on user creativity, positions it distinctively in the competitive landscape of messaging services. As it prepares for its official debut, the tech world will be watching closely to see how this innovative app is received by its target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https://mashable.com/article/what-is-daze-ai-messaging-app</w:t>
        </w:r>
      </w:hyperlink>
      <w:r>
        <w:t xml:space="preserve"> - Corroborates the pre-launch success of Daze, its unique features, and the significant interest from Gen Z users.</w:t>
      </w:r>
      <w:r/>
    </w:p>
    <w:p>
      <w:pPr>
        <w:pStyle w:val="ListNumber"/>
        <w:spacing w:line="240" w:lineRule="auto"/>
        <w:ind w:left="720"/>
      </w:pPr>
      <w:r/>
      <w:hyperlink r:id="rId11">
        <w:r>
          <w:rPr>
            <w:color w:val="0000EE"/>
            <w:u w:val="single"/>
          </w:rPr>
          <w:t>https://www.indiaherald.com/Technology/Read/994756235/Daze-How-an-AIPowered-App-is-Winning-Over-Gen-Z</w:t>
        </w:r>
      </w:hyperlink>
      <w:r>
        <w:t xml:space="preserve"> - Supports the details about Daze's pre-launch waitlist, demo video views, and its appeal to Gen Z users.</w:t>
      </w:r>
      <w:r/>
    </w:p>
    <w:p>
      <w:pPr>
        <w:pStyle w:val="ListNumber"/>
        <w:spacing w:line="240" w:lineRule="auto"/>
        <w:ind w:left="720"/>
      </w:pPr>
      <w:r/>
      <w:hyperlink r:id="rId10">
        <w:r>
          <w:rPr>
            <w:color w:val="0000EE"/>
            <w:u w:val="single"/>
          </w:rPr>
          <w:t>https://mashable.com/article/what-is-daze-ai-messaging-app</w:t>
        </w:r>
      </w:hyperlink>
      <w:r>
        <w:t xml:space="preserve"> - Provides information on Daze's creative elements, such as multi-colored messages, graphics, stickers, and drawings.</w:t>
      </w:r>
      <w:r/>
    </w:p>
    <w:p>
      <w:pPr>
        <w:pStyle w:val="ListNumber"/>
        <w:spacing w:line="240" w:lineRule="auto"/>
        <w:ind w:left="720"/>
      </w:pPr>
      <w:r/>
      <w:hyperlink r:id="rId11">
        <w:r>
          <w:rPr>
            <w:color w:val="0000EE"/>
            <w:u w:val="single"/>
          </w:rPr>
          <w:t>https://www.indiaherald.com/Technology/Read/994756235/Daze-How-an-AIPowered-App-is-Winning-Over-Gen-Z</w:t>
        </w:r>
      </w:hyperlink>
      <w:r>
        <w:t xml:space="preserve"> - Details the integration of AI in Daze and its goal to enhance the messaging experience with creative tools.</w:t>
      </w:r>
      <w:r/>
    </w:p>
    <w:p>
      <w:pPr>
        <w:pStyle w:val="ListNumber"/>
        <w:spacing w:line="240" w:lineRule="auto"/>
        <w:ind w:left="720"/>
      </w:pPr>
      <w:r/>
      <w:hyperlink r:id="rId10">
        <w:r>
          <w:rPr>
            <w:color w:val="0000EE"/>
            <w:u w:val="single"/>
          </w:rPr>
          <w:t>https://mashable.com/article/what-is-daze-ai-messaging-app</w:t>
        </w:r>
      </w:hyperlink>
      <w:r>
        <w:t xml:space="preserve"> - Mentions the app's development in React Native for simultaneous release on iOS and Android, and the official launch date.</w:t>
      </w:r>
      <w:r/>
    </w:p>
    <w:p>
      <w:pPr>
        <w:pStyle w:val="ListNumber"/>
        <w:spacing w:line="240" w:lineRule="auto"/>
        <w:ind w:left="720"/>
      </w:pPr>
      <w:r/>
      <w:hyperlink r:id="rId11">
        <w:r>
          <w:rPr>
            <w:color w:val="0000EE"/>
            <w:u w:val="single"/>
          </w:rPr>
          <w:t>https://www.indiaherald.com/Technology/Read/994756235/Daze-How-an-AIPowered-App-is-Winning-Over-Gen-Z</w:t>
        </w:r>
      </w:hyperlink>
      <w:r>
        <w:t xml:space="preserve"> - Quotes Willem Simons on Daze's vision and its competitive stance against other messaging apps like iMessage and WhatsApp.</w:t>
      </w:r>
      <w:r/>
    </w:p>
    <w:p>
      <w:pPr>
        <w:pStyle w:val="ListNumber"/>
        <w:spacing w:line="240" w:lineRule="auto"/>
        <w:ind w:left="720"/>
      </w:pPr>
      <w:r/>
      <w:hyperlink r:id="rId10">
        <w:r>
          <w:rPr>
            <w:color w:val="0000EE"/>
            <w:u w:val="single"/>
          </w:rPr>
          <w:t>https://mashable.com/article/what-is-daze-ai-messaging-app</w:t>
        </w:r>
      </w:hyperlink>
      <w:r>
        <w:t xml:space="preserve"> - Discusses the financial backing Daze has received from notable investors and its team structure.</w:t>
      </w:r>
      <w:r/>
    </w:p>
    <w:p>
      <w:pPr>
        <w:pStyle w:val="ListNumber"/>
        <w:spacing w:line="240" w:lineRule="auto"/>
        <w:ind w:left="720"/>
      </w:pPr>
      <w:r/>
      <w:hyperlink r:id="rId11">
        <w:r>
          <w:rPr>
            <w:color w:val="0000EE"/>
            <w:u w:val="single"/>
          </w:rPr>
          <w:t>https://www.indiaherald.com/Technology/Read/994756235/Daze-How-an-AIPowered-App-is-Winning-Over-Gen-Z</w:t>
        </w:r>
      </w:hyperlink>
      <w:r>
        <w:t xml:space="preserve"> - Explains the evolution of Daze from an earlier social calendar concept to a creative messaging platform.</w:t>
      </w:r>
      <w:r/>
    </w:p>
    <w:p>
      <w:pPr>
        <w:pStyle w:val="ListNumber"/>
        <w:spacing w:line="240" w:lineRule="auto"/>
        <w:ind w:left="720"/>
      </w:pPr>
      <w:r/>
      <w:hyperlink r:id="rId12">
        <w:r>
          <w:rPr>
            <w:color w:val="0000EE"/>
            <w:u w:val="single"/>
          </w:rPr>
          <w:t>https://techcrunch.com</w:t>
        </w:r>
      </w:hyperlink>
      <w:r>
        <w:t xml:space="preserve"> - Provides additional context on Daze's pre-launch popularity and its positioning in the market.</w:t>
      </w:r>
      <w:r/>
    </w:p>
    <w:p>
      <w:pPr>
        <w:pStyle w:val="ListNumber"/>
        <w:spacing w:line="240" w:lineRule="auto"/>
        <w:ind w:left="720"/>
      </w:pPr>
      <w:r/>
      <w:hyperlink r:id="rId10">
        <w:r>
          <w:rPr>
            <w:color w:val="0000EE"/>
            <w:u w:val="single"/>
          </w:rPr>
          <w:t>https://mashable.com/article/what-is-daze-ai-messaging-app</w:t>
        </w:r>
      </w:hyperlink>
      <w:r>
        <w:t xml:space="preserve"> - Highlights the beta test phase and the retention rate of users who have sent messages through Daze.</w:t>
      </w:r>
      <w:r/>
    </w:p>
    <w:p>
      <w:pPr>
        <w:pStyle w:val="ListNumber"/>
        <w:spacing w:line="240" w:lineRule="auto"/>
        <w:ind w:left="720"/>
      </w:pPr>
      <w:r/>
      <w:hyperlink r:id="rId11">
        <w:r>
          <w:rPr>
            <w:color w:val="0000EE"/>
            <w:u w:val="single"/>
          </w:rPr>
          <w:t>https://www.indiaherald.com/Technology/Read/994756235/Daze-How-an-AIPowered-App-is-Winning-Over-Gen-Z</w:t>
        </w:r>
      </w:hyperlink>
      <w:r>
        <w:t xml:space="preserve"> - Supports the demographic focus of Daze on Gen Z users, with the majority of beta testers aged between 13 and 22.</w:t>
      </w:r>
      <w:r/>
    </w:p>
    <w:p>
      <w:pPr>
        <w:pStyle w:val="ListNumber"/>
        <w:spacing w:line="240" w:lineRule="auto"/>
        <w:ind w:left="720"/>
      </w:pPr>
      <w:r/>
      <w:hyperlink r:id="rId13">
        <w:r>
          <w:rPr>
            <w:color w:val="0000EE"/>
            <w:u w:val="single"/>
          </w:rPr>
          <w:t>https://techcrunch.com/2024/10/21/daze-a-creative-ai-powered-messaging-app-for-gen-z-is-blowing-up-prelaunch/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article/what-is-daze-ai-messaging-app" TargetMode="External"/><Relationship Id="rId11" Type="http://schemas.openxmlformats.org/officeDocument/2006/relationships/hyperlink" Target="https://www.indiaherald.com/Technology/Read/994756235/Daze-How-an-AIPowered-App-is-Winning-Over-Gen-Z" TargetMode="External"/><Relationship Id="rId12" Type="http://schemas.openxmlformats.org/officeDocument/2006/relationships/hyperlink" Target="https://techcrunch.com" TargetMode="External"/><Relationship Id="rId13" Type="http://schemas.openxmlformats.org/officeDocument/2006/relationships/hyperlink" Target="https://techcrunch.com/2024/10/21/daze-a-creative-ai-powered-messaging-app-for-gen-z-is-blowing-up-pre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