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Electronic 'tongue' developed by scientists at Pennsylvania State University promises advanced liquid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Electronic 'Tongue' Developed by Scientists at Pennsylvania State University Promises Advanced Liquid Analysis</w:t>
      </w:r>
      <w:r/>
    </w:p>
    <w:p>
      <w:r/>
      <w:r>
        <w:t>In a pioneering advancement in the field of artificial intelligence and material science, researchers from Pennsylvania State University have developed an electronic "tongue," an innovative device designed to distinguish between different liquids at a level beyond human capability. This development could have far-reaching applications, particularly in ensuring food safety and quality.</w:t>
      </w:r>
      <w:r/>
    </w:p>
    <w:p>
      <w:r/>
      <w:r>
        <w:t>The electronic tongue leverages the unique properties of graphene—a single layer of carbon atoms arranged in a honeycomb pattern—combined with an AI neural network, to mimic the human gustatory system, responsible for taste perception. The researchers at Penn State have worked extensively to simulate the functionality of the gustatory cortex within this device, allowing it to identify and differentiate between complex liquid compositions.</w:t>
      </w:r>
      <w:r/>
    </w:p>
    <w:p>
      <w:r/>
      <w:r>
        <w:t>During trials, the electronic tongue has demonstrated remarkable accuracy in distinguishing between two of the world's most popular soft drinks, Coke and Pepsi, including their different variants such as diet and regular. Furthermore, the device has shown a proficient ability to analyse other liquids such as diluted milk, coffee blends, and various fruit juices. Impressively, it boasts an overall accuracy rate of 80% across several tests, with its precision for fruit juices reaching 98% on type identification and 99% in determining the freshness or age of the fruit used.</w:t>
      </w:r>
      <w:r/>
    </w:p>
    <w:p>
      <w:r/>
      <w:r>
        <w:t>The potential applications of this technology extend beyond simple taste differentiation. The researchers have highlighted its capability in detecting harmful contaminants in food and beverages, such as PFAS—commonly referred to as "forever chemicals" due to their persistence in the environment and potential health impacts. This feature is crucial considering the increasingly complex and time-sensitive nature of chemical compositions in food, which pose significant challenges in existing monitoring systems.</w:t>
      </w:r>
      <w:r/>
    </w:p>
    <w:p>
      <w:r/>
      <w:r>
        <w:t>"This development could revolutionise the approach to ensuring food freshness and safety," the study noted, addressing the intricate job of monitoring evolving chemical makeups in consumables. Spoiled food not only poses health risks but also results in a considerable reduction in nutritional value, making this technology highly relevant.</w:t>
      </w:r>
      <w:r/>
    </w:p>
    <w:p>
      <w:r/>
      <w:r>
        <w:t>As researchers continue to refine this electronic tongue, they suggest it could serve as a cost-efficient platform across a wide spectrum of chemical sensing applications, particularly in the food supply chain. This innovative approach holds promise for industries focused on food safety, potentially transforming how freshness and contamination are assessed in the future. By enhancing detailed chemical analysis capabilities, the electronic tongue offers a glimpse into a future where food safety is more dependable and efficient.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https://www.psu.edu/news/research/story/matter-taste-electronic-tongue-reveals-ai-inner-thoughts</w:t>
        </w:r>
      </w:hyperlink>
      <w:r>
        <w:t xml:space="preserve"> - Corroborates the development of the electronic tongue by Penn State researchers, its ability to identify differences in similar liquids, and its applications in food safety and medical diagnostics.</w:t>
      </w:r>
      <w:r/>
    </w:p>
    <w:p>
      <w:pPr>
        <w:pStyle w:val="ListNumber"/>
        <w:spacing w:line="240" w:lineRule="auto"/>
        <w:ind w:left="720"/>
      </w:pPr>
      <w:r/>
      <w:hyperlink r:id="rId11">
        <w:r>
          <w:rPr>
            <w:color w:val="0000EE"/>
            <w:u w:val="single"/>
          </w:rPr>
          <w:t>https://www.matse.psu.edu/article/matter-taste-electronic-tongue-reveals-ai-inner-thoughts</w:t>
        </w:r>
      </w:hyperlink>
      <w:r>
        <w:t xml:space="preserve"> - Supports the electronic tongue's capability to distinguish between various liquids, including milk, soda, coffee blends, and fruit juices, and its improved accuracy with AI-defined parameters.</w:t>
      </w:r>
      <w:r/>
    </w:p>
    <w:p>
      <w:pPr>
        <w:pStyle w:val="ListNumber"/>
        <w:spacing w:line="240" w:lineRule="auto"/>
        <w:ind w:left="720"/>
      </w:pPr>
      <w:r/>
      <w:hyperlink r:id="rId12">
        <w:r>
          <w:rPr>
            <w:color w:val="0000EE"/>
            <w:u w:val="single"/>
          </w:rPr>
          <w:t>https://www.livescience.com/technology/engineering/scientists-have-built-an-ai-powered-electronic-tongue</w:t>
        </w:r>
      </w:hyperlink>
      <w:r>
        <w:t xml:space="preserve"> - Details the electronic tongue's use of an ion-sensitive field-effect transistor and AI to detect chemical ions and interpret data, as well as its ability to detect food safety issues and spoilage.</w:t>
      </w:r>
      <w:r/>
    </w:p>
    <w:p>
      <w:pPr>
        <w:pStyle w:val="ListNumber"/>
        <w:spacing w:line="240" w:lineRule="auto"/>
        <w:ind w:left="720"/>
      </w:pPr>
      <w:r/>
      <w:hyperlink r:id="rId13">
        <w:r>
          <w:rPr>
            <w:color w:val="0000EE"/>
            <w:u w:val="single"/>
          </w:rPr>
          <w:t>https://www.mk.co.kr/en/it/11137165</w:t>
        </w:r>
      </w:hyperlink>
      <w:r>
        <w:t xml:space="preserve"> - Confirms the electronic tongue's accuracy in identifying various samples, including milk, soda, coffee blends, and fruit juices, and its potential use in food production and medical diagnostics.</w:t>
      </w:r>
      <w:r/>
    </w:p>
    <w:p>
      <w:pPr>
        <w:pStyle w:val="ListNumber"/>
        <w:spacing w:line="240" w:lineRule="auto"/>
        <w:ind w:left="720"/>
      </w:pPr>
      <w:r/>
      <w:hyperlink r:id="rId14">
        <w:r>
          <w:rPr>
            <w:color w:val="0000EE"/>
            <w:u w:val="single"/>
          </w:rPr>
          <w:t>https://www.sciencedaily.com/releases/2024/10/241009121229.htm</w:t>
        </w:r>
      </w:hyperlink>
      <w:r>
        <w:t xml:space="preserve"> - Explains the electronic tongue's composition, including graphene-based sensors and an artificial neural network, and its ability to assess the quality, authenticity, and freshness of liquids.</w:t>
      </w:r>
      <w:r/>
    </w:p>
    <w:p>
      <w:pPr>
        <w:pStyle w:val="ListNumber"/>
        <w:spacing w:line="240" w:lineRule="auto"/>
        <w:ind w:left="720"/>
      </w:pPr>
      <w:r/>
      <w:hyperlink r:id="rId10">
        <w:r>
          <w:rPr>
            <w:color w:val="0000EE"/>
            <w:u w:val="single"/>
          </w:rPr>
          <w:t>https://www.psu.edu/news/research/story/matter-taste-electronic-tongue-reveals-ai-inner-thoughts</w:t>
        </w:r>
      </w:hyperlink>
      <w:r>
        <w:t xml:space="preserve"> - Discusses the method of Shapley additive explanations used to understand how the AI makes decisions and the robustness of the sensors despite imperfections.</w:t>
      </w:r>
      <w:r/>
    </w:p>
    <w:p>
      <w:pPr>
        <w:pStyle w:val="ListNumber"/>
        <w:spacing w:line="240" w:lineRule="auto"/>
        <w:ind w:left="720"/>
      </w:pPr>
      <w:r/>
      <w:hyperlink r:id="rId12">
        <w:r>
          <w:rPr>
            <w:color w:val="0000EE"/>
            <w:u w:val="single"/>
          </w:rPr>
          <w:t>https://www.livescience.com/technology/engineering/scientists-have-built-an-ai-powered-electronic-tongue</w:t>
        </w:r>
      </w:hyperlink>
      <w:r>
        <w:t xml:space="preserve"> - Highlights the electronic tongue's detection of harmful contaminants like PFAS and its potential applications beyond food safety, such as medical diagnostics.</w:t>
      </w:r>
      <w:r/>
    </w:p>
    <w:p>
      <w:pPr>
        <w:pStyle w:val="ListNumber"/>
        <w:spacing w:line="240" w:lineRule="auto"/>
        <w:ind w:left="720"/>
      </w:pPr>
      <w:r/>
      <w:hyperlink r:id="rId13">
        <w:r>
          <w:rPr>
            <w:color w:val="0000EE"/>
            <w:u w:val="single"/>
          </w:rPr>
          <w:t>https://www.mk.co.kr/en/it/11137165</w:t>
        </w:r>
      </w:hyperlink>
      <w:r>
        <w:t xml:space="preserve"> - Mentions the flexibility and economic advantages of the electronic tongue, including the ability to live with sensor imperfections and still make accurate judgments.</w:t>
      </w:r>
      <w:r/>
    </w:p>
    <w:p>
      <w:pPr>
        <w:pStyle w:val="ListNumber"/>
        <w:spacing w:line="240" w:lineRule="auto"/>
        <w:ind w:left="720"/>
      </w:pPr>
      <w:r/>
      <w:hyperlink r:id="rId14">
        <w:r>
          <w:rPr>
            <w:color w:val="0000EE"/>
            <w:u w:val="single"/>
          </w:rPr>
          <w:t>https://www.sciencedaily.com/releases/2024/10/241009121229.htm</w:t>
        </w:r>
      </w:hyperlink>
      <w:r>
        <w:t xml:space="preserve"> - Details the training of the neural network and how the electronic tongue's capabilities are limited only by the data it is trained on, suggesting broad deployment potential.</w:t>
      </w:r>
      <w:r/>
    </w:p>
    <w:p>
      <w:pPr>
        <w:pStyle w:val="ListNumber"/>
        <w:spacing w:line="240" w:lineRule="auto"/>
        <w:ind w:left="720"/>
      </w:pPr>
      <w:r/>
      <w:hyperlink r:id="rId10">
        <w:r>
          <w:rPr>
            <w:color w:val="0000EE"/>
            <w:u w:val="single"/>
          </w:rPr>
          <w:t>https://www.psu.edu/news/research/story/matter-taste-electronic-tongue-reveals-ai-inner-thoughts</w:t>
        </w:r>
      </w:hyperlink>
      <w:r>
        <w:t xml:space="preserve"> - Explains the practical manufacturing process and the cost efficiency of the electronic tongue due to the ability of machine learning algorithms to handle sensor variations.</w:t>
      </w:r>
      <w:r/>
    </w:p>
    <w:p>
      <w:pPr>
        <w:pStyle w:val="ListNumber"/>
        <w:spacing w:line="240" w:lineRule="auto"/>
        <w:ind w:left="720"/>
      </w:pPr>
      <w:r/>
      <w:hyperlink r:id="rId12">
        <w:r>
          <w:rPr>
            <w:color w:val="0000EE"/>
            <w:u w:val="single"/>
          </w:rPr>
          <w:t>https://www.livescience.com/technology/engineering/scientists-have-built-an-ai-powered-electronic-tongue</w:t>
        </w:r>
      </w:hyperlink>
      <w:r>
        <w:t xml:space="preserve"> - Corroborates the electronic tongue's ability to distinguish between similar soft drinks and other liquids, and its high accuracy in determining the freshness of fruit juices.</w:t>
      </w:r>
      <w:r/>
    </w:p>
    <w:p>
      <w:pPr>
        <w:pStyle w:val="ListNumber"/>
        <w:spacing w:line="240" w:lineRule="auto"/>
        <w:ind w:left="720"/>
      </w:pPr>
      <w:r/>
      <w:hyperlink r:id="rId15">
        <w:r>
          <w:rPr>
            <w:color w:val="0000EE"/>
            <w:u w:val="single"/>
          </w:rPr>
          <w:t>https://nypost.com/2024/10/21/science/ai-tongue-can-taste-the-difference-between-coke-and-pepsi-penn-state-researchers-reveal/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su.edu/news/research/story/matter-taste-electronic-tongue-reveals-ai-inner-thoughts" TargetMode="External"/><Relationship Id="rId11" Type="http://schemas.openxmlformats.org/officeDocument/2006/relationships/hyperlink" Target="https://www.matse.psu.edu/article/matter-taste-electronic-tongue-reveals-ai-inner-thoughts" TargetMode="External"/><Relationship Id="rId12" Type="http://schemas.openxmlformats.org/officeDocument/2006/relationships/hyperlink" Target="https://www.livescience.com/technology/engineering/scientists-have-built-an-ai-powered-electronic-tongue" TargetMode="External"/><Relationship Id="rId13" Type="http://schemas.openxmlformats.org/officeDocument/2006/relationships/hyperlink" Target="https://www.mk.co.kr/en/it/11137165" TargetMode="External"/><Relationship Id="rId14" Type="http://schemas.openxmlformats.org/officeDocument/2006/relationships/hyperlink" Target="https://www.sciencedaily.com/releases/2024/10/241009121229.htm" TargetMode="External"/><Relationship Id="rId15" Type="http://schemas.openxmlformats.org/officeDocument/2006/relationships/hyperlink" Target="https://nypost.com/2024/10/21/science/ai-tongue-can-taste-the-difference-between-coke-and-pepsi-penn-state-researchers-rev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