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future of AI with Builder.ai's Sachin Dev Duggal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this week's episode of the UKTN Podcast, Sachin Dev Duggal, the founder and CEO of Builder.ai, offers an insider's perspective into the rapidly evolving world of artificial intelligence. Known for his defining role as both a leader and innovator, Duggal delves into the intricacies of AI, the misconceptions surrounding the technology, and the urgent need for inclusive policy making.</w:t>
      </w:r>
      <w:r/>
    </w:p>
    <w:p>
      <w:r/>
      <w:r>
        <w:t>Builder.ai, a UK-based company supported by Microsoft, is pioneering in making app and software development more accessible through AI. It aims to simplify these processes, enabling users without technical expertise to create and manage software solutions. As Duggal articulates, this approach is transforming how businesses and individuals interact with technology.</w:t>
      </w:r>
      <w:r/>
    </w:p>
    <w:p>
      <w:r/>
      <w:r>
        <w:t>During the podcast, Duggal highlighted the widespread misunderstanding of AI, emphasising the necessity for clear and accurate communication about what AI can and cannot do. He argues that misinterpretations often lead to unfounded fears or unrealistic expectations, which could hinder the adoption and effective integration of AI in various sectors.</w:t>
      </w:r>
      <w:r/>
    </w:p>
    <w:p>
      <w:r/>
      <w:r>
        <w:t>A significant portion of the discussion is dedicated to the need for diverse input in AI regulation. Duggal insists that varied perspectives are vital for crafting policies that are both inclusive and effective. By involving a broad range of voices, from different backgrounds and expertise, the aim is to foster regulations that not only protect but also encourage innovation.</w:t>
      </w:r>
      <w:r/>
    </w:p>
    <w:p>
      <w:r/>
      <w:r>
        <w:t>Duggal also shared his personal journey, touching on the legal hurdles faced during his entrepreneurial ventures abroad. Despite these challenges, he remains optimistic about the United Kingdom's potential to spearhead advancements in AI. He asserts that while the UK has significant strides to make to become a leader in AI, the foundational elements are present.</w:t>
      </w:r>
      <w:r/>
    </w:p>
    <w:p>
      <w:r/>
      <w:r>
        <w:t>The UKTN Podcast, known for featuring key influencers from the UK technology landscape, provides a platform where visionaries like Duggal discuss their experiences, strategies, and the future of tech innovation. Sponsored by HSBC Innovation Banking, the series serves as a conduit for insights from seasoned entrepreneurs, growth strategy experts, and policymakers.</w:t>
      </w:r>
      <w:r/>
    </w:p>
    <w:p>
      <w:r/>
      <w:r>
        <w:t>For those keen to explore further insights from Sachin Dev Duggal and others shaping the tech industry, the full episode is available on the UKTN Podcast along with previous episodes. Subscribers to their podcast newsletter stay updated and informed on the latest discussions and thought leadership in the UK’s innovation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https://www.builder.ai/blog/up-and-personal-with-the-wizard-sachin-dev-duggal</w:t>
        </w:r>
      </w:hyperlink>
      <w:r>
        <w:t xml:space="preserve"> - Provides insights into Sachin Dev Duggal's career advice, misconceptions about working in tech, and his personal journey into the tech industry.</w:t>
      </w:r>
      <w:r/>
    </w:p>
    <w:p>
      <w:pPr>
        <w:pStyle w:val="ListNumber"/>
        <w:spacing w:line="240" w:lineRule="auto"/>
        <w:ind w:left="720"/>
      </w:pPr>
      <w:r/>
      <w:hyperlink r:id="rId11">
        <w:r>
          <w:rPr>
            <w:color w:val="0000EE"/>
            <w:u w:val="single"/>
          </w:rPr>
          <w:t>https://www.cnbc.com/video/2023/12/28/builderais-sachin-dev-duggal-talks-ais-impact-on-intellectual-property.html</w:t>
        </w:r>
      </w:hyperlink>
      <w:r>
        <w:t xml:space="preserve"> - Discusses Sachin Dev Duggal's views on AI's impact, particularly in the context of intellectual property and the broader AI outlook.</w:t>
      </w:r>
      <w:r/>
    </w:p>
    <w:p>
      <w:pPr>
        <w:pStyle w:val="ListNumber"/>
        <w:spacing w:line="240" w:lineRule="auto"/>
        <w:ind w:left="720"/>
      </w:pPr>
      <w:r/>
      <w:hyperlink r:id="rId12">
        <w:r>
          <w:rPr>
            <w:color w:val="0000EE"/>
            <w:u w:val="single"/>
          </w:rPr>
          <w:t>https://www.builder.ai/blog/midsummernightstrial</w:t>
        </w:r>
      </w:hyperlink>
      <w:r>
        <w:t xml:space="preserve"> - Addresses misconceptions about Builder.ai's technology, explaining the human and AI partnership, and the use of AI in automating repetitive tasks.</w:t>
      </w:r>
      <w:r/>
    </w:p>
    <w:p>
      <w:pPr>
        <w:pStyle w:val="ListNumber"/>
        <w:spacing w:line="240" w:lineRule="auto"/>
        <w:ind w:left="720"/>
      </w:pPr>
      <w:r/>
      <w:hyperlink r:id="rId13">
        <w:r>
          <w:rPr>
            <w:color w:val="0000EE"/>
            <w:u w:val="single"/>
          </w:rPr>
          <w:t>https://www.forbes.com/councils/forbestechcouncil/2022/09/15/expanding-access-to-technology-by-democratizing-access-to-ai-powered-software/</w:t>
        </w:r>
      </w:hyperlink>
      <w:r>
        <w:t xml:space="preserve"> - Explores how Builder.ai is democratizing access to AI-powered software, making software development more accessible and efficient for businesses.</w:t>
      </w:r>
      <w:r/>
    </w:p>
    <w:p>
      <w:pPr>
        <w:pStyle w:val="ListNumber"/>
        <w:spacing w:line="240" w:lineRule="auto"/>
        <w:ind w:left="720"/>
      </w:pPr>
      <w:r/>
      <w:hyperlink r:id="rId14">
        <w:r>
          <w:rPr>
            <w:color w:val="0000EE"/>
            <w:u w:val="single"/>
          </w:rPr>
          <w:t>https://www.noah-conference.com/from-finding-the-right-investors-to-facing-public-criticism-sachin-dev-duggal-opens-up-about-his-journey-as-the-ceo-of-builder-ai/</w:t>
        </w:r>
      </w:hyperlink>
      <w:r>
        <w:t xml:space="preserve"> - Details Sachin Dev Duggal's journey as CEO of Builder.ai, including rebranding, growth strategies, and addressing public criticism about AI capabilities.</w:t>
      </w:r>
      <w:r/>
    </w:p>
    <w:p>
      <w:pPr>
        <w:pStyle w:val="ListNumber"/>
        <w:spacing w:line="240" w:lineRule="auto"/>
        <w:ind w:left="720"/>
      </w:pPr>
      <w:r/>
      <w:hyperlink r:id="rId10">
        <w:r>
          <w:rPr>
            <w:color w:val="0000EE"/>
            <w:u w:val="single"/>
          </w:rPr>
          <w:t>https://www.builder.ai/blog/up-and-personal-with-the-wizard-sachin-dev-duggal</w:t>
        </w:r>
      </w:hyperlink>
      <w:r>
        <w:t xml:space="preserve"> - Highlights the importance of clear communication about AI's capabilities and limitations to avoid misinterpretations and unfounded fears.</w:t>
      </w:r>
      <w:r/>
    </w:p>
    <w:p>
      <w:pPr>
        <w:pStyle w:val="ListNumber"/>
        <w:spacing w:line="240" w:lineRule="auto"/>
        <w:ind w:left="720"/>
      </w:pPr>
      <w:r/>
      <w:hyperlink r:id="rId13">
        <w:r>
          <w:rPr>
            <w:color w:val="0000EE"/>
            <w:u w:val="single"/>
          </w:rPr>
          <w:t>https://www.forbes.com/councils/forbestechcouncil/2022/09/15/expanding-access-to-technology-by-democratizing-access-to-ai-powered-software/</w:t>
        </w:r>
      </w:hyperlink>
      <w:r>
        <w:t xml:space="preserve"> - Emphasizes the need for diverse input in AI regulation to ensure inclusive and effective policies.</w:t>
      </w:r>
      <w:r/>
    </w:p>
    <w:p>
      <w:pPr>
        <w:pStyle w:val="ListNumber"/>
        <w:spacing w:line="240" w:lineRule="auto"/>
        <w:ind w:left="720"/>
      </w:pPr>
      <w:r/>
      <w:hyperlink r:id="rId14">
        <w:r>
          <w:rPr>
            <w:color w:val="0000EE"/>
            <w:u w:val="single"/>
          </w:rPr>
          <w:t>https://www.noah-conference.com/from-finding-the-right-investors-to-facing-public-criticism-sachin-dev-duggal-opens-up-about-his-journey-as-the-ceo-of-builder-ai/</w:t>
        </w:r>
      </w:hyperlink>
      <w:r>
        <w:t xml:space="preserve"> - Discusses Sachin Dev Duggal's personal journey and the legal hurdles faced during his entrepreneurial ventures, highlighting his optimism about the UK's potential in AI.</w:t>
      </w:r>
      <w:r/>
    </w:p>
    <w:p>
      <w:pPr>
        <w:pStyle w:val="ListNumber"/>
        <w:spacing w:line="240" w:lineRule="auto"/>
        <w:ind w:left="720"/>
      </w:pPr>
      <w:r/>
      <w:hyperlink r:id="rId12">
        <w:r>
          <w:rPr>
            <w:color w:val="0000EE"/>
            <w:u w:val="single"/>
          </w:rPr>
          <w:t>https://www.builder.ai/blog/midsummernightstrial</w:t>
        </w:r>
      </w:hyperlink>
      <w:r>
        <w:t xml:space="preserve"> - Explains how Builder.ai simplifies software development processes, enabling users without technical expertise to create and manage software solutions.</w:t>
      </w:r>
      <w:r/>
    </w:p>
    <w:p>
      <w:pPr>
        <w:pStyle w:val="ListNumber"/>
        <w:spacing w:line="240" w:lineRule="auto"/>
        <w:ind w:left="720"/>
      </w:pPr>
      <w:r/>
      <w:hyperlink r:id="rId13">
        <w:r>
          <w:rPr>
            <w:color w:val="0000EE"/>
            <w:u w:val="single"/>
          </w:rPr>
          <w:t>https://www.forbes.com/councils/forbestechcouncil/2022/09/15/expanding-access-to-technology-by-democratizing-access-to-ai-powered-software/</w:t>
        </w:r>
      </w:hyperlink>
      <w:r>
        <w:t xml:space="preserve"> - Describes how AI is transforming how businesses and individuals interact with technology, particularly through low-code/no-code platforms.</w:t>
      </w:r>
      <w:r/>
    </w:p>
    <w:p>
      <w:pPr>
        <w:pStyle w:val="ListNumber"/>
        <w:spacing w:line="240" w:lineRule="auto"/>
        <w:ind w:left="720"/>
      </w:pPr>
      <w:r/>
      <w:hyperlink r:id="rId14">
        <w:r>
          <w:rPr>
            <w:color w:val="0000EE"/>
            <w:u w:val="single"/>
          </w:rPr>
          <w:t>https://www.noah-conference.com/from-finding-the-right-investors-to-facing-public-criticism-sachin-dev-duggal-opens-up-about-his-journey-as-the-ceo-of-builder-ai/</w:t>
        </w:r>
      </w:hyperlink>
      <w:r>
        <w:t xml:space="preserve"> - Mentions the UKTN Podcast and its role in featuring key influencers from the UK technology landscape, including Sachin Dev Duggal.</w:t>
      </w:r>
      <w:r/>
    </w:p>
    <w:p>
      <w:pPr>
        <w:pStyle w:val="ListNumber"/>
        <w:spacing w:line="240" w:lineRule="auto"/>
        <w:ind w:left="720"/>
      </w:pPr>
      <w:r/>
      <w:hyperlink r:id="rId15">
        <w:r>
          <w:rPr>
            <w:color w:val="0000EE"/>
            <w:u w:val="single"/>
          </w:rPr>
          <w:t>https://www.uktech.news/podcast/podcast-britain-cant-be-ignored-in-the-ai-conversation-sachin-dev-duggal-ceo-builder-ai-20241022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ilder.ai/blog/up-and-personal-with-the-wizard-sachin-dev-duggal" TargetMode="External"/><Relationship Id="rId11" Type="http://schemas.openxmlformats.org/officeDocument/2006/relationships/hyperlink" Target="https://www.cnbc.com/video/2023/12/28/builderais-sachin-dev-duggal-talks-ais-impact-on-intellectual-property.html" TargetMode="External"/><Relationship Id="rId12" Type="http://schemas.openxmlformats.org/officeDocument/2006/relationships/hyperlink" Target="https://www.builder.ai/blog/midsummernightstrial" TargetMode="External"/><Relationship Id="rId13" Type="http://schemas.openxmlformats.org/officeDocument/2006/relationships/hyperlink" Target="https://www.forbes.com/councils/forbestechcouncil/2022/09/15/expanding-access-to-technology-by-democratizing-access-to-ai-powered-software/" TargetMode="External"/><Relationship Id="rId14" Type="http://schemas.openxmlformats.org/officeDocument/2006/relationships/hyperlink" Target="https://www.noah-conference.com/from-finding-the-right-investors-to-facing-public-criticism-sachin-dev-duggal-opens-up-about-his-journey-as-the-ceo-of-builder-ai/" TargetMode="External"/><Relationship Id="rId15" Type="http://schemas.openxmlformats.org/officeDocument/2006/relationships/hyperlink" Target="https://www.uktech.news/podcast/podcast-britain-cant-be-ignored-in-the-ai-conversation-sachin-dev-duggal-ceo-builder-ai-20241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