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Uncrop: The AI tool that enhances image size without quality loss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domain of digital image manipulation, tools that allow users to expand images without deteriorating their visual quality are becoming increasingly valuable. One of the latest advancements in this area is Uncrop.org, a web-based platform that utilises artificial intelligence to seamlessly extend images. This article provides a comprehensive overview of Uncrop, exploring its innovative features, diverse applications, and how it manages to maintain the quality of images despite changes in size.</w:t>
      </w:r>
      <w:r/>
    </w:p>
    <w:p>
      <w:r/>
      <w:r>
        <w:rPr>
          <w:b/>
        </w:rPr>
        <w:t>Understanding Uncrop: An Innovative AI Image Extender</w:t>
      </w:r>
      <w:r/>
    </w:p>
    <w:p>
      <w:r/>
      <w:r>
        <w:t>Uncrop.org emerges as a sophisticated tool that caters to the demands of users seeking high-quality image enlargement solutions. The unique capability of AI image extenders lies in their ability to assess existing content within an image and generate new, coherent elements that blend naturally with the original image. This technique, commonly referred to as "uncropping," allows for adjustments in image sizes while maintaining the visual harmony of the entire composition.</w:t>
      </w:r>
      <w:r/>
    </w:p>
    <w:p>
      <w:r/>
      <w:r>
        <w:rPr>
          <w:b/>
        </w:rPr>
        <w:t>Functionality and Features of Uncrop</w:t>
      </w:r>
      <w:r/>
    </w:p>
    <w:p>
      <w:r/>
      <w:r>
        <w:rPr>
          <w:b/>
        </w:rPr>
        <w:t>Process Overview</w:t>
      </w:r>
      <w:r/>
    </w:p>
    <w:p>
      <w:r/>
      <w:r>
        <w:t>Uncrop operates with simplicity, making it accessible even to those with minimal technical expertise. The process begins with the user uploading an image, with the platform supporting popular formats such as JPG, PNG, and WebP, whilst allowing files up to 50MB. Users are then prompted to select their desired image size and aspect ratio, tailoring their image to meet specific requirements. Once these parameters are set, Uncrop's AI algorithms process the image, quickly delivering an expanded version that seamlessly integrates new content with the original.</w:t>
      </w:r>
      <w:r/>
    </w:p>
    <w:p>
      <w:r/>
      <w:r>
        <w:rPr>
          <w:b/>
        </w:rPr>
        <w:t>Key Capabilities</w:t>
      </w:r>
      <w:r/>
      <w:r/>
    </w:p>
    <w:p>
      <w:pPr>
        <w:pStyle w:val="ListBullet"/>
        <w:spacing w:line="240" w:lineRule="auto"/>
        <w:ind w:left="720"/>
      </w:pPr>
      <w:r/>
      <w:r>
        <w:t>Seamless Outpainting: Uncrop leverages advanced AI to produce outpainted image extensions that maintain the natural appearance of the original image. This ensures that expanded sections do not appear artificially stitched or disjointed.</w:t>
      </w:r>
      <w:r/>
    </w:p>
    <w:p>
      <w:pPr>
        <w:pStyle w:val="ListBullet"/>
        <w:spacing w:line="240" w:lineRule="auto"/>
        <w:ind w:left="720"/>
      </w:pPr>
      <w:r/>
      <w:r>
        <w:t>Rapid Processing: The tool is designed for efficiency, processing uploaded images within minutes, thus catering to users who require swift adjustments.</w:t>
      </w:r>
      <w:r/>
    </w:p>
    <w:p>
      <w:pPr>
        <w:pStyle w:val="ListBullet"/>
        <w:spacing w:line="240" w:lineRule="auto"/>
        <w:ind w:left="720"/>
      </w:pPr>
      <w:r/>
      <w:r>
        <w:t>Versatility: From personal photographs to professional e-commerce images and marketing materials, Uncrop’s flexibility in application makes it a valuable tool across various sectors.</w:t>
      </w:r>
      <w:r/>
      <w:r/>
    </w:p>
    <w:p>
      <w:r/>
      <w:r>
        <w:rPr>
          <w:b/>
        </w:rPr>
        <w:t>Applications Across Different Fields</w:t>
      </w:r>
      <w:r/>
    </w:p>
    <w:p>
      <w:r/>
      <w:r>
        <w:t>Uncrop holds significant relevance across numerous realms:</w:t>
      </w:r>
      <w:r/>
      <w:r/>
    </w:p>
    <w:p>
      <w:pPr>
        <w:pStyle w:val="ListBullet"/>
        <w:spacing w:line="240" w:lineRule="auto"/>
        <w:ind w:left="720"/>
      </w:pPr>
      <w:r/>
      <w:r>
        <w:t>Personal Photography: Users can enhance and modify personal photos, fit images to specific formats, or improve overall composition effortlessly.</w:t>
      </w:r>
      <w:r/>
    </w:p>
    <w:p>
      <w:pPr>
        <w:pStyle w:val="ListBullet"/>
        <w:spacing w:line="240" w:lineRule="auto"/>
        <w:ind w:left="720"/>
      </w:pPr>
      <w:r/>
      <w:r>
        <w:t>E-Commerce: The platform provides essential tools for adjusting product images to meet various size requirements, thereby ensuring visual consistency across multiple listings and platforms.</w:t>
      </w:r>
      <w:r/>
    </w:p>
    <w:p>
      <w:pPr>
        <w:pStyle w:val="ListBullet"/>
        <w:spacing w:line="240" w:lineRule="auto"/>
        <w:ind w:left="720"/>
      </w:pPr>
      <w:r/>
      <w:r>
        <w:t>Marketing and Promotions: Advertising and promotional materials often necessitate specific image dimensions. Uncrop enables marketers to resize these images without compromising essential elements, thereby preserving their impact.</w:t>
      </w:r>
      <w:r/>
    </w:p>
    <w:p>
      <w:pPr>
        <w:pStyle w:val="ListBullet"/>
        <w:spacing w:line="240" w:lineRule="auto"/>
        <w:ind w:left="720"/>
      </w:pPr>
      <w:r/>
      <w:r>
        <w:t>Social Media: Given the varied image requirements across social media platforms, Uncrop supports users in optimising images for engaging posts and other content.</w:t>
      </w:r>
      <w:r/>
      <w:r/>
    </w:p>
    <w:p>
      <w:r/>
      <w:r>
        <w:rPr>
          <w:b/>
        </w:rPr>
        <w:t>Advantages and Potential Challenges</w:t>
      </w:r>
      <w:r/>
    </w:p>
    <w:p>
      <w:r/>
      <w:r>
        <w:t>Uncrop offers users several benefits, including high-quality image expansion, no-cost access, a straightforward user interface, and unlimited processing without restrictions. However, users should be aware of some limitations. For highly intricate images, the AI’s ability to produce seamless expansions might be challenged. Additionally, while the AI technology behind Uncrop aims for precision, there may be occasional instances where generated extensions slightly deviate from the original's visual flow.</w:t>
      </w:r>
      <w:r/>
    </w:p>
    <w:p>
      <w:r/>
      <w:r>
        <w:rPr>
          <w:b/>
        </w:rPr>
        <w:t>Conclusion</w:t>
      </w:r>
      <w:r/>
    </w:p>
    <w:p>
      <w:r/>
      <w:r>
        <w:t>Uncrop.org stands as a remarkable technological advancement in AI-driven image editing tools. By providing users with a no-cost, efficient solution for image expansion without quality loss, Uncrop continues to play an essential role in meeting diverse digital imaging needs. Its ability to accommodate various formats and purposes makes it an attractive choice for both casual users and professionals. As AI technologies advance, tools like Uncrop will increasingly become integral to digital content creation and adaptation, continuing to offer enhanced functionalities for a wide array of image editing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https://imglarger.com/uncrop</w:t>
        </w:r>
      </w:hyperlink>
      <w:r>
        <w:t xml:space="preserve"> - Explains the process of using AI to expand images, including uploading, selecting aspect ratios, and downloading the expanded image, which corroborates the functionality and features of Uncrop.</w:t>
      </w:r>
      <w:r/>
    </w:p>
    <w:p>
      <w:pPr>
        <w:pStyle w:val="ListNumber"/>
        <w:spacing w:line="240" w:lineRule="auto"/>
        <w:ind w:left="720"/>
      </w:pPr>
      <w:r/>
      <w:hyperlink r:id="rId11">
        <w:r>
          <w:rPr>
            <w:color w:val="0000EE"/>
            <w:u w:val="single"/>
          </w:rPr>
          <w:t>https://www.phot.ai/ai-image-extender</w:t>
        </w:r>
      </w:hyperlink>
      <w:r>
        <w:t xml:space="preserve"> - Details the steps and capabilities of an AI image extender, including choosing aspect ratios and downloading the expanded image, aligning with the process overview of Uncrop.</w:t>
      </w:r>
      <w:r/>
    </w:p>
    <w:p>
      <w:pPr>
        <w:pStyle w:val="ListNumber"/>
        <w:spacing w:line="240" w:lineRule="auto"/>
        <w:ind w:left="720"/>
      </w:pPr>
      <w:r/>
      <w:hyperlink r:id="rId12">
        <w:r>
          <w:rPr>
            <w:color w:val="0000EE"/>
            <w:u w:val="single"/>
          </w:rPr>
          <w:t>https://www.clipmove.com/uncrop</w:t>
        </w:r>
      </w:hyperlink>
      <w:r>
        <w:t xml:space="preserve"> - Describes the use of AI for seamless image expansion, including selecting new aspect ratios and preserving original quality, which supports the key capabilities of Uncrop.</w:t>
      </w:r>
      <w:r/>
    </w:p>
    <w:p>
      <w:pPr>
        <w:pStyle w:val="ListNumber"/>
        <w:spacing w:line="240" w:lineRule="auto"/>
        <w:ind w:left="720"/>
      </w:pPr>
      <w:r/>
      <w:hyperlink r:id="rId13">
        <w:r>
          <w:rPr>
            <w:color w:val="0000EE"/>
            <w:u w:val="single"/>
          </w:rPr>
          <w:t>https://www.pixelcut.ai/uncrop</w:t>
        </w:r>
      </w:hyperlink>
      <w:r>
        <w:t xml:space="preserve"> - Explains how to uncrop and expand images using AI, including uploading images and extending the canvas, which aligns with the functionality of Uncrop.</w:t>
      </w:r>
      <w:r/>
    </w:p>
    <w:p>
      <w:pPr>
        <w:pStyle w:val="ListNumber"/>
        <w:spacing w:line="240" w:lineRule="auto"/>
        <w:ind w:left="720"/>
      </w:pPr>
      <w:r/>
      <w:hyperlink r:id="rId14">
        <w:r>
          <w:rPr>
            <w:color w:val="0000EE"/>
            <w:u w:val="single"/>
          </w:rPr>
          <w:t>https://www.instasize.com/tools/ai-image-extender</w:t>
        </w:r>
      </w:hyperlink>
      <w:r>
        <w:t xml:space="preserve"> - Discusses the AI Image Extender's ability to fit photos into any size without cropping or white borders, supporting the versatility and applications of Uncrop.</w:t>
      </w:r>
      <w:r/>
    </w:p>
    <w:p>
      <w:pPr>
        <w:pStyle w:val="ListNumber"/>
        <w:spacing w:line="240" w:lineRule="auto"/>
        <w:ind w:left="720"/>
      </w:pPr>
      <w:r/>
      <w:hyperlink r:id="rId10">
        <w:r>
          <w:rPr>
            <w:color w:val="0000EE"/>
            <w:u w:val="single"/>
          </w:rPr>
          <w:t>https://imglarger.com/uncrop</w:t>
        </w:r>
      </w:hyperlink>
      <w:r>
        <w:t xml:space="preserve"> - Highlights the use of AI to enhance image quality, including increasing resolution up to 8K, which corroborates the advantages of using AI for image expansion.</w:t>
      </w:r>
      <w:r/>
    </w:p>
    <w:p>
      <w:pPr>
        <w:pStyle w:val="ListNumber"/>
        <w:spacing w:line="240" w:lineRule="auto"/>
        <w:ind w:left="720"/>
      </w:pPr>
      <w:r/>
      <w:hyperlink r:id="rId11">
        <w:r>
          <w:rPr>
            <w:color w:val="0000EE"/>
            <w:u w:val="single"/>
          </w:rPr>
          <w:t>https://www.phot.ai/ai-image-extender</w:t>
        </w:r>
      </w:hyperlink>
      <w:r>
        <w:t xml:space="preserve"> - Mentions the tool's ability to analyze patterns and textures to ensure seamless expansions, addressing the seamless outpainting capability of Uncrop.</w:t>
      </w:r>
      <w:r/>
    </w:p>
    <w:p>
      <w:pPr>
        <w:pStyle w:val="ListNumber"/>
        <w:spacing w:line="240" w:lineRule="auto"/>
        <w:ind w:left="720"/>
      </w:pPr>
      <w:r/>
      <w:hyperlink r:id="rId12">
        <w:r>
          <w:rPr>
            <w:color w:val="0000EE"/>
            <w:u w:val="single"/>
          </w:rPr>
          <w:t>https://www.clipmove.com/uncrop</w:t>
        </w:r>
      </w:hyperlink>
      <w:r>
        <w:t xml:space="preserve"> - Explains how AI algorithms analyze existing content to generate realistic extensions, supporting the technique of uncropping described in the article.</w:t>
      </w:r>
      <w:r/>
    </w:p>
    <w:p>
      <w:pPr>
        <w:pStyle w:val="ListNumber"/>
        <w:spacing w:line="240" w:lineRule="auto"/>
        <w:ind w:left="720"/>
      </w:pPr>
      <w:r/>
      <w:hyperlink r:id="rId13">
        <w:r>
          <w:rPr>
            <w:color w:val="0000EE"/>
            <w:u w:val="single"/>
          </w:rPr>
          <w:t>https://www.pixelcut.ai/uncrop</w:t>
        </w:r>
      </w:hyperlink>
      <w:r>
        <w:t xml:space="preserve"> - Describes the application of AI image expanders in various fields such as social media, e-commerce, and personal photography, aligning with the diverse applications of Uncrop.</w:t>
      </w:r>
      <w:r/>
    </w:p>
    <w:p>
      <w:pPr>
        <w:pStyle w:val="ListNumber"/>
        <w:spacing w:line="240" w:lineRule="auto"/>
        <w:ind w:left="720"/>
      </w:pPr>
      <w:r/>
      <w:hyperlink r:id="rId14">
        <w:r>
          <w:rPr>
            <w:color w:val="0000EE"/>
            <w:u w:val="single"/>
          </w:rPr>
          <w:t>https://www.instasize.com/tools/ai-image-extender</w:t>
        </w:r>
      </w:hyperlink>
      <w:r>
        <w:t xml:space="preserve"> - Discusses the tool's ability to adapt images for different platforms, including social media and e-commerce, which supports the versatility of Uncrop across different fields.</w:t>
      </w:r>
      <w:r/>
    </w:p>
    <w:p>
      <w:pPr>
        <w:pStyle w:val="ListNumber"/>
        <w:spacing w:line="240" w:lineRule="auto"/>
        <w:ind w:left="720"/>
      </w:pPr>
      <w:r/>
      <w:hyperlink r:id="rId11">
        <w:r>
          <w:rPr>
            <w:color w:val="0000EE"/>
            <w:u w:val="single"/>
          </w:rPr>
          <w:t>https://www.phot.ai/ai-image-extender</w:t>
        </w:r>
      </w:hyperlink>
      <w:r>
        <w:t xml:space="preserve"> - Mentions the potential limitations of AI image extenders, such as challenges with highly intricate images, which aligns with the advantages and potential challenges section of the article.</w:t>
      </w:r>
      <w:r/>
    </w:p>
    <w:p>
      <w:pPr>
        <w:pStyle w:val="ListNumber"/>
        <w:spacing w:line="240" w:lineRule="auto"/>
        <w:ind w:left="720"/>
      </w:pPr>
      <w:r/>
      <w:hyperlink r:id="rId15">
        <w:r>
          <w:rPr>
            <w:color w:val="0000EE"/>
            <w:u w:val="single"/>
          </w:rPr>
          <w:t>https://aijourn.com/uncrop-review-expanding-your-images-with-ai/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mglarger.com/uncrop" TargetMode="External"/><Relationship Id="rId11" Type="http://schemas.openxmlformats.org/officeDocument/2006/relationships/hyperlink" Target="https://www.phot.ai/ai-image-extender" TargetMode="External"/><Relationship Id="rId12" Type="http://schemas.openxmlformats.org/officeDocument/2006/relationships/hyperlink" Target="https://www.clipmove.com/uncrop" TargetMode="External"/><Relationship Id="rId13" Type="http://schemas.openxmlformats.org/officeDocument/2006/relationships/hyperlink" Target="https://www.pixelcut.ai/uncrop" TargetMode="External"/><Relationship Id="rId14" Type="http://schemas.openxmlformats.org/officeDocument/2006/relationships/hyperlink" Target="https://www.instasize.com/tools/ai-image-extender" TargetMode="External"/><Relationship Id="rId15" Type="http://schemas.openxmlformats.org/officeDocument/2006/relationships/hyperlink" Target="https://aijourn.com/uncrop-review-expanding-your-image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