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General Motors embraces AI to enhance manufacturing efficiency and quality control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General Motors (GM) has embraced Artificial Intelligence (AI) to revolutionise its manufacturing processes, enhancing production efficiency and ensuring superior quality control. The deployment of AI technologies forms part of GM's strategic initiatives to streamline operations across its various facilities, particularly focusing on software validation and equipment monitoring.</w:t>
      </w:r>
      <w:r/>
    </w:p>
    <w:p>
      <w:r/>
      <w:r>
        <w:t>The implementation of AI has significantly enhanced GM's software testing capabilities. In its Global Technical Center located in Warren, Michigan, GM operates 300 test benches dedicated to running simulations on new infotainment systems. These benches are managed by a team of eight engineers, yet it is the AI software that operates these test processes around the clock. This innovative automated tool has drastically improved the company's problem-detection rate, identifying issues ten times more efficiently than previous methods.</w:t>
      </w:r>
      <w:r/>
    </w:p>
    <w:p>
      <w:r/>
      <w:r>
        <w:t>In addition to software checks, GM utilises AI-driven camera systems, sensors, and analytic tools to monitor manufacturing equipment, playing a crucial role in predictive maintenance strategies. These sophisticated systems collect an impressive 165 million images daily, offering insights that help predict potential equipment failures before they can disrupt the manufacturing process. This foresight is invaluable, ensuring maximum uptime and minimising interruptions in vehicle production.</w:t>
      </w:r>
      <w:r/>
    </w:p>
    <w:p>
      <w:r/>
      <w:r>
        <w:t>A specific AI application, Spark Eyes, focuses on inspecting weld quality within body shops, helping to ensure that each weld meets stringent quality standards. Other AI systems are employed to assess components, swiftly identifying any inconsistencies before parts are integrated into the final vehicles. Such advancements underscore GM's commitment to maintaining high-quality standards throughout its production lines.</w:t>
      </w:r>
      <w:r/>
    </w:p>
    <w:p>
      <w:r/>
      <w:r>
        <w:t>AI's impact also extends to enhancing production efficiency through optimised ergonomics and layout configurations on the assembly lines. Abdul Bazzi, GM's Vice President of Software &amp; Services Quality, highlights that a non-optimised assembly process can lead to significant quality issues. By utilising AI to optimise assembly processes, GM aims to mitigate such risks, thus ensuring a seamless production flow.</w:t>
      </w:r>
      <w:r/>
    </w:p>
    <w:p>
      <w:r/>
      <w:r>
        <w:t>During GM's Investors Day, Dave Richardson, the Senior Vice President of Software and Services Engineering, remarked on the transformative potential of AI, acknowledging its pivotal role in vehicle manufacturing. He emphasised how AI is already influencing GM's vehicle testing and certification processes, promoting speed and excellence in production.</w:t>
      </w:r>
      <w:r/>
    </w:p>
    <w:p>
      <w:r/>
      <w:r>
        <w:t>JP Clausen, GM's Executive Vice President of Global Manufacturing and Sustainability, who joined the company in April 2024 after previous tenures at tech giants Google and Tesla, as well as toy manufacturer Lego, shares a similarly forward-thinking perspective. Clausen suggests that the industry is only beginning to realise the immense potential of AI in manufacturing, with current developments merely scratching the surface of what could be achieved.</w:t>
      </w:r>
      <w:r/>
    </w:p>
    <w:p>
      <w:r/>
      <w:r>
        <w:t>Incorporating AI into production is positioning GM to not only increase its competitiveness but also to lead innovation in the automotive industry. Through these advancements, GM is setting new benchmarks for operational efficiency and quality assurance in vehicle production, adapting to an evolving technological landscape with foresight and strategic intent.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https://shoplogix.com/general-motors-oee/</w:t>
        </w:r>
      </w:hyperlink>
      <w:r>
        <w:t xml:space="preserve"> - This article explains how General Motors uses AI for predictive maintenance, quality control, and supply chain management, which aligns with the claims about AI enhancing production efficiency and quality control.</w:t>
      </w:r>
      <w:r/>
    </w:p>
    <w:p>
      <w:pPr>
        <w:pStyle w:val="ListNumber"/>
        <w:spacing w:line="240" w:lineRule="auto"/>
        <w:ind w:left="720"/>
      </w:pPr>
      <w:r/>
      <w:hyperlink r:id="rId10">
        <w:r>
          <w:rPr>
            <w:color w:val="0000EE"/>
            <w:u w:val="single"/>
          </w:rPr>
          <w:t>https://shoplogix.com/general-motors-oee/</w:t>
        </w:r>
      </w:hyperlink>
      <w:r>
        <w:t xml:space="preserve"> - It details the use of AI-driven camera systems and sensors for monitoring manufacturing equipment, supporting the mention of AI in predictive maintenance strategies.</w:t>
      </w:r>
      <w:r/>
    </w:p>
    <w:p>
      <w:pPr>
        <w:pStyle w:val="ListNumber"/>
        <w:spacing w:line="240" w:lineRule="auto"/>
        <w:ind w:left="720"/>
      </w:pPr>
      <w:r/>
      <w:hyperlink r:id="rId11">
        <w:r>
          <w:rPr>
            <w:color w:val="0000EE"/>
            <w:u w:val="single"/>
          </w:rPr>
          <w:t>https://www.clearobject.com/revving-up-efficiency-ai-driven-transformation-in-the-automotive-sector/</w:t>
        </w:r>
      </w:hyperlink>
      <w:r>
        <w:t xml:space="preserve"> - This article discusses how General Motors and other automotive companies use AI for predictive maintenance, quality control, and supply chain optimization, reinforcing the role of AI in these areas.</w:t>
      </w:r>
      <w:r/>
    </w:p>
    <w:p>
      <w:pPr>
        <w:pStyle w:val="ListNumber"/>
        <w:spacing w:line="240" w:lineRule="auto"/>
        <w:ind w:left="720"/>
      </w:pPr>
      <w:r/>
      <w:hyperlink r:id="rId11">
        <w:r>
          <w:rPr>
            <w:color w:val="0000EE"/>
            <w:u w:val="single"/>
          </w:rPr>
          <w:t>https://www.clearobject.com/revving-up-efficiency-ai-driven-transformation-in-the-automotive-sector/</w:t>
        </w:r>
      </w:hyperlink>
      <w:r>
        <w:t xml:space="preserve"> - It highlights the use of computer vision in quality control, which is similar to the AI application mentioned for inspecting weld quality and components.</w:t>
      </w:r>
      <w:r/>
    </w:p>
    <w:p>
      <w:pPr>
        <w:pStyle w:val="ListNumber"/>
        <w:spacing w:line="240" w:lineRule="auto"/>
        <w:ind w:left="720"/>
      </w:pPr>
      <w:r/>
      <w:hyperlink r:id="rId12">
        <w:r>
          <w:rPr>
            <w:color w:val="0000EE"/>
            <w:u w:val="single"/>
          </w:rPr>
          <w:t>https://www.sciencedaily.com/releases/2024/10/241017113710.htm</w:t>
        </w:r>
      </w:hyperlink>
      <w:r>
        <w:t xml:space="preserve"> - This article describes the collaboration between General Motors and the University of Virginia to develop an AI-driven system for optimizing manufacturing processes, including predictive maintenance and real-time adjustments.</w:t>
      </w:r>
      <w:r/>
    </w:p>
    <w:p>
      <w:pPr>
        <w:pStyle w:val="ListNumber"/>
        <w:spacing w:line="240" w:lineRule="auto"/>
        <w:ind w:left="720"/>
      </w:pPr>
      <w:r/>
      <w:hyperlink r:id="rId12">
        <w:r>
          <w:rPr>
            <w:color w:val="0000EE"/>
            <w:u w:val="single"/>
          </w:rPr>
          <w:t>https://www.sciencedaily.com/releases/2024/10/241017113710.htm</w:t>
        </w:r>
      </w:hyperlink>
      <w:r>
        <w:t xml:space="preserve"> - It mentions the integration of AI agents to optimize production processes, which supports the claim about AI enhancing production efficiency and minimizing interruptions.</w:t>
      </w:r>
      <w:r/>
    </w:p>
    <w:p>
      <w:pPr>
        <w:pStyle w:val="ListNumber"/>
        <w:spacing w:line="240" w:lineRule="auto"/>
        <w:ind w:left="720"/>
      </w:pPr>
      <w:r/>
      <w:hyperlink r:id="rId11">
        <w:r>
          <w:rPr>
            <w:color w:val="0000EE"/>
            <w:u w:val="single"/>
          </w:rPr>
          <w:t>https://www.clearobject.com/revving-up-efficiency-ai-driven-transformation-in-the-automotive-sector/</w:t>
        </w:r>
      </w:hyperlink>
      <w:r>
        <w:t xml:space="preserve"> - The article discusses how AI is used to optimize assembly processes and ergonomics, aligning with the mention of AI in optimizing assembly lines.</w:t>
      </w:r>
      <w:r/>
    </w:p>
    <w:p>
      <w:pPr>
        <w:pStyle w:val="ListNumber"/>
        <w:spacing w:line="240" w:lineRule="auto"/>
        <w:ind w:left="720"/>
      </w:pPr>
      <w:r/>
      <w:hyperlink r:id="rId10">
        <w:r>
          <w:rPr>
            <w:color w:val="0000EE"/>
            <w:u w:val="single"/>
          </w:rPr>
          <w:t>https://shoplogix.com/general-motors-oee/</w:t>
        </w:r>
      </w:hyperlink>
      <w:r>
        <w:t xml:space="preserve"> - It explains how General Motors uses AI to support data-driven decision making and continuous improvement, which is in line with the transformative potential of AI in vehicle manufacturing.</w:t>
      </w:r>
      <w:r/>
    </w:p>
    <w:p>
      <w:pPr>
        <w:pStyle w:val="ListNumber"/>
        <w:spacing w:line="240" w:lineRule="auto"/>
        <w:ind w:left="720"/>
      </w:pPr>
      <w:r/>
      <w:hyperlink r:id="rId13">
        <w:r>
          <w:rPr>
            <w:color w:val="0000EE"/>
            <w:u w:val="single"/>
          </w:rPr>
          <w:t>https://www.autodesk.com/customer-stories/general-motors-generative-design</w:t>
        </w:r>
      </w:hyperlink>
      <w:r>
        <w:t xml:space="preserve"> - This article details General Motors' use of generative design and additive manufacturing, which is part of their broader strategy to innovate and improve production efficiency.</w:t>
      </w:r>
      <w:r/>
    </w:p>
    <w:p>
      <w:pPr>
        <w:pStyle w:val="ListNumber"/>
        <w:spacing w:line="240" w:lineRule="auto"/>
        <w:ind w:left="720"/>
      </w:pPr>
      <w:r/>
      <w:hyperlink r:id="rId14">
        <w:r>
          <w:rPr>
            <w:color w:val="0000EE"/>
            <w:u w:val="single"/>
          </w:rPr>
          <w:t>https://ampleai.io/blog/posts/1-predictive-maintenance-gm</w:t>
        </w:r>
      </w:hyperlink>
      <w:r>
        <w:t xml:space="preserve"> - It provides specific examples of how General Motors has reduced downtime and improved maintenance through AI-driven predictive maintenance, supporting the claims about AI's impact on production efficiency.</w:t>
      </w:r>
      <w:r/>
    </w:p>
    <w:p>
      <w:pPr>
        <w:pStyle w:val="ListNumber"/>
        <w:spacing w:line="240" w:lineRule="auto"/>
        <w:ind w:left="720"/>
      </w:pPr>
      <w:r/>
      <w:hyperlink r:id="rId10">
        <w:r>
          <w:rPr>
            <w:color w:val="0000EE"/>
            <w:u w:val="single"/>
          </w:rPr>
          <w:t>https://shoplogix.com/general-motors-oee/</w:t>
        </w:r>
      </w:hyperlink>
      <w:r>
        <w:t xml:space="preserve"> - The article discusses General Motors' commitment to sustainability and innovation through AI, which aligns with the forward-thinking perspective on AI's potential in manufacturing.</w:t>
      </w:r>
      <w:r/>
    </w:p>
    <w:p>
      <w:pPr>
        <w:pStyle w:val="ListNumber"/>
        <w:spacing w:line="240" w:lineRule="auto"/>
        <w:ind w:left="720"/>
      </w:pPr>
      <w:r/>
      <w:hyperlink r:id="rId15">
        <w:r>
          <w:rPr>
            <w:color w:val="0000EE"/>
            <w:u w:val="single"/>
          </w:rPr>
          <w:t>https://www.carscoops.com/2024/10/gm-dips-into-ai-to-improve-quality-and-catch-software-glitches/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oplogix.com/general-motors-oee/" TargetMode="External"/><Relationship Id="rId11" Type="http://schemas.openxmlformats.org/officeDocument/2006/relationships/hyperlink" Target="https://www.clearobject.com/revving-up-efficiency-ai-driven-transformation-in-the-automotive-sector/" TargetMode="External"/><Relationship Id="rId12" Type="http://schemas.openxmlformats.org/officeDocument/2006/relationships/hyperlink" Target="https://www.sciencedaily.com/releases/2024/10/241017113710.htm" TargetMode="External"/><Relationship Id="rId13" Type="http://schemas.openxmlformats.org/officeDocument/2006/relationships/hyperlink" Target="https://www.autodesk.com/customer-stories/general-motors-generative-design" TargetMode="External"/><Relationship Id="rId14" Type="http://schemas.openxmlformats.org/officeDocument/2006/relationships/hyperlink" Target="https://ampleai.io/blog/posts/1-predictive-maintenance-gm" TargetMode="External"/><Relationship Id="rId15" Type="http://schemas.openxmlformats.org/officeDocument/2006/relationships/hyperlink" Target="https://www.carscoops.com/2024/10/gm-dips-into-ai-to-improve-quality-and-catch-software-glitch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