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lead generation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business, the quest for generating new leads—a cornerstone for corporate growth—continues to adapt and expand with technological advancements. Traditionally, methods such as cold calling, direct emailing, optimising websites for search engine visibility, and event sponsorship have been staple strategies for attracting prospective customers. However, the advent of artificial intelligence (AI) is significantly reshaping this landscape, offering innovative approaches to lead generation.</w:t>
      </w:r>
      <w:r/>
    </w:p>
    <w:p>
      <w:r/>
      <w:r>
        <w:rPr>
          <w:b/>
        </w:rPr>
        <w:t>Understanding Lead Generation</w:t>
      </w:r>
      <w:r/>
    </w:p>
    <w:p>
      <w:r/>
      <w:r>
        <w:t>Lead generation is a crucial process that involves strategies and techniques designed to identify and attract individuals who might be interested in a company's offerings. This is essentially about capturing potential leads' contact information for future sales opportunities. Numerous established firms, including the likes of Leadspot, specialise in facilitating these lead generation processes.</w:t>
      </w:r>
      <w:r/>
    </w:p>
    <w:p>
      <w:r/>
      <w:r>
        <w:rPr>
          <w:b/>
        </w:rPr>
        <w:t>AI's Impact on Lead Generation</w:t>
      </w:r>
      <w:r/>
    </w:p>
    <w:p>
      <w:r/>
      <w:r>
        <w:t>The integration of AI in lead generation is becoming increasingly significant across various industries, primarily impacting digital marketing through several mechanisms:</w:t>
      </w:r>
      <w:r/>
    </w:p>
    <w:p>
      <w:r/>
      <w:r>
        <w:t xml:space="preserve">1. </w:t>
      </w:r>
      <w:r>
        <w:rPr>
          <w:b/>
        </w:rPr>
        <w:t>Automating Repetitive Processes</w:t>
      </w:r>
      <w:r>
        <w:t>: AI excels at automating the routine and often monotonous tasks involved in lead generation. These include data entry, contact information capture, and initial outreach to potential clients. AI systems can manage substantial datasets in real-time, allowing for a quick response to emerging leads while keeping customer engagement at an optimum level.</w:t>
      </w:r>
      <w:r/>
    </w:p>
    <w:p>
      <w:r/>
      <w:r>
        <w:t xml:space="preserve">2. </w:t>
      </w:r>
      <w:r>
        <w:rPr>
          <w:b/>
        </w:rPr>
        <w:t>Enhanced Lead Scoring</w:t>
      </w:r>
      <w:r>
        <w:t>: Through sophisticated algorithms, AI enhances the lead scoring process by analysing multiple data points for each lead. Information such as marketing interaction, engagement levels, and demographic data are assessed to predict a lead's potential conversion into a customer. Leads are automatically scored, prioritising those with higher conversion likelihood, thus enabling sales teams to focus their efforts effectively.</w:t>
      </w:r>
      <w:r/>
    </w:p>
    <w:p>
      <w:r/>
      <w:r>
        <w:t xml:space="preserve">3. </w:t>
      </w:r>
      <w:r>
        <w:rPr>
          <w:b/>
        </w:rPr>
        <w:t>Chatbot Assistance</w:t>
      </w:r>
      <w:r>
        <w:t>: AI-powered chatbots and virtual assistants are transforming the way businesses engage with potential leads. These tools can interact with website visitors, answering queries, qualifying prospects, and directing qualified leads to human sales representatives, thereby reducing the dependency on human customer service, which can result in cost savings over time.</w:t>
      </w:r>
      <w:r/>
    </w:p>
    <w:p>
      <w:r/>
      <w:r>
        <w:t xml:space="preserve">4. </w:t>
      </w:r>
      <w:r>
        <w:rPr>
          <w:b/>
        </w:rPr>
        <w:t>Content Creation Capabilities</w:t>
      </w:r>
      <w:r>
        <w:t>: AI also addresses challenges in content marketing and search engine optimisation (SEO), which are crucial for lead generation. With advanced natural language processing, AI can produce high-quality content such as blog posts, social media updates, and emails efficiently, allowing companies to maintain a steady flow of targeted content.</w:t>
      </w:r>
      <w:r/>
    </w:p>
    <w:p>
      <w:r/>
      <w:r>
        <w:t xml:space="preserve">5. </w:t>
      </w:r>
      <w:r>
        <w:rPr>
          <w:b/>
        </w:rPr>
        <w:t>Improving Data Accuracy</w:t>
      </w:r>
      <w:r>
        <w:t>: AI technologies are adept at cleaning and verifying large datasets, identifying duplicate or erroneous records, and supplementing missing information. By optimising the quality of data, marketing teams can make targeted outreach efforts with greater precision, reducing wastage of resources on obsolete or mismatched contacts.</w:t>
      </w:r>
      <w:r/>
    </w:p>
    <w:p>
      <w:r/>
      <w:r>
        <w:t xml:space="preserve">6. </w:t>
      </w:r>
      <w:r>
        <w:rPr>
          <w:b/>
        </w:rPr>
        <w:t>Enhanced Personalisation</w:t>
      </w:r>
      <w:r>
        <w:t>: By analysing vast amounts of data, AI can create detailed buyer personas reflecting customer profiles and behaviours. This enables marketers to micro-target their ad campaigns and content to individuals more likely to be interested, significantly improving conversion rates by minimising exposure to disinterested audiences.</w:t>
      </w:r>
      <w:r/>
    </w:p>
    <w:p>
      <w:r/>
      <w:r>
        <w:rPr>
          <w:b/>
        </w:rPr>
        <w:t>Conclusion</w:t>
      </w:r>
      <w:r/>
    </w:p>
    <w:p>
      <w:r/>
      <w:r>
        <w:t>The role of AI in lead generation exemplifies how advancing technology is revolutionising marketing strategies. By harnessing AI's capabilities for personalised targeting, companies can more effectively meet customer needs and unlock new growth avenues. This technological shift denotes a promising horizon for businesses aiming to enhance their marketing efficiencies and foster more meaningful customer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https://www.leadgendept.com/resources/the-power-of-ai-in-lead-gen</w:t>
        </w:r>
      </w:hyperlink>
      <w:r>
        <w:t xml:space="preserve"> - This article explains how AI automates repetitive processes in lead generation, such as data entry and initial contact, and enhances lead scoring by analyzing multiple data points.</w:t>
      </w:r>
      <w:r/>
    </w:p>
    <w:p>
      <w:pPr>
        <w:pStyle w:val="ListNumber"/>
        <w:spacing w:line="240" w:lineRule="auto"/>
        <w:ind w:left="720"/>
      </w:pPr>
      <w:r/>
      <w:hyperlink r:id="rId11">
        <w:r>
          <w:rPr>
            <w:color w:val="0000EE"/>
            <w:u w:val="single"/>
          </w:rPr>
          <w:t>https://relevanceai.com/topics/lead-generation</w:t>
        </w:r>
      </w:hyperlink>
      <w:r>
        <w:t xml:space="preserve"> - This guide details how AI and automation revolutionize lead generation by identifying more leads online, qualifying leads faster, and personalizing messaging and offers.</w:t>
      </w:r>
      <w:r/>
    </w:p>
    <w:p>
      <w:pPr>
        <w:pStyle w:val="ListNumber"/>
        <w:spacing w:line="240" w:lineRule="auto"/>
        <w:ind w:left="720"/>
      </w:pPr>
      <w:r/>
      <w:hyperlink r:id="rId12">
        <w:r>
          <w:rPr>
            <w:color w:val="0000EE"/>
            <w:u w:val="single"/>
          </w:rPr>
          <w:t>https://www.upwork.com/resources/ai-tools-lead-generation</w:t>
        </w:r>
      </w:hyperlink>
      <w:r>
        <w:t xml:space="preserve"> - This resource highlights AI tools like Customers.ai and Albert, which automate lead generation tasks, enhance targeting precision, and optimize email marketing campaigns.</w:t>
      </w:r>
      <w:r/>
    </w:p>
    <w:p>
      <w:pPr>
        <w:pStyle w:val="ListNumber"/>
        <w:spacing w:line="240" w:lineRule="auto"/>
        <w:ind w:left="720"/>
      </w:pPr>
      <w:r/>
      <w:hyperlink r:id="rId13">
        <w:r>
          <w:rPr>
            <w:color w:val="0000EE"/>
            <w:u w:val="single"/>
          </w:rPr>
          <w:t>https://improvado.io/blog/ai-lead-generation-tools-best-practices</w:t>
        </w:r>
      </w:hyperlink>
      <w:r>
        <w:t xml:space="preserve"> - This article discusses how AI tools score leads effectively, use automated email campaigns, and analyze historical data to form patterns for successful lead generation.</w:t>
      </w:r>
      <w:r/>
    </w:p>
    <w:p>
      <w:pPr>
        <w:pStyle w:val="ListNumber"/>
        <w:spacing w:line="240" w:lineRule="auto"/>
        <w:ind w:left="720"/>
      </w:pPr>
      <w:r/>
      <w:hyperlink r:id="rId10">
        <w:r>
          <w:rPr>
            <w:color w:val="0000EE"/>
            <w:u w:val="single"/>
          </w:rPr>
          <w:t>https://www.leadgendept.com/resources/the-power-of-ai-in-lead-gen</w:t>
        </w:r>
      </w:hyperlink>
      <w:r>
        <w:t xml:space="preserve"> - This article explains the role of AI-powered chatbots in transforming the way businesses engage with potential leads and qualify prospects.</w:t>
      </w:r>
      <w:r/>
    </w:p>
    <w:p>
      <w:pPr>
        <w:pStyle w:val="ListNumber"/>
        <w:spacing w:line="240" w:lineRule="auto"/>
        <w:ind w:left="720"/>
      </w:pPr>
      <w:r/>
      <w:hyperlink r:id="rId11">
        <w:r>
          <w:rPr>
            <w:color w:val="0000EE"/>
            <w:u w:val="single"/>
          </w:rPr>
          <w:t>https://relevanceai.com/topics/lead-generation</w:t>
        </w:r>
      </w:hyperlink>
      <w:r>
        <w:t xml:space="preserve"> - This guide covers how AI improves content creation capabilities, including producing high-quality content for marketing and SEO purposes.</w:t>
      </w:r>
      <w:r/>
    </w:p>
    <w:p>
      <w:pPr>
        <w:pStyle w:val="ListNumber"/>
        <w:spacing w:line="240" w:lineRule="auto"/>
        <w:ind w:left="720"/>
      </w:pPr>
      <w:r/>
      <w:hyperlink r:id="rId13">
        <w:r>
          <w:rPr>
            <w:color w:val="0000EE"/>
            <w:u w:val="single"/>
          </w:rPr>
          <w:t>https://improvado.io/blog/ai-lead-generation-tools-best-practices</w:t>
        </w:r>
      </w:hyperlink>
      <w:r>
        <w:t xml:space="preserve"> - This article highlights AI's ability to improve data accuracy by cleaning and verifying large datasets, identifying duplicates, and supplementing missing information.</w:t>
      </w:r>
      <w:r/>
    </w:p>
    <w:p>
      <w:pPr>
        <w:pStyle w:val="ListNumber"/>
        <w:spacing w:line="240" w:lineRule="auto"/>
        <w:ind w:left="720"/>
      </w:pPr>
      <w:r/>
      <w:hyperlink r:id="rId12">
        <w:r>
          <w:rPr>
            <w:color w:val="0000EE"/>
            <w:u w:val="single"/>
          </w:rPr>
          <w:t>https://www.upwork.com/resources/ai-tools-lead-generation</w:t>
        </w:r>
      </w:hyperlink>
      <w:r>
        <w:t xml:space="preserve"> - This resource explains how AI creates detailed buyer personas and enables micro-targeting of ad campaigns to improve conversion rates.</w:t>
      </w:r>
      <w:r/>
    </w:p>
    <w:p>
      <w:pPr>
        <w:pStyle w:val="ListNumber"/>
        <w:spacing w:line="240" w:lineRule="auto"/>
        <w:ind w:left="720"/>
      </w:pPr>
      <w:r/>
      <w:hyperlink r:id="rId11">
        <w:r>
          <w:rPr>
            <w:color w:val="0000EE"/>
            <w:u w:val="single"/>
          </w:rPr>
          <w:t>https://relevanceai.com/topics/lead-generation</w:t>
        </w:r>
      </w:hyperlink>
      <w:r>
        <w:t xml:space="preserve"> - This guide discusses the framework for implementing AI in lead generation, including auditing and centralizing data, identifying ideal customer profiles, and integrating AI tools with existing systems.</w:t>
      </w:r>
      <w:r/>
    </w:p>
    <w:p>
      <w:pPr>
        <w:pStyle w:val="ListNumber"/>
        <w:spacing w:line="240" w:lineRule="auto"/>
        <w:ind w:left="720"/>
      </w:pPr>
      <w:r/>
      <w:hyperlink r:id="rId13">
        <w:r>
          <w:rPr>
            <w:color w:val="0000EE"/>
            <w:u w:val="single"/>
          </w:rPr>
          <w:t>https://improvado.io/blog/ai-lead-generation-tools-best-practices</w:t>
        </w:r>
      </w:hyperlink>
      <w:r>
        <w:t xml:space="preserve"> - This article emphasizes the importance of training sales and marketing teams to use AI-powered tools effectively to maximize their benefits.</w:t>
      </w:r>
      <w:r/>
    </w:p>
    <w:p>
      <w:pPr>
        <w:pStyle w:val="ListNumber"/>
        <w:spacing w:line="240" w:lineRule="auto"/>
        <w:ind w:left="720"/>
      </w:pPr>
      <w:r/>
      <w:hyperlink r:id="rId14">
        <w:r>
          <w:rPr>
            <w:color w:val="0000EE"/>
            <w:u w:val="single"/>
          </w:rPr>
          <w:t>https://smith.ai/blog/ai-lead-generation</w:t>
        </w:r>
      </w:hyperlink>
      <w:r>
        <w:t xml:space="preserve"> - This blog post outlines best practices for AI lead generation, including using AI for personalized targeting and enhancing the overall efficiency of marketing strategies.</w:t>
      </w:r>
      <w:r/>
    </w:p>
    <w:p>
      <w:pPr>
        <w:pStyle w:val="ListNumber"/>
        <w:spacing w:line="240" w:lineRule="auto"/>
        <w:ind w:left="720"/>
      </w:pPr>
      <w:r/>
      <w:hyperlink r:id="rId15">
        <w:r>
          <w:rPr>
            <w:color w:val="0000EE"/>
            <w:u w:val="single"/>
          </w:rPr>
          <w:t>https://thestartupmag.com/ai-revolutionizing-lead-generation/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adgendept.com/resources/the-power-of-ai-in-lead-gen" TargetMode="External"/><Relationship Id="rId11" Type="http://schemas.openxmlformats.org/officeDocument/2006/relationships/hyperlink" Target="https://relevanceai.com/topics/lead-generation" TargetMode="External"/><Relationship Id="rId12" Type="http://schemas.openxmlformats.org/officeDocument/2006/relationships/hyperlink" Target="https://www.upwork.com/resources/ai-tools-lead-generation" TargetMode="External"/><Relationship Id="rId13" Type="http://schemas.openxmlformats.org/officeDocument/2006/relationships/hyperlink" Target="https://improvado.io/blog/ai-lead-generation-tools-best-practices" TargetMode="External"/><Relationship Id="rId14" Type="http://schemas.openxmlformats.org/officeDocument/2006/relationships/hyperlink" Target="https://smith.ai/blog/ai-lead-generation" TargetMode="External"/><Relationship Id="rId15" Type="http://schemas.openxmlformats.org/officeDocument/2006/relationships/hyperlink" Target="https://thestartupmag.com/ai-revolutionizing-lead-gen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