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ITV's AI job advertisement sparks backlash from writers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ITV, the UK public service broadcaster, has sparked considerable controversy with a job advertisement for a "Head of Generative AI Innovation." The advertised position, which was listed on LinkedIn and other platforms, describes a role aimed at pioneering AI-driven innovations in the creation of TV shows, films, and digital content across ITV Studios and ITVX. The role reportedly offers a salary of up to £95,000 ($124,000) annually, alongside a potential annual bonus and generous vacation benefits, with the position based in London.</w:t>
      </w:r>
      <w:r/>
    </w:p>
    <w:p>
      <w:r/>
      <w:r>
        <w:t>The announcement of this job posting has provoked significant backlash, particularly from the writing community. The Writers' Guild of Great Britain (WGGB) has expressed its discontent, with General Secretary Ellie Peers stating her shock at ITV's intentions, which she perceives as an attempt to replace human writers with AI technology. Peers emphasized that there is no dearth of story ideas, but rather a reluctance to remunerate writers for them. She further argued that the available financial resources would be better spent on nurturing screenwriters than investing in such AI initiatives. The move also raises concerns about intellectual property, prompting the WGGB to urgently seek discussions with ITV.</w:t>
      </w:r>
      <w:r/>
    </w:p>
    <w:p>
      <w:r/>
      <w:r>
        <w:t>Prominent television writers have echoed these concerns. Lisa McGee, the creator of Channel 4's "Derry Girls," criticized the plan as "incredibly depressing" and questioned the ethics of generating material through AI. She expressed doubt that such a model would succeed, emphasizing that the essence of great storytelling lies in its delivery, tone, and personal perspective. Similarly, Jack Rooke, creator of the BAFTA-winning "Big Boys" for Channel 4, argued against the dehumanizing approach, highlighting that ITV's success historically stemmed from content rooted in real-life human experiences. Liam Williams, creator of BBC’s "Ladhood," also voiced his opposition, urging creatives to unite through organisations such as the WGGB to safeguard their profession.</w:t>
      </w:r>
      <w:r/>
    </w:p>
    <w:p>
      <w:r/>
      <w:r>
        <w:t>The introduction of AI into the creative process has been a contentious issue in the industry for some time. Last year's Writers Guild of America strike notably addressed concerns regarding the potential for AI to replace human-led scriptwriting. ITV's move to actively engage AI in content creation marks one of the first explicit attempts by a major broadcaster to implement such technologies, and it has reignited fears among writers about job security and the potential dilution of creative authenticity.</w:t>
      </w:r>
      <w:r/>
    </w:p>
    <w:p>
      <w:r/>
      <w:r>
        <w:t>Despite the backlash, ITV maintains that AI is being employed not as a replacement but as a tool to enhance and optimize creative processes. A spokesperson for ITV emphasized that while AI could assist the creative teams in working more efficiently, it would not substitute human creativity. ITV CEO Carolyn McCall has previously described generative AI as a "co-pilot for creatives," underscoring its role in complementing rather than replacing human input.</w:t>
      </w:r>
      <w:r/>
    </w:p>
    <w:p>
      <w:r/>
      <w:r>
        <w:t>Additionally, AI’s potential role in content creation has been an ongoing negotiation point in contracts between ITV and UK actors union Equity, particularly concerning long-running series such as "Emmerdale" and "Coronation Street." This highlights broader industry trends, where AI integration is increasingly becoming a focal point of discussions between industry unions and production companies.</w:t>
      </w:r>
      <w:r/>
    </w:p>
    <w:p>
      <w:r/>
      <w:r>
        <w:t>As the debate continues, the cultural and practical implications of integrating AI into the creative sector remain under scrutiny, raising questions about the balance between technological innovation and preserving the integrity of human creativity in storytelling.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https://itv.referrals.selectminds.com/jobs/head-of-generative-ai-innovation-4022</w:t>
        </w:r>
      </w:hyperlink>
      <w:r>
        <w:t xml:space="preserve"> - Corroborates the job advertisement for the Head of Generative AI Innovation and its role in driving AI-driven innovations.</w:t>
      </w:r>
      <w:r/>
    </w:p>
    <w:p>
      <w:pPr>
        <w:pStyle w:val="ListNumber"/>
        <w:spacing w:line="240" w:lineRule="auto"/>
        <w:ind w:left="720"/>
      </w:pPr>
      <w:r/>
      <w:hyperlink r:id="rId11">
        <w:r>
          <w:rPr>
            <w:color w:val="0000EE"/>
            <w:u w:val="single"/>
          </w:rPr>
          <w:t>https://uk.linkedin.com/jobs/view/head-of-generative-ai-innovation-at-itv-4052030589</w:t>
        </w:r>
      </w:hyperlink>
      <w:r>
        <w:t xml:space="preserve"> - Confirms the job listing on LinkedIn and details about the position, including its location in London.</w:t>
      </w:r>
      <w:r/>
    </w:p>
    <w:p>
      <w:pPr>
        <w:pStyle w:val="ListNumber"/>
        <w:spacing w:line="240" w:lineRule="auto"/>
        <w:ind w:left="720"/>
      </w:pPr>
      <w:r/>
      <w:hyperlink r:id="rId12">
        <w:r>
          <w:rPr>
            <w:color w:val="0000EE"/>
            <w:u w:val="single"/>
          </w:rPr>
          <w:t>https://www.thetalentmanager.com/blog/1458/itv-creates-95m-ai-role</w:t>
        </w:r>
      </w:hyperlink>
      <w:r>
        <w:t xml:space="preserve"> - Supports the information about the salary and benefits of the role, as well as the controversy surrounding it.</w:t>
      </w:r>
      <w:r/>
    </w:p>
    <w:p>
      <w:pPr>
        <w:pStyle w:val="ListNumber"/>
        <w:spacing w:line="240" w:lineRule="auto"/>
        <w:ind w:left="720"/>
      </w:pPr>
      <w:r/>
      <w:hyperlink r:id="rId13">
        <w:r>
          <w:rPr>
            <w:color w:val="0000EE"/>
            <w:u w:val="single"/>
          </w:rPr>
          <w:t>https://www.derrynow.com/news/local-news/1636272/derry-girls-creator-says-itv-ai-role-is-incredibly-depressing-and-unethical.html</w:t>
        </w:r>
      </w:hyperlink>
      <w:r>
        <w:t xml:space="preserve"> - Quotes Lisa McGee's criticism of the AI role as 'incredibly depressing' and 'unethical'.</w:t>
      </w:r>
      <w:r/>
    </w:p>
    <w:p>
      <w:pPr>
        <w:pStyle w:val="ListNumber"/>
        <w:spacing w:line="240" w:lineRule="auto"/>
        <w:ind w:left="720"/>
      </w:pPr>
      <w:r/>
      <w:hyperlink r:id="rId14">
        <w:r>
          <w:rPr>
            <w:color w:val="0000EE"/>
            <w:u w:val="single"/>
          </w:rPr>
          <w:t>https://variety.com/2024/tv/global/itv-ai-create-wggb-writers-criticize-1236184545/</w:t>
        </w:r>
      </w:hyperlink>
      <w:r>
        <w:t xml:space="preserve"> - Details the backlash from the writing community, including the Writers' Guild of Great Britain's (WGGB) criticism.</w:t>
      </w:r>
      <w:r/>
    </w:p>
    <w:p>
      <w:pPr>
        <w:pStyle w:val="ListNumber"/>
        <w:spacing w:line="240" w:lineRule="auto"/>
        <w:ind w:left="720"/>
      </w:pPr>
      <w:r/>
      <w:hyperlink r:id="rId12">
        <w:r>
          <w:rPr>
            <w:color w:val="0000EE"/>
            <w:u w:val="single"/>
          </w:rPr>
          <w:t>https://www.thetalentmanager.com/blog/1458/itv-creates-95m-ai-role</w:t>
        </w:r>
      </w:hyperlink>
      <w:r>
        <w:t xml:space="preserve"> - Mentions the financial aspects and the WGGB's argument that resources should be spent on nurturing screenwriters rather than AI initiatives.</w:t>
      </w:r>
      <w:r/>
    </w:p>
    <w:p>
      <w:pPr>
        <w:pStyle w:val="ListNumber"/>
        <w:spacing w:line="240" w:lineRule="auto"/>
        <w:ind w:left="720"/>
      </w:pPr>
      <w:r/>
      <w:hyperlink r:id="rId13">
        <w:r>
          <w:rPr>
            <w:color w:val="0000EE"/>
            <w:u w:val="single"/>
          </w:rPr>
          <w:t>https://www.derrynow.com/news/local-news/1636272/derry-girls-creator-says-itv-ai-role-is-incredibly-depressing-and-unethical.html</w:t>
        </w:r>
      </w:hyperlink>
      <w:r>
        <w:t xml:space="preserve"> - Provides additional context on Lisa McGee's and other writers' concerns about the use of AI in content creation.</w:t>
      </w:r>
      <w:r/>
    </w:p>
    <w:p>
      <w:pPr>
        <w:pStyle w:val="ListNumber"/>
        <w:spacing w:line="240" w:lineRule="auto"/>
        <w:ind w:left="720"/>
      </w:pPr>
      <w:r/>
      <w:hyperlink r:id="rId14">
        <w:r>
          <w:rPr>
            <w:color w:val="0000EE"/>
            <w:u w:val="single"/>
          </w:rPr>
          <w:t>https://variety.com/2024/tv/global/itv-ai-create-wggb-writers-criticize-1236184545/</w:t>
        </w:r>
      </w:hyperlink>
      <w:r>
        <w:t xml:space="preserve"> - Discusses the broader industry context, including last year's Writers Guild of America strike and concerns about AI replacing human writers.</w:t>
      </w:r>
      <w:r/>
    </w:p>
    <w:p>
      <w:pPr>
        <w:pStyle w:val="ListNumber"/>
        <w:spacing w:line="240" w:lineRule="auto"/>
        <w:ind w:left="720"/>
      </w:pPr>
      <w:r/>
      <w:hyperlink r:id="rId10">
        <w:r>
          <w:rPr>
            <w:color w:val="0000EE"/>
            <w:u w:val="single"/>
          </w:rPr>
          <w:t>https://itv.referrals.selectminds.com/jobs/head-of-generative-ai-innovation-4022</w:t>
        </w:r>
      </w:hyperlink>
      <w:r>
        <w:t xml:space="preserve"> - Supports ITV's stance that AI is intended to enhance and optimize creative processes, not replace human creativity.</w:t>
      </w:r>
      <w:r/>
    </w:p>
    <w:p>
      <w:pPr>
        <w:pStyle w:val="ListNumber"/>
        <w:spacing w:line="240" w:lineRule="auto"/>
        <w:ind w:left="720"/>
      </w:pPr>
      <w:r/>
      <w:hyperlink r:id="rId14">
        <w:r>
          <w:rPr>
            <w:color w:val="0000EE"/>
            <w:u w:val="single"/>
          </w:rPr>
          <w:t>https://variety.com/2024/tv/global/itv-ai-create-wggb-writers-criticize-1236184545/</w:t>
        </w:r>
      </w:hyperlink>
      <w:r>
        <w:t xml:space="preserve"> - Highlights the ongoing negotiations between ITV and UK actors union Equity regarding AI integration in content creation.</w:t>
      </w:r>
      <w:r/>
    </w:p>
    <w:p>
      <w:pPr>
        <w:pStyle w:val="ListNumber"/>
        <w:spacing w:line="240" w:lineRule="auto"/>
        <w:ind w:left="720"/>
      </w:pPr>
      <w:r/>
      <w:hyperlink r:id="rId12">
        <w:r>
          <w:rPr>
            <w:color w:val="0000EE"/>
            <w:u w:val="single"/>
          </w:rPr>
          <w:t>https://www.thetalentmanager.com/blog/1458/itv-creates-95m-ai-role</w:t>
        </w:r>
      </w:hyperlink>
      <w:r>
        <w:t xml:space="preserve"> - Corroborates the cultural and practical implications of integrating AI into the creative sector and the ongoing debate.</w:t>
      </w:r>
      <w:r/>
    </w:p>
    <w:p>
      <w:pPr>
        <w:pStyle w:val="ListNumber"/>
        <w:spacing w:line="240" w:lineRule="auto"/>
        <w:ind w:left="720"/>
      </w:pPr>
      <w:r/>
      <w:hyperlink r:id="rId14">
        <w:r>
          <w:rPr>
            <w:color w:val="0000EE"/>
            <w:u w:val="single"/>
          </w:rPr>
          <w:t>https://variety.com/2024/tv/global/itv-ai-create-wggb-writers-criticize-1236184545/</w:t>
        </w:r>
      </w:hyperlink>
      <w:r>
        <w:t xml:space="preserve"> - Please view link - unable to able to access data</w:t>
      </w:r>
      <w:r/>
    </w:p>
    <w:p>
      <w:pPr>
        <w:pStyle w:val="ListNumber"/>
        <w:spacing w:line="240" w:lineRule="auto"/>
        <w:ind w:left="720"/>
      </w:pPr>
      <w:r/>
      <w:hyperlink r:id="rId15">
        <w:r>
          <w:rPr>
            <w:color w:val="0000EE"/>
            <w:u w:val="single"/>
          </w:rPr>
          <w:t>https://www.theguardian.com/tv-and-radio/2024/oct/21/sheep-herding-with-joe-lycett-itvs-ai-plan-is-the-worst-idea-since-monkey-tennis</w:t>
        </w:r>
      </w:hyperlink>
      <w:r>
        <w:t xml:space="preserve"> - Please view link - unable to able to access data</w:t>
      </w:r>
      <w:r/>
    </w:p>
    <w:p>
      <w:pPr>
        <w:pStyle w:val="ListNumber"/>
        <w:spacing w:line="240" w:lineRule="auto"/>
        <w:ind w:left="720"/>
      </w:pPr>
      <w:r/>
      <w:hyperlink r:id="rId16">
        <w:r>
          <w:rPr>
            <w:color w:val="0000EE"/>
            <w:u w:val="single"/>
          </w:rPr>
          <w:t>https://deadline.com/2024/10/itv-ai-role-criticized-lisa-mcgee-jack-rooke-1236121766/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tv.referrals.selectminds.com/jobs/head-of-generative-ai-innovation-4022" TargetMode="External"/><Relationship Id="rId11" Type="http://schemas.openxmlformats.org/officeDocument/2006/relationships/hyperlink" Target="https://uk.linkedin.com/jobs/view/head-of-generative-ai-innovation-at-itv-4052030589" TargetMode="External"/><Relationship Id="rId12" Type="http://schemas.openxmlformats.org/officeDocument/2006/relationships/hyperlink" Target="https://www.thetalentmanager.com/blog/1458/itv-creates-95m-ai-role" TargetMode="External"/><Relationship Id="rId13" Type="http://schemas.openxmlformats.org/officeDocument/2006/relationships/hyperlink" Target="https://www.derrynow.com/news/local-news/1636272/derry-girls-creator-says-itv-ai-role-is-incredibly-depressing-and-unethical.html" TargetMode="External"/><Relationship Id="rId14" Type="http://schemas.openxmlformats.org/officeDocument/2006/relationships/hyperlink" Target="https://variety.com/2024/tv/global/itv-ai-create-wggb-writers-criticize-1236184545/" TargetMode="External"/><Relationship Id="rId15" Type="http://schemas.openxmlformats.org/officeDocument/2006/relationships/hyperlink" Target="https://www.theguardian.com/tv-and-radio/2024/oct/21/sheep-herding-with-joe-lycett-itvs-ai-plan-is-the-worst-idea-since-monkey-tennis" TargetMode="External"/><Relationship Id="rId16" Type="http://schemas.openxmlformats.org/officeDocument/2006/relationships/hyperlink" Target="https://deadline.com/2024/10/itv-ai-role-criticized-lisa-mcgee-jack-rooke-12361217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