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Jason Blum explores AI in filmmaking with new Meta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and innovative move, Jason Blum, the co-founder of the film production powerhouse Blumhouse, is venturing into the realm of artificial intelligence in filmmaking. Announced recently, Blum has adopted a new AI technology program from Meta, aptly named Meta Movie Gen, which employs advanced text-to-video software aimed at transforming content creation in cinema. This development comes in the wake of Lionsgate's similar partnership with an AI firm, sparking vigorous debate regarding the implications for the future of human creatives in the industry.</w:t>
      </w:r>
      <w:r/>
    </w:p>
    <w:p>
      <w:r/>
      <w:r>
        <w:t>Meta, the company responsible for this groundbreaking technology, has stated that their current focus is purely experimental. Connor Hayes, Meta's Vice President of GenAI, indicated that while the integration of Movie Gen models into public products is not anticipated until next year, the company is keen to engage in open discussions with the creative community to ensure the responsible deployment of this tool. "It's important to communicate early about how AI can function as a potent tool for creativity," Hayes remarked.</w:t>
      </w:r>
      <w:r/>
    </w:p>
    <w:p>
      <w:r/>
      <w:r>
        <w:t>In an intriguing pilot programme, Blumhouse has enlisted several filmmakers to explore the potential of this technology. Among them is Aneesh Chaganty, known for his works like "Searching" and "Run". He has utilised the software to craft a short film entitled "i h8 ai". In this piece, Chaganty demonstrates the convenience and power of using AI in film production. Reflecting on his youth, Chaganty suggests that if such a tool had been available, he could have realised his creative visions more vividly – with the desired settings and creatures – while still originating the concept and narrative independently.</w:t>
      </w:r>
      <w:r/>
    </w:p>
    <w:p>
      <w:r/>
      <w:r>
        <w:t>The film includes an illustrative personal anecdote where Chaganty recounts wanting to make an alien movie but resorting to a skeleton costume for his brother due to limited resources. Through Meta Movie Gen, he replaced his brother's image with an AI-generated alien. While this highlights the software's capabilities, it simultaneously underscores concerns posed by critics about AI potentially supplanting human elements that contribute to such creative projects, both in memory and craftsmanship.</w:t>
      </w:r>
      <w:r/>
    </w:p>
    <w:p>
      <w:r/>
      <w:r>
        <w:t>After sharing Chaganty's short film on social media, Blum was met with mixed reactions. Among the responses, Gavin Michael Booth, who once collaborated with Blum, cynically labelled the film as "propaganda". Booth expressed fears that this technology could drive FX artists out of work and even surpass the need for actual footage, sound, or performers, questioning the ultimate trajectory of AI in filmmaking.</w:t>
      </w:r>
      <w:r/>
    </w:p>
    <w:p>
      <w:r/>
      <w:r>
        <w:t>As the conversation around the role of AI in cinema continues to intensify, speculation surrounds the potential application of this technology in upcoming productions, such as Blumhouse’s anticipated sequel, "Five Nights at Freddy's 2". However, there is currently no evidence substantiating these claims. Speculative concerns also suggest that AI may have already been clandestinely used in filmmaking, though studio confirmations remain absent.</w:t>
      </w:r>
      <w:r/>
    </w:p>
    <w:p>
      <w:r/>
      <w:r>
        <w:t>This development marks a significant point in the ongoing debate over the integration of AI in creative industries, highlighting both its transformative potential and the inherent challenges it presents to traditional filmmaking roles.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https://economictimes.indiatimes.com/tech/artificial-intelligence/meta-partners-with-hollywoods-blumhouse-to-test-out-its-ai-movie-generation-model/articleshow/114335489.cms</w:t>
        </w:r>
      </w:hyperlink>
      <w:r>
        <w:t xml:space="preserve"> - Corroborates the partnership between Meta and Blumhouse to test Meta's AI movie generation model, Movie Gen, and the involvement of filmmakers like Aneesh Chaganty, The Spurlock Sisters, and Casey Affleck.</w:t>
      </w:r>
      <w:r/>
    </w:p>
    <w:p>
      <w:pPr>
        <w:pStyle w:val="ListNumber"/>
        <w:spacing w:line="240" w:lineRule="auto"/>
        <w:ind w:left="720"/>
      </w:pPr>
      <w:r/>
      <w:hyperlink r:id="rId11">
        <w:r>
          <w:rPr>
            <w:color w:val="0000EE"/>
            <w:u w:val="single"/>
          </w:rPr>
          <w:t>https://www.bworldonline.com/arts-and-leisure/2024/10/22/629529/meta-partners-with-hollywoods-blumhouse-to-test-out-its-ai-movie-generation-model/</w:t>
        </w:r>
      </w:hyperlink>
      <w:r>
        <w:t xml:space="preserve"> - Supports the collaboration between Meta and Blumhouse to test the AI movie generation model, Movie Gen, and the role of innovative technology in aiding artists.</w:t>
      </w:r>
      <w:r/>
    </w:p>
    <w:p>
      <w:pPr>
        <w:pStyle w:val="ListNumber"/>
        <w:spacing w:line="240" w:lineRule="auto"/>
        <w:ind w:left="720"/>
      </w:pPr>
      <w:r/>
      <w:hyperlink r:id="rId12">
        <w:r>
          <w:rPr>
            <w:color w:val="0000EE"/>
            <w:u w:val="single"/>
          </w:rPr>
          <w:t>https://www.reuters.com/technology/artificial-intelligence/meta-partners-with-hollywoods-blumhouse-test-out-its-ai-movie-generation-model-2024-10-17/</w:t>
        </w:r>
      </w:hyperlink>
      <w:r>
        <w:t xml:space="preserve"> - Confirms the partnership and the statement from Blumhouse CEO Jason Blum on the importance of involving artists in the development of new technologies.</w:t>
      </w:r>
      <w:r/>
    </w:p>
    <w:p>
      <w:pPr>
        <w:pStyle w:val="ListNumber"/>
        <w:spacing w:line="240" w:lineRule="auto"/>
        <w:ind w:left="720"/>
      </w:pPr>
      <w:r/>
      <w:hyperlink r:id="rId13">
        <w:r>
          <w:rPr>
            <w:color w:val="0000EE"/>
            <w:u w:val="single"/>
          </w:rPr>
          <w:t>https://dig.watch/updates/meta-unveils-movie-gen-in-collaboration-with-blumhouse</w:t>
        </w:r>
      </w:hyperlink>
      <w:r>
        <w:t xml:space="preserve"> - Details the capabilities of Movie Gen, including its ability to produce realistic video and audio clips based on user prompts, and the involvement of filmmakers in the pilot project.</w:t>
      </w:r>
      <w:r/>
    </w:p>
    <w:p>
      <w:pPr>
        <w:pStyle w:val="ListNumber"/>
        <w:spacing w:line="240" w:lineRule="auto"/>
        <w:ind w:left="720"/>
      </w:pPr>
      <w:r/>
      <w:hyperlink r:id="rId14">
        <w:r>
          <w:rPr>
            <w:color w:val="0000EE"/>
            <w:u w:val="single"/>
          </w:rPr>
          <w:t>https://dig.watch/updates/meta-and-blumhouse-test-ai-video-tool-for-filmmakers</w:t>
        </w:r>
      </w:hyperlink>
      <w:r>
        <w:t xml:space="preserve"> - Provides information on the pilot project, the integration of AI-generated clips into films by selected filmmakers, and the potential of AI as a creative partner.</w:t>
      </w:r>
      <w:r/>
    </w:p>
    <w:p>
      <w:pPr>
        <w:pStyle w:val="ListNumber"/>
        <w:spacing w:line="240" w:lineRule="auto"/>
        <w:ind w:left="720"/>
      </w:pPr>
      <w:r/>
      <w:hyperlink r:id="rId10">
        <w:r>
          <w:rPr>
            <w:color w:val="0000EE"/>
            <w:u w:val="single"/>
          </w:rPr>
          <w:t>https://economictimes.indiatimes.com/tech/artificial-intelligence/meta-partners-with-hollywoods-blumhouse-to-test-out-its-ai-movie-generation-model/articleshow/114335489.cms</w:t>
        </w:r>
      </w:hyperlink>
      <w:r>
        <w:t xml:space="preserve"> - Mentions the experimental nature of Meta's current focus with Movie Gen and the importance of engaging with the creative community for responsible deployment.</w:t>
      </w:r>
      <w:r/>
    </w:p>
    <w:p>
      <w:pPr>
        <w:pStyle w:val="ListNumber"/>
        <w:spacing w:line="240" w:lineRule="auto"/>
        <w:ind w:left="720"/>
      </w:pPr>
      <w:r/>
      <w:hyperlink r:id="rId11">
        <w:r>
          <w:rPr>
            <w:color w:val="0000EE"/>
            <w:u w:val="single"/>
          </w:rPr>
          <w:t>https://www.bworldonline.com/arts-and-leisure/2024/10/22/629529/meta-partners-with-hollywoods-blumhouse-to-test-out-its-ai-movie-generation-model/</w:t>
        </w:r>
      </w:hyperlink>
      <w:r>
        <w:t xml:space="preserve"> - Highlights the use of Movie Gen by filmmakers like Aneesh Chaganty and the potential implications for the future of human creatives in the industry.</w:t>
      </w:r>
      <w:r/>
    </w:p>
    <w:p>
      <w:pPr>
        <w:pStyle w:val="ListNumber"/>
        <w:spacing w:line="240" w:lineRule="auto"/>
        <w:ind w:left="720"/>
      </w:pPr>
      <w:r/>
      <w:hyperlink r:id="rId14">
        <w:r>
          <w:rPr>
            <w:color w:val="0000EE"/>
            <w:u w:val="single"/>
          </w:rPr>
          <w:t>https://dig.watch/updates/meta-and-blumhouse-test-ai-video-tool-for-filmmakers</w:t>
        </w:r>
      </w:hyperlink>
      <w:r>
        <w:t xml:space="preserve"> - Discusses the specific example of Aneesh Chaganty's short film 'i h8 ai' and how it demonstrates the capabilities and concerns surrounding AI in film production.</w:t>
      </w:r>
      <w:r/>
    </w:p>
    <w:p>
      <w:pPr>
        <w:pStyle w:val="ListNumber"/>
        <w:spacing w:line="240" w:lineRule="auto"/>
        <w:ind w:left="720"/>
      </w:pPr>
      <w:r/>
      <w:hyperlink r:id="rId10">
        <w:r>
          <w:rPr>
            <w:color w:val="0000EE"/>
            <w:u w:val="single"/>
          </w:rPr>
          <w:t>https://economictimes.indiatimes.com/tech/artificial-intelligence/meta-partners-with-hollywoods-blumhouse-to-test-out-its-ai-movie-generation-model/articleshow/114335489.cms</w:t>
        </w:r>
      </w:hyperlink>
      <w:r>
        <w:t xml:space="preserve"> - Addresses the mixed reactions to the technology, including concerns about AI potentially supplanting human elements in creative projects.</w:t>
      </w:r>
      <w:r/>
    </w:p>
    <w:p>
      <w:pPr>
        <w:pStyle w:val="ListNumber"/>
        <w:spacing w:line="240" w:lineRule="auto"/>
        <w:ind w:left="720"/>
      </w:pPr>
      <w:r/>
      <w:hyperlink r:id="rId12">
        <w:r>
          <w:rPr>
            <w:color w:val="0000EE"/>
            <w:u w:val="single"/>
          </w:rPr>
          <w:t>https://www.reuters.com/technology/artificial-intelligence/meta-partners-with-hollywoods-blumhouse-test-out-its-ai-movie-generation-model-2024-10-17/</w:t>
        </w:r>
      </w:hyperlink>
      <w:r>
        <w:t xml:space="preserve"> - Mentions the ongoing debate over the integration of AI in creative industries and the challenges it presents to traditional filmmaking roles.</w:t>
      </w:r>
      <w:r/>
    </w:p>
    <w:p>
      <w:pPr>
        <w:pStyle w:val="ListNumber"/>
        <w:spacing w:line="240" w:lineRule="auto"/>
        <w:ind w:left="720"/>
      </w:pPr>
      <w:r/>
      <w:hyperlink r:id="rId13">
        <w:r>
          <w:rPr>
            <w:color w:val="0000EE"/>
            <w:u w:val="single"/>
          </w:rPr>
          <w:t>https://dig.watch/updates/meta-unveils-movie-gen-in-collaboration-with-blumhouse</w:t>
        </w:r>
      </w:hyperlink>
      <w:r>
        <w:t xml:space="preserve"> - Notes the broader context of AI partnerships in the film industry, including other collaborations like Lions Gate Entertainment with an AI startup.</w:t>
      </w:r>
      <w:r/>
    </w:p>
    <w:p>
      <w:pPr>
        <w:pStyle w:val="ListNumber"/>
        <w:spacing w:line="240" w:lineRule="auto"/>
        <w:ind w:left="720"/>
      </w:pPr>
      <w:r/>
      <w:hyperlink r:id="rId15">
        <w:r>
          <w:rPr>
            <w:color w:val="0000EE"/>
            <w:u w:val="single"/>
          </w:rPr>
          <w:t>https://ihorror.com/blumhouse-teams-with-ai-company-to-explore-future-possibilities/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artificial-intelligence/meta-partners-with-hollywoods-blumhouse-to-test-out-its-ai-movie-generation-model/articleshow/114335489.cms" TargetMode="External"/><Relationship Id="rId11" Type="http://schemas.openxmlformats.org/officeDocument/2006/relationships/hyperlink" Target="https://www.bworldonline.com/arts-and-leisure/2024/10/22/629529/meta-partners-with-hollywoods-blumhouse-to-test-out-its-ai-movie-generation-model/" TargetMode="External"/><Relationship Id="rId12" Type="http://schemas.openxmlformats.org/officeDocument/2006/relationships/hyperlink" Target="https://www.reuters.com/technology/artificial-intelligence/meta-partners-with-hollywoods-blumhouse-test-out-its-ai-movie-generation-model-2024-10-17/" TargetMode="External"/><Relationship Id="rId13" Type="http://schemas.openxmlformats.org/officeDocument/2006/relationships/hyperlink" Target="https://dig.watch/updates/meta-unveils-movie-gen-in-collaboration-with-blumhouse" TargetMode="External"/><Relationship Id="rId14" Type="http://schemas.openxmlformats.org/officeDocument/2006/relationships/hyperlink" Target="https://dig.watch/updates/meta-and-blumhouse-test-ai-video-tool-for-filmmakers" TargetMode="External"/><Relationship Id="rId15" Type="http://schemas.openxmlformats.org/officeDocument/2006/relationships/hyperlink" Target="https://ihorror.com/blumhouse-teams-with-ai-company-to-explore-future-possi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