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Lumen Technologies and Meta Platforms announce strategic partnership to enhance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technology and telecommunications sectors, Lumen Technologies, Inc. has seen a marked increase in its stock price after announcing a strategic partnership with Meta Platforms, Inc. The collaboration aims to substantially boost Meta’s network capacity to support its growing artificial intelligence (AI) initiatives. This alliance comes at a pivotal time for both companies as they look to expand their technological capabilities in a rapidly evolving digital landscape.</w:t>
      </w:r>
      <w:r/>
    </w:p>
    <w:p>
      <w:r/>
      <w:r>
        <w:t>Lumen Technologies, known for providing network services, fibre infrastructure, and internet services, has teamed up with Meta, the parent company of social media behemoths like Facebook and Instagram. The essence of this partnership lies in Lumen’s provision of a secure and adaptable bandwidth solution that caters to Meta's sophisticated computing requirements. Such infrastructure is crucial for Meta as it extends AI functionalities across its platforms, which serve billions of users worldwide every day.</w:t>
      </w:r>
      <w:r/>
    </w:p>
    <w:p>
      <w:r/>
      <w:r>
        <w:t>Commenting on the partnership, Ashley Haynes-Gaspar, Lumen’s Executive Vice President and Chief Revenue Officer, noted, "We’ve transformed our company to meet this demand. As Meta’s customers use more AI services across its platforms, we’re helping provide Meta with a seamless, effortless, and flexible network that will meet its growing needs." This statement highlights Lumen's strategic shift to accommodate the demanding needs of AI operations.</w:t>
      </w:r>
      <w:r/>
    </w:p>
    <w:p>
      <w:r/>
      <w:r>
        <w:t>The technology enabling this monumental increase in capacity is Lumen’s Private Connectivity Fabric, which is set to provide long-term infrastructure solutions tailored to Meta’s AI.</w:t>
      </w:r>
      <w:r/>
    </w:p>
    <w:p>
      <w:r/>
      <w:r>
        <w:t>Elaborating on the potential impact of this partnership, Alex-Handrah Aimé, Meta’s Director of Network Investments, expressed that Meta's AI tools have been tasked with increasingly complex functions. These include enabling multilingual conversations and real-time text-to-image translations, which aim to enhance user interaction by integrating more immersive ways of engaging with technology.</w:t>
      </w:r>
      <w:r/>
    </w:p>
    <w:p>
      <w:r/>
      <w:r>
        <w:t>The announcement of this partnership has had immediate effects on the stock market, with Lumen’s shares rising significantly by 9.50%, trading at $7.38 at the last recorded check on Monday. This boost reflects investor optimism regarding the strategic collaboration and its potential to enhance both companies’ growth trajectories.</w:t>
      </w:r>
      <w:r/>
    </w:p>
    <w:p>
      <w:r/>
      <w:r>
        <w:t>Investors interested in gaining exposure to Lumen Technologies can do so through Invesco S&amp;P SmallCap Utilities &amp; Communication Services ETF (PSCU) and First Trust Cloud Computing ETF (SKYY), which include Lumen within their investment portfolios.</w:t>
      </w:r>
      <w:r/>
    </w:p>
    <w:p>
      <w:r/>
      <w:r>
        <w:t>Lumen Technologies is set to report its third-quarter results for 2024 on November 5, 2024, which will likely offer more insights into the progress and impact of this partnership.</w:t>
      </w:r>
      <w:r/>
    </w:p>
    <w:p>
      <w:r/>
      <w:r>
        <w:t>This announcement serves as a testament to the growing importance and reliance on robust network systems as companies integrate AI more deeply into their operations, heralding a new era of technological advancements and user engagement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https://www.gurufocus.com/news/2560656/lumn-stock-rises-on-meta-ai-partnership-announcement</w:t>
        </w:r>
      </w:hyperlink>
      <w:r>
        <w:t xml:space="preserve"> - Corroborates the partnership between Lumen and Meta to enhance Meta's network capacity for AI initiatives and the impact on Lumen's stock price.</w:t>
      </w:r>
      <w:r/>
    </w:p>
    <w:p>
      <w:pPr>
        <w:pStyle w:val="ListNumber"/>
        <w:spacing w:line="240" w:lineRule="auto"/>
        <w:ind w:left="720"/>
      </w:pPr>
      <w:r/>
      <w:hyperlink r:id="rId11">
        <w:r>
          <w:rPr>
            <w:color w:val="0000EE"/>
            <w:u w:val="single"/>
          </w:rPr>
          <w:t>https://finance.yahoo.com/news/lumen-stock-jumps-meta-ai-132053899.html</w:t>
        </w:r>
      </w:hyperlink>
      <w:r>
        <w:t xml:space="preserve"> - Details the strategic partnership and its aim to boost Meta's network capacity, as well as the use of Lumen's Private Connectivity Fabric.</w:t>
      </w:r>
      <w:r/>
    </w:p>
    <w:p>
      <w:pPr>
        <w:pStyle w:val="ListNumber"/>
        <w:spacing w:line="240" w:lineRule="auto"/>
        <w:ind w:left="720"/>
      </w:pPr>
      <w:r/>
      <w:hyperlink r:id="rId12">
        <w:r>
          <w:rPr>
            <w:color w:val="0000EE"/>
            <w:u w:val="single"/>
          </w:rPr>
          <w:t>https://www.investing.com/news/company-news/lumen-shares-hold-market-perform-rating-post-meta-deal-93CH-3673289</w:t>
        </w:r>
      </w:hyperlink>
      <w:r>
        <w:t xml:space="preserve"> - Provides context on the partnership's alignment with previous network infrastructure agreements and its impact on Lumen's stock rating.</w:t>
      </w:r>
      <w:r/>
    </w:p>
    <w:p>
      <w:pPr>
        <w:pStyle w:val="ListNumber"/>
        <w:spacing w:line="240" w:lineRule="auto"/>
        <w:ind w:left="720"/>
      </w:pPr>
      <w:r/>
      <w:hyperlink r:id="rId13">
        <w:r>
          <w:rPr>
            <w:color w:val="0000EE"/>
            <w:u w:val="single"/>
          </w:rPr>
          <w:t>https://finance.yahoo.com/news/lumen-meta-join-forces-boost-141120945.html</w:t>
        </w:r>
      </w:hyperlink>
      <w:r>
        <w:t xml:space="preserve"> - Explains the provision of secure and adaptable bandwidth by Lumen to support Meta's AI initiatives and the reaction of Lumen's stock price.</w:t>
      </w:r>
      <w:r/>
    </w:p>
    <w:p>
      <w:pPr>
        <w:pStyle w:val="ListNumber"/>
        <w:spacing w:line="240" w:lineRule="auto"/>
        <w:ind w:left="720"/>
      </w:pPr>
      <w:r/>
      <w:hyperlink r:id="rId14">
        <w:r>
          <w:rPr>
            <w:color w:val="0000EE"/>
            <w:u w:val="single"/>
          </w:rPr>
          <w:t>https://markets.businessinsider.com/news/stocks/lumen-s-meta-deal-already-likely-reflected-in-outlook-says-raymond-james-1033866010</w:t>
        </w:r>
      </w:hyperlink>
      <w:r>
        <w:t xml:space="preserve"> - Discusses Raymond James' perspective that the partnership details were likely already reflected in the market outlook and the lack of immediate rating changes.</w:t>
      </w:r>
      <w:r/>
    </w:p>
    <w:p>
      <w:pPr>
        <w:pStyle w:val="ListNumber"/>
        <w:spacing w:line="240" w:lineRule="auto"/>
        <w:ind w:left="720"/>
      </w:pPr>
      <w:r/>
      <w:hyperlink r:id="rId11">
        <w:r>
          <w:rPr>
            <w:color w:val="0000EE"/>
            <w:u w:val="single"/>
          </w:rPr>
          <w:t>https://finance.yahoo.com/news/lumen-stock-jumps-meta-ai-132053899.html</w:t>
        </w:r>
      </w:hyperlink>
      <w:r>
        <w:t xml:space="preserve"> - Quotes from Ashley Haynes-Gaspar and Alex-Handrah Aimé on the partnership's significance and the technological capabilities involved.</w:t>
      </w:r>
      <w:r/>
    </w:p>
    <w:p>
      <w:pPr>
        <w:pStyle w:val="ListNumber"/>
        <w:spacing w:line="240" w:lineRule="auto"/>
        <w:ind w:left="720"/>
      </w:pPr>
      <w:r/>
      <w:hyperlink r:id="rId10">
        <w:r>
          <w:rPr>
            <w:color w:val="0000EE"/>
            <w:u w:val="single"/>
          </w:rPr>
          <w:t>https://www.gurufocus.com/news/2560656/lumn-stock-rises-on-meta-ai-partnership-announcement</w:t>
        </w:r>
      </w:hyperlink>
      <w:r>
        <w:t xml:space="preserve"> - Details the financial implications and investor reactions to the partnership announcement, including the stock price increase.</w:t>
      </w:r>
      <w:r/>
    </w:p>
    <w:p>
      <w:pPr>
        <w:pStyle w:val="ListNumber"/>
        <w:spacing w:line="240" w:lineRule="auto"/>
        <w:ind w:left="720"/>
      </w:pPr>
      <w:r/>
      <w:hyperlink r:id="rId13">
        <w:r>
          <w:rPr>
            <w:color w:val="0000EE"/>
            <w:u w:val="single"/>
          </w:rPr>
          <w:t>https://finance.yahoo.com/news/lumen-meta-join-forces-boost-141120945.html</w:t>
        </w:r>
      </w:hyperlink>
      <w:r>
        <w:t xml:space="preserve"> - Mentions the specific technologies and infrastructure solutions provided by Lumen, such as the Private Connectivity Fabric.</w:t>
      </w:r>
      <w:r/>
    </w:p>
    <w:p>
      <w:pPr>
        <w:pStyle w:val="ListNumber"/>
        <w:spacing w:line="240" w:lineRule="auto"/>
        <w:ind w:left="720"/>
      </w:pPr>
      <w:r/>
      <w:hyperlink r:id="rId12">
        <w:r>
          <w:rPr>
            <w:color w:val="0000EE"/>
            <w:u w:val="single"/>
          </w:rPr>
          <w:t>https://www.investing.com/news/company-news/lumen-shares-hold-market-perform-rating-post-meta-deal-93CH-3673289</w:t>
        </w:r>
      </w:hyperlink>
      <w:r>
        <w:t xml:space="preserve"> - Provides information on Lumen's upcoming earnings call and the potential for further insights into the partnership's impact.</w:t>
      </w:r>
      <w:r/>
    </w:p>
    <w:p>
      <w:pPr>
        <w:pStyle w:val="ListNumber"/>
        <w:spacing w:line="240" w:lineRule="auto"/>
        <w:ind w:left="720"/>
      </w:pPr>
      <w:r/>
      <w:hyperlink r:id="rId11">
        <w:r>
          <w:rPr>
            <w:color w:val="0000EE"/>
            <w:u w:val="single"/>
          </w:rPr>
          <w:t>https://finance.yahoo.com/news/lumen-stock-jumps-meta-ai-132053899.html</w:t>
        </w:r>
      </w:hyperlink>
      <w:r>
        <w:t xml:space="preserve"> - Highlights the growing importance of robust network systems for AI integration and user engagement strategies.</w:t>
      </w:r>
      <w:r/>
    </w:p>
    <w:p>
      <w:pPr>
        <w:pStyle w:val="ListNumber"/>
        <w:spacing w:line="240" w:lineRule="auto"/>
        <w:ind w:left="720"/>
      </w:pPr>
      <w:r/>
      <w:hyperlink r:id="rId13">
        <w:r>
          <w:rPr>
            <w:color w:val="0000EE"/>
            <w:u w:val="single"/>
          </w:rPr>
          <w:t>https://finance.yahoo.com/news/lumen-meta-join-forces-boost-141120945.html</w:t>
        </w:r>
      </w:hyperlink>
      <w:r>
        <w:t xml:space="preserve"> - Suggests investment options for exposure to Lumen Technologies through specific ETFs like PSCU and SKYY.</w:t>
      </w:r>
      <w:r/>
    </w:p>
    <w:p>
      <w:pPr>
        <w:pStyle w:val="ListNumber"/>
        <w:spacing w:line="240" w:lineRule="auto"/>
        <w:ind w:left="720"/>
      </w:pPr>
      <w:r/>
      <w:hyperlink r:id="rId15">
        <w:r>
          <w:rPr>
            <w:color w:val="0000EE"/>
            <w:u w:val="single"/>
          </w:rPr>
          <w:t>https://www.benzinga.com/markets/equities/24/10/41429423/lumen-and-meta-join-forces-to-boost-ai-with-flexible-on-demand-network-solutions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rufocus.com/news/2560656/lumn-stock-rises-on-meta-ai-partnership-announcement" TargetMode="External"/><Relationship Id="rId11" Type="http://schemas.openxmlformats.org/officeDocument/2006/relationships/hyperlink" Target="https://finance.yahoo.com/news/lumen-stock-jumps-meta-ai-132053899.html" TargetMode="External"/><Relationship Id="rId12" Type="http://schemas.openxmlformats.org/officeDocument/2006/relationships/hyperlink" Target="https://www.investing.com/news/company-news/lumen-shares-hold-market-perform-rating-post-meta-deal-93CH-3673289" TargetMode="External"/><Relationship Id="rId13" Type="http://schemas.openxmlformats.org/officeDocument/2006/relationships/hyperlink" Target="https://finance.yahoo.com/news/lumen-meta-join-forces-boost-141120945.html" TargetMode="External"/><Relationship Id="rId14" Type="http://schemas.openxmlformats.org/officeDocument/2006/relationships/hyperlink" Target="https://markets.businessinsider.com/news/stocks/lumen-s-meta-deal-already-likely-reflected-in-outlook-says-raymond-james-1033866010" TargetMode="External"/><Relationship Id="rId15" Type="http://schemas.openxmlformats.org/officeDocument/2006/relationships/hyperlink" Target="https://www.benzinga.com/markets/equities/24/10/41429423/lumen-and-meta-join-forces-to-boost-ai-with-flexible-on-demand-network-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