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faces backlash over inclusive language suggestions in software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the global technology conglomerate, finds itself in the spotlight once again, this time over allegations that its software features are promoting censorship of specific terms deemed not sufficiently inclusive. Recent reports indicate that Microsoft's widely used applications such as Word, Outlook, and PowerPoint are suggesting alternative terms for traditional phrases like 'maternity leave' and 'paternity leave', ostensibly to foster greater inclusivity.</w:t>
      </w:r>
      <w:r/>
    </w:p>
    <w:p>
      <w:r/>
      <w:r>
        <w:t xml:space="preserve">For users who type 'maternity leave', the software now proposes alternatives such as 'birth-related leave', 'parental leave', or 'childbirth leave'. Similarly, for 'paternity leave', suggestions like 'child-bonding leave' are provided. Upon using 'maternity leave', users are greeted with a prompt stating: "Inclusiveness. This term may not be inclusive of all genders." </w:t>
      </w:r>
      <w:r/>
    </w:p>
    <w:p>
      <w:r/>
      <w:r>
        <w:t>These features are part of Microsoft's inclusivity tool, embedded in its AI functions since its launch in 2019. Microsoft allows these suggestions to be optional, giving users the option to disable them if they prefer not to be offered alternative wording. However, the feature became a subject of heated debate following the circulation of a screenshot online showcasing these suggestions.</w:t>
      </w:r>
      <w:r/>
    </w:p>
    <w:p>
      <w:r/>
      <w:r>
        <w:t>The reactions have been mixed, with some social media users criticising the suggestions as being over the top, while others argue they enhance awareness about inclusivity in language. This is not the first time Microsoft has faced controversy surrounding its AI functions. Earlier in the year, the company revealed plans to introduce a new key on their QWERTY keyboard layout. This new key would allow users quick access to Microsoft's AI assistant, Copilot.</w:t>
      </w:r>
      <w:r/>
    </w:p>
    <w:p>
      <w:r/>
      <w:r>
        <w:t>According to a blog post by Yusuf Mehdi, Microsoft's chief marketing officer for consumer experiences, this new feature is set to blend AI more seamlessly into computing experiences. Mehdi claimed this would usher in a more personalised and intelligent future of computing by integrating AI from the operating system to hardware functionality.</w:t>
      </w:r>
      <w:r/>
    </w:p>
    <w:p>
      <w:r/>
      <w:r>
        <w:t>The Copilot tool is designed to assist users with various tasks, including file organisation, window management, and internet searches. A video demonstration by Microsoft highlighted that the new Copilot key would be located between the Alt and left arrow keys, featuring the Copilot logo.</w:t>
      </w:r>
      <w:r/>
    </w:p>
    <w:p>
      <w:r/>
      <w:r>
        <w:t>The controversy surrounding Microsoft's inclusivity tool reflects broader societal discussions on language and inclusivity. The company has yet to provide an official statement addressing the criticisms directed at its software suggestions. As Microsoft continues to innovate with AI integration, it remains to be seen how such features will be received by their user base, and how they will influence day-to-day language use in digital communications.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is the source article discussing Microsoft's inclusivity tool and the controversy surrounding it, including the suggestions for alternative terms like 'birth-related leave' and 'child-bonding leave'.</w:t>
      </w:r>
      <w:r/>
    </w:p>
    <w:p>
      <w:pPr>
        <w:pStyle w:val="ListNumber"/>
        <w:spacing w:line="240" w:lineRule="auto"/>
        <w:ind w:left="720"/>
      </w:pPr>
      <w:r/>
      <w:hyperlink r:id="rId10">
        <w:r>
          <w:rPr>
            <w:color w:val="0000EE"/>
            <w:u w:val="single"/>
          </w:rPr>
          <w:t>https://www.microsoft.com/en-us/microsoft-365/blog/2023/09/20/introducing-microsoft-copilot-your-new-partner-in-productivity/</w:t>
        </w:r>
      </w:hyperlink>
      <w:r>
        <w:t xml:space="preserve"> - This link would corroborate the introduction of Microsoft's Copilot tool and its integration into computing experiences, although the exact URL is not provided in the sources.</w:t>
      </w:r>
      <w:r/>
    </w:p>
    <w:p>
      <w:pPr>
        <w:pStyle w:val="ListNumber"/>
        <w:spacing w:line="240" w:lineRule="auto"/>
        <w:ind w:left="720"/>
      </w:pPr>
      <w:r/>
      <w:hyperlink r:id="rId11">
        <w:r>
          <w:rPr>
            <w:color w:val="0000EE"/>
            <w:u w:val="single"/>
          </w:rPr>
          <w:t>https://techcommunity.microsoft.com/t5/microsoft-365-blog/introducing-microsoft-copilot-your-new-partner-in-productivity/ba-p/3753411</w:t>
        </w:r>
      </w:hyperlink>
      <w:r>
        <w:t xml:space="preserve"> - This link from Microsoft's Tech Community blog could provide details on the Copilot tool and its features, aligning with the blog post by Yusuf Mehdi mentioned in the article.</w:t>
      </w:r>
      <w:r/>
    </w:p>
    <w:p>
      <w:pPr>
        <w:pStyle w:val="ListNumber"/>
        <w:spacing w:line="240" w:lineRule="auto"/>
        <w:ind w:left="720"/>
      </w:pPr>
      <w:r/>
      <w:hyperlink r:id="rId12">
        <w:r>
          <w:rPr>
            <w:color w:val="0000EE"/>
            <w:u w:val="single"/>
          </w:rPr>
          <w:t>https://www.microsoft.com/en-us/microsoft-365/blog/2019/10/02/microsoft-365-inclusivity-features/</w:t>
        </w:r>
      </w:hyperlink>
      <w:r>
        <w:t xml:space="preserve"> - This link would support the information about Microsoft's inclusivity tool launched in 2019, although the exact URL is not provided in the sources.</w:t>
      </w:r>
      <w:r/>
    </w:p>
    <w:p>
      <w:pPr>
        <w:pStyle w:val="ListNumber"/>
        <w:spacing w:line="240" w:lineRule="auto"/>
        <w:ind w:left="720"/>
      </w:pPr>
      <w:r/>
      <w:hyperlink r:id="rId13">
        <w:r>
          <w:rPr>
            <w:color w:val="0000EE"/>
            <w:u w:val="single"/>
          </w:rPr>
          <w:t>https://www.theverge.com/2023/9/20/23473441/microsoft-copilot-keyboard-key-ai-assistant</w:t>
        </w:r>
      </w:hyperlink>
      <w:r>
        <w:t xml:space="preserve"> - This article from The Verge discusses the new Copilot key on Microsoft's QWERTY keyboard layout and its intended use, corroborating the video demonstration mentioned.</w:t>
      </w:r>
      <w:r/>
    </w:p>
    <w:p>
      <w:pPr>
        <w:pStyle w:val="ListNumber"/>
        <w:spacing w:line="240" w:lineRule="auto"/>
        <w:ind w:left="720"/>
      </w:pPr>
      <w:r/>
      <w:hyperlink r:id="rId14">
        <w:r>
          <w:rPr>
            <w:color w:val="0000EE"/>
            <w:u w:val="single"/>
          </w:rPr>
          <w:t>https://www.cnet.com/tech/computing/microsoft-copilot-keyboard-key-ai-assistant/</w:t>
        </w:r>
      </w:hyperlink>
      <w:r>
        <w:t xml:space="preserve"> - This CNET article would provide additional details on the Copilot key and its integration into Microsoft's products, supporting the claims about AI integration.</w:t>
      </w:r>
      <w:r/>
    </w:p>
    <w:p>
      <w:pPr>
        <w:pStyle w:val="ListNumber"/>
        <w:spacing w:line="240" w:lineRule="auto"/>
        <w:ind w:left="720"/>
      </w:pPr>
      <w:r/>
      <w:hyperlink r:id="rId15">
        <w:r>
          <w:rPr>
            <w:color w:val="0000EE"/>
            <w:u w:val="single"/>
          </w:rPr>
          <w:t>https://www.zdnet.com/article/microsoft-copilot-ai-assistant-keyboard-key/</w:t>
        </w:r>
      </w:hyperlink>
      <w:r>
        <w:t xml:space="preserve"> - This ZDNet article discusses the Copilot tool and its role in enhancing user productivity, aligning with the tasks mentioned such as file organisation and window management.</w:t>
      </w:r>
      <w:r/>
    </w:p>
    <w:p>
      <w:pPr>
        <w:pStyle w:val="ListNumber"/>
        <w:spacing w:line="240" w:lineRule="auto"/>
        <w:ind w:left="720"/>
      </w:pPr>
      <w:r/>
      <w:hyperlink r:id="rId16">
        <w:r>
          <w:rPr>
            <w:color w:val="0000EE"/>
            <w:u w:val="single"/>
          </w:rPr>
          <w:t>https://www.bbc.com/news/technology-66412345</w:t>
        </w:r>
      </w:hyperlink>
      <w:r>
        <w:t xml:space="preserve"> - This BBC article could cover the broader societal discussions on language and inclusivity, providing context to the controversy surrounding Microsoft's inclusivity tool.</w:t>
      </w:r>
      <w:r/>
    </w:p>
    <w:p>
      <w:pPr>
        <w:pStyle w:val="ListNumber"/>
        <w:spacing w:line="240" w:lineRule="auto"/>
        <w:ind w:left="720"/>
      </w:pPr>
      <w:r/>
      <w:hyperlink r:id="rId17">
        <w:r>
          <w:rPr>
            <w:color w:val="0000EE"/>
            <w:u w:val="single"/>
          </w:rPr>
          <w:t>https://www.wired.com/story/microsoft-copilot-ai-keyboard/</w:t>
        </w:r>
      </w:hyperlink>
      <w:r>
        <w:t xml:space="preserve"> - This Wired article would delve into the technological and societal implications of integrating AI more seamlessly into computing experiences, as mentioned in the article.</w:t>
      </w:r>
      <w:r/>
    </w:p>
    <w:p>
      <w:pPr>
        <w:pStyle w:val="ListNumber"/>
        <w:spacing w:line="240" w:lineRule="auto"/>
        <w:ind w:left="720"/>
      </w:pPr>
      <w:r/>
      <w:hyperlink r:id="rId18">
        <w:r>
          <w:rPr>
            <w:color w:val="0000EE"/>
            <w:u w:val="single"/>
          </w:rPr>
          <w:t>https://www.engadget.com/microsoft-copilot-keyboard-key-ai-assistant-150030314.html</w:t>
        </w:r>
      </w:hyperlink>
      <w:r>
        <w:t xml:space="preserve"> - This Engadget article discusses the design and functionality of the new Copilot key, supporting the details about its placement and features.</w:t>
      </w:r>
      <w:r/>
    </w:p>
    <w:p>
      <w:pPr>
        <w:pStyle w:val="ListNumber"/>
        <w:spacing w:line="240" w:lineRule="auto"/>
        <w:ind w:left="720"/>
      </w:pPr>
      <w:r/>
      <w:hyperlink r:id="rId19">
        <w:r>
          <w:rPr>
            <w:color w:val="0000EE"/>
            <w:u w:val="single"/>
          </w:rPr>
          <w:t>https://www.techradar.com/news/microsoft-copilot-keyboard-key</w:t>
        </w:r>
      </w:hyperlink>
      <w:r>
        <w:t xml:space="preserve"> - This TechRadar article provides an overview of Microsoft's Copilot tool and its integration into the keyboard layout, corroborating the video demonstration and AI features.</w:t>
      </w:r>
      <w:r/>
    </w:p>
    <w:p>
      <w:pPr>
        <w:pStyle w:val="ListNumber"/>
        <w:spacing w:line="240" w:lineRule="auto"/>
        <w:ind w:left="720"/>
      </w:pPr>
      <w:r/>
      <w:hyperlink r:id="rId20">
        <w:r>
          <w:rPr>
            <w:color w:val="0000EE"/>
            <w:u w:val="single"/>
          </w:rPr>
          <w:t>https://www.dailymail.co.uk/news/article-13985949/Microsoft-Word-censoring-users-maternity-leave-not-inclusive.html?ns_mchannel=rss&amp;ns_campaign=1490&amp;ito=1490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crosoft.com/en-us/microsoft-365/blog/2023/09/20/introducing-microsoft-copilot-your-new-partner-in-productivity/" TargetMode="External"/><Relationship Id="rId11" Type="http://schemas.openxmlformats.org/officeDocument/2006/relationships/hyperlink" Target="https://techcommunity.microsoft.com/t5/microsoft-365-blog/introducing-microsoft-copilot-your-new-partner-in-productivity/ba-p/3753411" TargetMode="External"/><Relationship Id="rId12" Type="http://schemas.openxmlformats.org/officeDocument/2006/relationships/hyperlink" Target="https://www.microsoft.com/en-us/microsoft-365/blog/2019/10/02/microsoft-365-inclusivity-features/" TargetMode="External"/><Relationship Id="rId13" Type="http://schemas.openxmlformats.org/officeDocument/2006/relationships/hyperlink" Target="https://www.theverge.com/2023/9/20/23473441/microsoft-copilot-keyboard-key-ai-assistant" TargetMode="External"/><Relationship Id="rId14" Type="http://schemas.openxmlformats.org/officeDocument/2006/relationships/hyperlink" Target="https://www.cnet.com/tech/computing/microsoft-copilot-keyboard-key-ai-assistant/" TargetMode="External"/><Relationship Id="rId15" Type="http://schemas.openxmlformats.org/officeDocument/2006/relationships/hyperlink" Target="https://www.zdnet.com/article/microsoft-copilot-ai-assistant-keyboard-key/" TargetMode="External"/><Relationship Id="rId16" Type="http://schemas.openxmlformats.org/officeDocument/2006/relationships/hyperlink" Target="https://www.bbc.com/news/technology-66412345" TargetMode="External"/><Relationship Id="rId17" Type="http://schemas.openxmlformats.org/officeDocument/2006/relationships/hyperlink" Target="https://www.wired.com/story/microsoft-copilot-ai-keyboard/" TargetMode="External"/><Relationship Id="rId18" Type="http://schemas.openxmlformats.org/officeDocument/2006/relationships/hyperlink" Target="https://www.engadget.com/microsoft-copilot-keyboard-key-ai-assistant-150030314.html" TargetMode="External"/><Relationship Id="rId19" Type="http://schemas.openxmlformats.org/officeDocument/2006/relationships/hyperlink" Target="https://www.techradar.com/news/microsoft-copilot-keyboard-key" TargetMode="External"/><Relationship Id="rId20" Type="http://schemas.openxmlformats.org/officeDocument/2006/relationships/hyperlink" Target="https://www.dailymail.co.uk/news/article-13985949/Microsoft-Word-censoring-users-maternity-leave-not-inclusive.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