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terms of service by X raise concerns over data usage and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Terms of Service by X Raise Concerns Over Data Usage and AI Training</w:t>
      </w:r>
      <w:r/>
    </w:p>
    <w:p>
      <w:r/>
      <w:r>
        <w:t>New York, USA – The social media platform X, previously known as Twitter, recently announced updates to its terms of service that have sparked widespread concern among its users. Scheduled to take effect on November 15, the revised terms grant the platform an expansive license to utilise user-generated content globally. Notably, X will have the ability to employ this content for purposes such as training machine learning and artificial intelligence (AI) models, a move that is raising eyebrows among creators and privacy advocates alike.</w:t>
      </w:r>
      <w:r/>
    </w:p>
    <w:p>
      <w:r/>
      <w:r>
        <w:t>The key change states that by posting on or through its services, users permit X a worldwide, non-exclusive, royalty-free license to make their content accessible globally. This includes the right to analyse the content for AI model training, whether generative or otherwise. In essence, continued use of the platform signifies users' agreement to these terms, allowing X to potentially use their data without additional consent.</w:t>
      </w:r>
      <w:r/>
    </w:p>
    <w:p>
      <w:r/>
      <w:r>
        <w:t>Creative professionals, particularly artists using the platform, have expressed concerns about their work being used to train AI models, which could, theoretically, replace human creativity in the future. Additionally, there are growing fears surrounding the potential misuse of personal information, with some users already removing personal photos from their feeds to avoid being part of these AI datasets.</w:t>
      </w:r>
      <w:r/>
    </w:p>
    <w:p>
      <w:r/>
      <w:r>
        <w:t>Significantly, the updated terms stipulate that any disputes will be resolved in the US District Court for the Northern District of Texas or state courts in Tarrant County, Texas. This presents a logistical challenge for disputants, given Tarrant County's location over 100 miles from X's headquarters outside Austin, Texas. This decision might affect users in terms of accessibility to legal recourse, especially if they disagree with these updated practices.</w:t>
      </w:r>
      <w:r/>
    </w:p>
    <w:p>
      <w:r/>
      <w:r>
        <w:t>The platform’s proprietary AI chatbot, Grok, has previously come under scrutiny for propagating incorrect information about political events and generating misleading images of prominent figures. This update adds another layer of complexity to the ongoing discussion about AI ethics and information integrity.</w:t>
      </w:r>
      <w:r/>
    </w:p>
    <w:p>
      <w:r/>
      <w:r>
        <w:t>Prior to this update, users had the option to opt out of data sharing for AI training through the platform's privacy settings. This could be accessed under the “data sharing and personalization” settings, specifically concerning Grok. However, it remains uncertain whether the updated terms nullify this opt-out provision, as the current terms do not differentiate between different types of user accounts, including private ones, in licensing their data.</w:t>
      </w:r>
      <w:r/>
    </w:p>
    <w:p>
      <w:r/>
      <w:r>
        <w:t>Alex Fink, CEO of Otherweb, a platform focused on combating misinformation using AI, highlighted that while broad content licensing is a common practice among social media platforms, X's transparency about its intentions is notable. However, Fink also pointed out that legal terms often provide companies more operational flexibility than what might be evident in user interfaces and settings.</w:t>
      </w:r>
      <w:r/>
    </w:p>
    <w:p>
      <w:r/>
      <w:r>
        <w:t>The update poses unanswered questions about user autonomy concerning personal data and further accentuates the broader debate on privacy in the digital age. As the implementation date looms, users will likely continue to appraise their stance regarding their engagement with the platform under the new terms.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https://www.techtimes.com/articles/307949/20241021/xs-new-terms-spark-outrage-your-tweets-will-train-ai-whether-you-like-it-not.htm</w:t>
        </w:r>
      </w:hyperlink>
      <w:r>
        <w:t xml:space="preserve"> - This article explains the new terms of service by X, including the use of user content for training AI models and the concerns raised by creative professionals and users about data privacy.</w:t>
      </w:r>
      <w:r/>
    </w:p>
    <w:p>
      <w:pPr>
        <w:pStyle w:val="ListNumber"/>
        <w:spacing w:line="240" w:lineRule="auto"/>
        <w:ind w:left="720"/>
      </w:pPr>
      <w:r/>
      <w:hyperlink r:id="rId11">
        <w:r>
          <w:rPr>
            <w:color w:val="0000EE"/>
            <w:u w:val="single"/>
          </w:rPr>
          <w:t>https://x.com/en/tos</w:t>
        </w:r>
      </w:hyperlink>
      <w:r>
        <w:t xml:space="preserve"> - This is the official Terms of Service page of X, detailing the rights granted to X for using user content, including for AI model training, and the conditions under which this content can be shared.</w:t>
      </w:r>
      <w:r/>
    </w:p>
    <w:p>
      <w:pPr>
        <w:pStyle w:val="ListNumber"/>
        <w:spacing w:line="240" w:lineRule="auto"/>
        <w:ind w:left="720"/>
      </w:pPr>
      <w:r/>
      <w:hyperlink r:id="rId12">
        <w:r>
          <w:rPr>
            <w:color w:val="0000EE"/>
            <w:u w:val="single"/>
          </w:rPr>
          <w:t>https://techcrunch.com/2024/10/17/elon-musks-x-is-changing-its-privacy-policy-to-allow-third-parties-to-train-ai-on-your-posts/</w:t>
        </w:r>
      </w:hyperlink>
      <w:r>
        <w:t xml:space="preserve"> - This article discusses the updated privacy policy allowing third-party collaborators to train their AI models on X user data and the implications for user privacy and data control.</w:t>
      </w:r>
      <w:r/>
    </w:p>
    <w:p>
      <w:pPr>
        <w:pStyle w:val="ListNumber"/>
        <w:spacing w:line="240" w:lineRule="auto"/>
        <w:ind w:left="720"/>
      </w:pPr>
      <w:r/>
      <w:hyperlink r:id="rId13">
        <w:r>
          <w:rPr>
            <w:color w:val="0000EE"/>
            <w:u w:val="single"/>
          </w:rPr>
          <w:t>https://www.dailydot.com/debug/x-terms-and-conditions-ai-content/</w:t>
        </w:r>
      </w:hyperlink>
      <w:r>
        <w:t xml:space="preserve"> - This article highlights the new terms and conditions that permit X to use user content for AI training, the lack of clear opt-out options, and the reactions from users, especially artists and creatives.</w:t>
      </w:r>
      <w:r/>
    </w:p>
    <w:p>
      <w:pPr>
        <w:pStyle w:val="ListNumber"/>
        <w:spacing w:line="240" w:lineRule="auto"/>
        <w:ind w:left="720"/>
      </w:pPr>
      <w:r/>
      <w:hyperlink r:id="rId14">
        <w:r>
          <w:rPr>
            <w:color w:val="0000EE"/>
            <w:u w:val="single"/>
          </w:rPr>
          <w:t>https://amp.cnn.com/cnn/2024/10/21/tech/x-twitter-terms-of-service</w:t>
        </w:r>
      </w:hyperlink>
      <w:r>
        <w:t xml:space="preserve"> - This CNN article details the changes in X's terms of service, including the global license for content use in AI training, concerns from creative professionals, and the logistical challenges for disputants in Texas courts.</w:t>
      </w:r>
      <w:r/>
    </w:p>
    <w:p>
      <w:pPr>
        <w:pStyle w:val="ListNumber"/>
        <w:spacing w:line="240" w:lineRule="auto"/>
        <w:ind w:left="720"/>
      </w:pPr>
      <w:r/>
      <w:hyperlink r:id="rId10">
        <w:r>
          <w:rPr>
            <w:color w:val="0000EE"/>
            <w:u w:val="single"/>
          </w:rPr>
          <w:t>https://www.techtimes.com/articles/307949/20241021/xs-new-terms-spark-outrage-your-tweets-will-train-ai-whether-you-like-it-not.htm</w:t>
        </w:r>
      </w:hyperlink>
      <w:r>
        <w:t xml:space="preserve"> - This article mentions the previous ability to opt out of data sharing for AI training and the uncertainty about whether this option remains under the new terms.</w:t>
      </w:r>
      <w:r/>
    </w:p>
    <w:p>
      <w:pPr>
        <w:pStyle w:val="ListNumber"/>
        <w:spacing w:line="240" w:lineRule="auto"/>
        <w:ind w:left="720"/>
      </w:pPr>
      <w:r/>
      <w:hyperlink r:id="rId11">
        <w:r>
          <w:rPr>
            <w:color w:val="0000EE"/>
            <w:u w:val="single"/>
          </w:rPr>
          <w:t>https://x.com/en/tos</w:t>
        </w:r>
      </w:hyperlink>
      <w:r>
        <w:t xml:space="preserve"> - The official terms of service outline the broad licensing rights granted to X, including the right to analyze and use content for AI model training without compensation to users.</w:t>
      </w:r>
      <w:r/>
    </w:p>
    <w:p>
      <w:pPr>
        <w:pStyle w:val="ListNumber"/>
        <w:spacing w:line="240" w:lineRule="auto"/>
        <w:ind w:left="720"/>
      </w:pPr>
      <w:r/>
      <w:hyperlink r:id="rId12">
        <w:r>
          <w:rPr>
            <w:color w:val="0000EE"/>
            <w:u w:val="single"/>
          </w:rPr>
          <w:t>https://techcrunch.com/2024/10/17/elon-musks-x-is-changing-its-privacy-policy-to-allow-third-parties-to-train-ai-on-your-posts/</w:t>
        </w:r>
      </w:hyperlink>
      <w:r>
        <w:t xml:space="preserve"> - This article discusses the addition of a new section in the privacy policy regarding data retention and the potential for third-party use of user data for AI training.</w:t>
      </w:r>
      <w:r/>
    </w:p>
    <w:p>
      <w:pPr>
        <w:pStyle w:val="ListNumber"/>
        <w:spacing w:line="240" w:lineRule="auto"/>
        <w:ind w:left="720"/>
      </w:pPr>
      <w:r/>
      <w:hyperlink r:id="rId13">
        <w:r>
          <w:rPr>
            <w:color w:val="0000EE"/>
            <w:u w:val="single"/>
          </w:rPr>
          <w:t>https://www.dailydot.com/debug/x-terms-and-conditions-ai-content/</w:t>
        </w:r>
      </w:hyperlink>
      <w:r>
        <w:t xml:space="preserve"> - This article mentions the concerns about Grok, X's AI chatbot, and its previous controversies, as well as the potential for X to monetize user data through AI training.</w:t>
      </w:r>
      <w:r/>
    </w:p>
    <w:p>
      <w:pPr>
        <w:pStyle w:val="ListNumber"/>
        <w:spacing w:line="240" w:lineRule="auto"/>
        <w:ind w:left="720"/>
      </w:pPr>
      <w:r/>
      <w:hyperlink r:id="rId14">
        <w:r>
          <w:rPr>
            <w:color w:val="0000EE"/>
            <w:u w:val="single"/>
          </w:rPr>
          <w:t>https://amp.cnn.com/cnn/2024/10/21/tech/x-twitter-terms-of-service</w:t>
        </w:r>
      </w:hyperlink>
      <w:r>
        <w:t xml:space="preserve"> - This article highlights the logistical challenges for users who might dispute the new terms, given the specified courts in Texas and the distance from X's headquarters.</w:t>
      </w:r>
      <w:r/>
    </w:p>
    <w:p>
      <w:pPr>
        <w:pStyle w:val="ListNumber"/>
        <w:spacing w:line="240" w:lineRule="auto"/>
        <w:ind w:left="720"/>
      </w:pPr>
      <w:r/>
      <w:hyperlink r:id="rId10">
        <w:r>
          <w:rPr>
            <w:color w:val="0000EE"/>
            <w:u w:val="single"/>
          </w:rPr>
          <w:t>https://www.techtimes.com/articles/307949/20241021/xs-new-terms-spark-outrage-your-tweets-will-train-ai-whether-you-like-it-not.htm</w:t>
        </w:r>
      </w:hyperlink>
      <w:r>
        <w:t xml:space="preserve"> - This article quotes Alex Fink, CEO of Otherweb, on the transparency and operational flexibility provided by the new terms, despite the broader concerns about user autonomy and data privacy.</w:t>
      </w:r>
      <w:r/>
    </w:p>
    <w:p>
      <w:pPr>
        <w:pStyle w:val="ListNumber"/>
        <w:spacing w:line="240" w:lineRule="auto"/>
        <w:ind w:left="720"/>
      </w:pPr>
      <w:r/>
      <w:hyperlink r:id="rId15">
        <w:r>
          <w:rPr>
            <w:color w:val="0000EE"/>
            <w:u w:val="single"/>
          </w:rPr>
          <w:t>https://kion546.com/money/cnn-business-consumer/2024/10/21/x-changed-its-terms-of-service-to-let-its-ai-train-on-everyones-posts-now-users-are-up-in-arms/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imes.com/articles/307949/20241021/xs-new-terms-spark-outrage-your-tweets-will-train-ai-whether-you-like-it-not.htm" TargetMode="External"/><Relationship Id="rId11" Type="http://schemas.openxmlformats.org/officeDocument/2006/relationships/hyperlink" Target="https://x.com/en/tos" TargetMode="External"/><Relationship Id="rId12" Type="http://schemas.openxmlformats.org/officeDocument/2006/relationships/hyperlink" Target="https://techcrunch.com/2024/10/17/elon-musks-x-is-changing-its-privacy-policy-to-allow-third-parties-to-train-ai-on-your-posts/" TargetMode="External"/><Relationship Id="rId13" Type="http://schemas.openxmlformats.org/officeDocument/2006/relationships/hyperlink" Target="https://www.dailydot.com/debug/x-terms-and-conditions-ai-content/" TargetMode="External"/><Relationship Id="rId14" Type="http://schemas.openxmlformats.org/officeDocument/2006/relationships/hyperlink" Target="https://amp.cnn.com/cnn/2024/10/21/tech/x-twitter-terms-of-service" TargetMode="External"/><Relationship Id="rId15" Type="http://schemas.openxmlformats.org/officeDocument/2006/relationships/hyperlink" Target="https://kion546.com/money/cnn-business-consumer/2024/10/21/x-changed-its-terms-of-service-to-let-its-ai-train-on-everyones-posts-now-users-are-up-in-a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