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Nigel Xavier launches innovative Super Fan campaign blending sports and sustainable fashion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Nigel Xavier, renowned for his expertise in sustainable streetwear, is spearheading a fresh chapter in upcycled fashion with the innovative 'Super Fan' campaign, fuelled by Meta AI technology. The campaign aims to engage both sports and fashion aficionados, enabling them to delve deeper into their passions by integrating cutting-edge technology.</w:t>
      </w:r>
      <w:r/>
    </w:p>
    <w:p>
      <w:r/>
      <w:r>
        <w:t>In a notable collaboration, Xavier has utilised the Meta AI technology through his Ray-Ban Meta Smart Glasses to create a distinctive limited-edition University of Texas at Austin sweatsuit. This exclusive piece is a celebration of Xavier's affinity for college sports, notably football, and exemplifies his ability to blend personal passions with professional creativity.</w:t>
      </w:r>
      <w:r/>
    </w:p>
    <w:p>
      <w:r/>
      <w:r>
        <w:t>The sweatsuit, a one-of-a-kind ensemble, was meticulously designed using upcycled materials, reflecting Xavier's commitment to sustainable fashion. The process was documented in a video where Xavier mentions how Meta AI provided him with real-time inspiration to stretch his creative limits and concentrate on detailed craftsmanship.</w:t>
      </w:r>
      <w:r/>
    </w:p>
    <w:p>
      <w:r/>
      <w:r>
        <w:t>Xavier has previously designed for numerous high-profile clients, including Migos, A$AP Rocky, Vic Mensa, and 2 Chainz. His work has earned him the title of Netflix's Next In Fashion Season 2 winner, cementing his position as a leading force in the fashion industry, particularly in the realm of upcycled fashion.</w:t>
      </w:r>
      <w:r/>
    </w:p>
    <w:p>
      <w:r/>
      <w:r>
        <w:t>Meta AI, touted as a leading assistant in the burgeoning artificial intelligence sector, is accessible through platforms such as Instagram, WhatsApp, Facebook, Messenger, and the Ray-Ban Meta smart glasses. It is designed to assist users in completing tasks, finding creative inspiration, and engaging with things that hold personal significance.</w:t>
      </w:r>
      <w:r/>
    </w:p>
    <w:p>
      <w:r/>
      <w:r>
        <w:t>To mark the launch of the 'Super Fan' campaign, Meta organised an event rife with star power. It was hosted by JuJu Watkins, a standout from the University of Southern California (USC), and prominent WNBA enthusiast Chance the Rapper. The campaign also features a lively content series with personalities like Tia Mowry, UConn's star point guard Paige Bueckers, and supermodel Ashley Graham.</w:t>
      </w:r>
      <w:r/>
    </w:p>
    <w:p>
      <w:r/>
      <w:r>
        <w:t>This innovative initiative is set to spotlight rising college football stars and fervent fans, leveraging Meta AI to enhance their game day experiences and support their favourite teams and athletes in unprecedented ways. As this campaign unfolds, it promises to be a significant intersection of sports enthusiasm and avant-garde fashion, powered by the potential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https://blavity.com/nigel-xavier-upcycling-pieces-matter</w:t>
        </w:r>
      </w:hyperlink>
      <w:r>
        <w:t xml:space="preserve"> - Corroborates Nigel Xavier's expertise in upcycled fashion, his win on Netflix's Next in Fashion, and his collaboration with Meta AI for the college football season.</w:t>
      </w:r>
      <w:r/>
    </w:p>
    <w:p>
      <w:pPr>
        <w:pStyle w:val="ListNumber"/>
        <w:spacing w:line="240" w:lineRule="auto"/>
        <w:ind w:left="720"/>
      </w:pPr>
      <w:r/>
      <w:hyperlink r:id="rId10">
        <w:r>
          <w:rPr>
            <w:color w:val="0000EE"/>
            <w:u w:val="single"/>
          </w:rPr>
          <w:t>https://blavity.com/nigel-xavier-upcycling-pieces-matter</w:t>
        </w:r>
      </w:hyperlink>
      <w:r>
        <w:t xml:space="preserve"> - Details Xavier's use of upcycled materials and his design process for the University of Texas at Austin sweatsuit.</w:t>
      </w:r>
      <w:r/>
    </w:p>
    <w:p>
      <w:pPr>
        <w:pStyle w:val="ListNumber"/>
        <w:spacing w:line="240" w:lineRule="auto"/>
        <w:ind w:left="720"/>
      </w:pPr>
      <w:r/>
      <w:hyperlink r:id="rId11">
        <w:r>
          <w:rPr>
            <w:color w:val="0000EE"/>
            <w:u w:val="single"/>
          </w:rPr>
          <w:t>https://www.threads.net/@bossipofficial/post/DBZgSfDKfSA</w:t>
        </w:r>
      </w:hyperlink>
      <w:r>
        <w:t xml:space="preserve"> - Supports the 'Super Fan' campaign and Nigel Xavier's collaboration with Meta AI for upcycled fashion.</w:t>
      </w:r>
      <w:r/>
    </w:p>
    <w:p>
      <w:pPr>
        <w:pStyle w:val="ListNumber"/>
        <w:spacing w:line="240" w:lineRule="auto"/>
        <w:ind w:left="720"/>
      </w:pPr>
      <w:r/>
      <w:hyperlink r:id="rId12">
        <w:r>
          <w:rPr>
            <w:color w:val="0000EE"/>
            <w:u w:val="single"/>
          </w:rPr>
          <w:t>http://www.my96kix.com</w:t>
        </w:r>
      </w:hyperlink>
      <w:r>
        <w:t xml:space="preserve"> - Mentions the 'Super Fan' campaign and Nigel Xavier's partnership with Meta AI, combining sports, fashion, and tech.</w:t>
      </w:r>
      <w:r/>
    </w:p>
    <w:p>
      <w:pPr>
        <w:pStyle w:val="ListNumber"/>
        <w:spacing w:line="240" w:lineRule="auto"/>
        <w:ind w:left="720"/>
      </w:pPr>
      <w:r/>
      <w:hyperlink r:id="rId13">
        <w:r>
          <w:rPr>
            <w:color w:val="0000EE"/>
            <w:u w:val="single"/>
          </w:rPr>
          <w:t>https://twitter.com/Bossip/status/1848451472205197509</w:t>
        </w:r>
      </w:hyperlink>
      <w:r>
        <w:t xml:space="preserve"> - Highlights the 'Super Fan' campaign and Nigel Xavier's role in redefining upcycled fashion with Meta AI.</w:t>
      </w:r>
      <w:r/>
    </w:p>
    <w:p>
      <w:pPr>
        <w:pStyle w:val="ListNumber"/>
        <w:spacing w:line="240" w:lineRule="auto"/>
        <w:ind w:left="720"/>
      </w:pPr>
      <w:r/>
      <w:hyperlink r:id="rId14">
        <w:r>
          <w:rPr>
            <w:color w:val="0000EE"/>
            <w:u w:val="single"/>
          </w:rPr>
          <w:t>https://www.forbes.com/sites/cassellferere/2024/10/21/nigel-xavier-dives-into-game-day-style-with-meta-ai-and-texas-football/</w:t>
        </w:r>
      </w:hyperlink>
      <w:r>
        <w:t xml:space="preserve"> - Discusses the 'Super Fan' campaign, Meta AI's role, and Xavier's design for the University of Texas at Austin.</w:t>
      </w:r>
      <w:r/>
    </w:p>
    <w:p>
      <w:pPr>
        <w:pStyle w:val="ListNumber"/>
        <w:spacing w:line="240" w:lineRule="auto"/>
        <w:ind w:left="720"/>
      </w:pPr>
      <w:r/>
      <w:hyperlink r:id="rId10">
        <w:r>
          <w:rPr>
            <w:color w:val="0000EE"/>
            <w:u w:val="single"/>
          </w:rPr>
          <w:t>https://blavity.com/nigel-xavier-upcycling-pieces-matter</w:t>
        </w:r>
      </w:hyperlink>
      <w:r>
        <w:t xml:space="preserve"> - Explains how Meta AI helped Xavier in the design process and its impact on his creativity.</w:t>
      </w:r>
      <w:r/>
    </w:p>
    <w:p>
      <w:pPr>
        <w:pStyle w:val="ListNumber"/>
        <w:spacing w:line="240" w:lineRule="auto"/>
        <w:ind w:left="720"/>
      </w:pPr>
      <w:r/>
      <w:hyperlink r:id="rId10">
        <w:r>
          <w:rPr>
            <w:color w:val="0000EE"/>
            <w:u w:val="single"/>
          </w:rPr>
          <w:t>https://blavity.com/nigel-xavier-upcycling-pieces-matter</w:t>
        </w:r>
      </w:hyperlink>
      <w:r>
        <w:t xml:space="preserve"> - Lists Xavier's previous high-profile clients and his win on Netflix's Next in Fashion Season 2.</w:t>
      </w:r>
      <w:r/>
    </w:p>
    <w:p>
      <w:pPr>
        <w:pStyle w:val="ListNumber"/>
        <w:spacing w:line="240" w:lineRule="auto"/>
        <w:ind w:left="720"/>
      </w:pPr>
      <w:r/>
      <w:hyperlink r:id="rId14">
        <w:r>
          <w:rPr>
            <w:color w:val="0000EE"/>
            <w:u w:val="single"/>
          </w:rPr>
          <w:t>https://www.forbes.com/sites/cassellferere/2024/10/21/nigel-xavier-dives-into-game-day-style-with-meta-ai-and-texas-football/</w:t>
        </w:r>
      </w:hyperlink>
      <w:r>
        <w:t xml:space="preserve"> - Details the event hosted by JuJu Watkins and Chance the Rapper, and the content series featuring various personalities.</w:t>
      </w:r>
      <w:r/>
    </w:p>
    <w:p>
      <w:pPr>
        <w:pStyle w:val="ListNumber"/>
        <w:spacing w:line="240" w:lineRule="auto"/>
        <w:ind w:left="720"/>
      </w:pPr>
      <w:r/>
      <w:hyperlink r:id="rId11">
        <w:r>
          <w:rPr>
            <w:color w:val="0000EE"/>
            <w:u w:val="single"/>
          </w:rPr>
          <w:t>https://www.threads.net/@bossipofficial/post/DBZgSfDKfSA</w:t>
        </w:r>
      </w:hyperlink>
      <w:r>
        <w:t xml:space="preserve"> - Supports the campaign's focus on enhancing game day experiences with Meta AI and featuring college football stars and fans.</w:t>
      </w:r>
      <w:r/>
    </w:p>
    <w:p>
      <w:pPr>
        <w:pStyle w:val="ListNumber"/>
        <w:spacing w:line="240" w:lineRule="auto"/>
        <w:ind w:left="720"/>
      </w:pPr>
      <w:r/>
      <w:hyperlink r:id="rId10">
        <w:r>
          <w:rPr>
            <w:color w:val="0000EE"/>
            <w:u w:val="single"/>
          </w:rPr>
          <w:t>https://blavity.com/nigel-xavier-upcycling-pieces-matter</w:t>
        </w:r>
      </w:hyperlink>
      <w:r>
        <w:t xml:space="preserve"> - Corroborates the integration of sports enthusiasm and avant-garde fashion powered by artificial intelligence in the 'Super Fan' campaign.</w:t>
      </w:r>
      <w:r/>
    </w:p>
    <w:p>
      <w:pPr>
        <w:pStyle w:val="ListNumber"/>
        <w:spacing w:line="240" w:lineRule="auto"/>
        <w:ind w:left="720"/>
      </w:pPr>
      <w:r/>
      <w:hyperlink r:id="rId15">
        <w:r>
          <w:rPr>
            <w:color w:val="0000EE"/>
            <w:u w:val="single"/>
          </w:rPr>
          <w:t>https://bossip.com/2733838/nigel-xavier-teams-up-meta-ai-innovative-super-fan-campaign/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avity.com/nigel-xavier-upcycling-pieces-matter" TargetMode="External"/><Relationship Id="rId11" Type="http://schemas.openxmlformats.org/officeDocument/2006/relationships/hyperlink" Target="https://www.threads.net/@bossipofficial/post/DBZgSfDKfSA" TargetMode="External"/><Relationship Id="rId12" Type="http://schemas.openxmlformats.org/officeDocument/2006/relationships/hyperlink" Target="http://www.my96kix.com" TargetMode="External"/><Relationship Id="rId13" Type="http://schemas.openxmlformats.org/officeDocument/2006/relationships/hyperlink" Target="https://twitter.com/Bossip/status/1848451472205197509" TargetMode="External"/><Relationship Id="rId14" Type="http://schemas.openxmlformats.org/officeDocument/2006/relationships/hyperlink" Target="https://www.forbes.com/sites/cassellferere/2024/10/21/nigel-xavier-dives-into-game-day-style-with-meta-ai-and-texas-football/" TargetMode="External"/><Relationship Id="rId15" Type="http://schemas.openxmlformats.org/officeDocument/2006/relationships/hyperlink" Target="https://bossip.com/2733838/nigel-xavier-teams-up-meta-ai-innovative-super-fan-campaig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