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Olivia Nuzzi departs New York magazine amid Robert F. Kennedy Jr. controversy, while News Corp sues Perplexity AI for copyright infringement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Olivia Nuzzi, a prominent political writer known for her work with New York magazine, has discreetly parted ways with the publication. This development follows public attention surrounding her personal relationship with former presidential candidate Robert F. Kennedy Jr. Despite the controversy, an independent investigation by Davis Wright Tremaine, a respected law firm, found no evidence of inaccuracies or bias in Nuzzi's campaign reporting for the 2024 election. In a statement, New York Magazine expressed confidence in her journalistic integrity but noted that agreeing to part ways was mutually considered the best course for both parties. Olivia Nuzzi’s lawyer, Ari Wilkenfeld, confirmed that separate investigations upheld the accuracy of her reports, further emphasizing her commendable conduct in the matter.</w:t>
      </w:r>
      <w:r/>
    </w:p>
    <w:p>
      <w:r/>
      <w:r>
        <w:t>In a separate major development, media conglomerate News Corp, headed by Rupert Murdoch, has initiated legal proceedings against Perplexity AI, accusing the firm of unlawfully using its copyrighted content. This lawsuit, filed by Dow Jones, the parent company of The Wall Street Journal, along with the New York Post, claims that Perplexity’s artificial intelligence technology unlawfully scrapes and utilises content from their publications.</w:t>
      </w:r>
      <w:r/>
    </w:p>
    <w:p>
      <w:r/>
      <w:r>
        <w:t>Perplexity AI is being accused of harnessing the publishers' work to build its “answer machine,” allegedly diverting readers and potential revenue away from the original sources. According to the complaint submitted in a Manhattan court, Perplexity allegedly trains its systems using extensive volumes of human-created news content, thereby undermining the publishers’ business models which rely heavily on advertising and subscriptions.</w:t>
      </w:r>
      <w:r/>
    </w:p>
    <w:p>
      <w:r/>
      <w:r>
        <w:t>News Corp CEO Robert Thomson criticised Perplexity for what he described as a blatant violation of intellectual property rights, jeopardising the work and revenue of journalists and publishers. In his statement, Thomson reaffirmed News Corp’s commitment to protecting its content from unauthorised use, emphasising the difference between Perplexity and more compliant companies like OpenAI, with whom News Corp has established a licensing agreement reportedly valued at over $250 million.</w:t>
      </w:r>
      <w:r/>
    </w:p>
    <w:p>
      <w:r/>
      <w:r>
        <w:t>This lawsuit highlights ongoing tensions between traditional media organisations and tech companies around the usage of online content. Recent developments in artificial intelligence, which allow companies to generate summaries or answers based on published content, have sparked concern among publishers about the circumvention of site visits, which are crucial for ad revenue.</w:t>
      </w:r>
      <w:r/>
    </w:p>
    <w:p>
      <w:r/>
      <w:r>
        <w:t>Perplexity’s approach of offering direct answers and its promotional claim that users can ‘skip the links’ have drawn additional scrutiny, implying a tangible shift in how content is consumed and credited. The case follows a broader trend of legal challenges from media entities like The New York Times, which previously issued a cease-and-desist letter to Perplexity.</w:t>
      </w:r>
      <w:r/>
    </w:p>
    <w:p>
      <w:r/>
      <w:r>
        <w:t>The outcome of this legal battle could have significant implications for how AI companies engage with copyrighted material moving forward, potentially reshaping the relationship between technology firms and media publishers. Meanwhile, Perplexity has yet to provide a public comment regarding these allegations.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https://www.politico.com/news/2024/10/21/new-york-magazine-olivia-nuzzi-rfk-jr-00184734</w:t>
        </w:r>
      </w:hyperlink>
      <w:r>
        <w:t xml:space="preserve"> - Corroborates the information about Olivia Nuzzi parting ways with New York Magazine due to her relationship with Robert F. Kennedy Jr. and the findings of the independent investigation.</w:t>
      </w:r>
      <w:r/>
    </w:p>
    <w:p>
      <w:pPr>
        <w:pStyle w:val="ListNumber"/>
        <w:spacing w:line="240" w:lineRule="auto"/>
        <w:ind w:left="720"/>
      </w:pPr>
      <w:r/>
      <w:hyperlink r:id="rId11">
        <w:r>
          <w:rPr>
            <w:color w:val="0000EE"/>
            <w:u w:val="single"/>
          </w:rPr>
          <w:t>https://www.nbcnews.com/news/us-news/olivia-nuzzi-new-york-magazine-part-ways-rfk-jr-rcna176480</w:t>
        </w:r>
      </w:hyperlink>
      <w:r>
        <w:t xml:space="preserve"> - Supports the details about the mutual decision for Nuzzi to leave the magazine and the investigations finding no inaccuracies or bias in her reporting.</w:t>
      </w:r>
      <w:r/>
    </w:p>
    <w:p>
      <w:pPr>
        <w:pStyle w:val="ListNumber"/>
        <w:spacing w:line="240" w:lineRule="auto"/>
        <w:ind w:left="720"/>
      </w:pPr>
      <w:r/>
      <w:hyperlink r:id="rId12">
        <w:r>
          <w:rPr>
            <w:color w:val="0000EE"/>
            <w:u w:val="single"/>
          </w:rPr>
          <w:t>https://www.hollywoodreporter.com/business/business-news/olivia-nuzzi-leaves-new-york-magazine-after-investigation-1236040470/</w:t>
        </w:r>
      </w:hyperlink>
      <w:r>
        <w:t xml:space="preserve"> - Confirms the investigation by Davis Wright Tremaine and the decision for Nuzzi to leave New York Magazine.</w:t>
      </w:r>
      <w:r/>
    </w:p>
    <w:p>
      <w:pPr>
        <w:pStyle w:val="ListNumber"/>
        <w:spacing w:line="240" w:lineRule="auto"/>
        <w:ind w:left="720"/>
      </w:pPr>
      <w:r/>
      <w:hyperlink r:id="rId13">
        <w:r>
          <w:rPr>
            <w:color w:val="0000EE"/>
            <w:u w:val="single"/>
          </w:rPr>
          <w:t>https://www.theguardian.com/us-news/2024/oct/21/olivia-nuzzi-leaves-new-york-magazine-rfk-jr</w:t>
        </w:r>
      </w:hyperlink>
      <w:r>
        <w:t xml:space="preserve"> - Provides additional details on Nuzzi's relationship with RFK Jr., the investigations, and her departure from the magazine.</w:t>
      </w:r>
      <w:r/>
    </w:p>
    <w:p>
      <w:pPr>
        <w:pStyle w:val="ListNumber"/>
        <w:spacing w:line="240" w:lineRule="auto"/>
        <w:ind w:left="720"/>
      </w:pPr>
      <w:r/>
      <w:hyperlink r:id="rId14">
        <w:r>
          <w:rPr>
            <w:color w:val="0000EE"/>
            <w:u w:val="single"/>
          </w:rPr>
          <w:t>https://www.cnn.com/2024/10/21/media/olivia-nuzzi-new-york-magazine-rfk-exit/index.html</w:t>
        </w:r>
      </w:hyperlink>
      <w:r>
        <w:t xml:space="preserve"> - Supports the information about Nuzzi's departure, the investigations, and the mutual decision to part ways.</w:t>
      </w:r>
      <w:r/>
    </w:p>
    <w:p>
      <w:pPr>
        <w:pStyle w:val="ListNumber"/>
        <w:spacing w:line="240" w:lineRule="auto"/>
        <w:ind w:left="720"/>
      </w:pPr>
      <w:r/>
      <w:hyperlink r:id="rId10">
        <w:r>
          <w:rPr>
            <w:color w:val="0000EE"/>
            <w:u w:val="single"/>
          </w:rPr>
          <w:t>https://www.politico.com/news/2024/10/21/new-york-magazine-olivia-nuzzi-rfk-jr-00184734</w:t>
        </w:r>
      </w:hyperlink>
      <w:r>
        <w:t xml:space="preserve"> - Corroborates Nuzzi's lawyer's statement about the investigations upholding the accuracy of her reports.</w:t>
      </w:r>
      <w:r/>
    </w:p>
    <w:p>
      <w:pPr>
        <w:pStyle w:val="ListNumber"/>
        <w:spacing w:line="240" w:lineRule="auto"/>
        <w:ind w:left="720"/>
      </w:pPr>
      <w:r/>
      <w:hyperlink r:id="rId11">
        <w:r>
          <w:rPr>
            <w:color w:val="0000EE"/>
            <w:u w:val="single"/>
          </w:rPr>
          <w:t>https://www.nbcnews.com/news/us-news/olivia-nuzzi-new-york-magazine-part-ways-rfk-jr-rcna176480</w:t>
        </w:r>
      </w:hyperlink>
      <w:r>
        <w:t xml:space="preserve"> - Supports the details about Nuzzi's commendable conduct and the confidence in her journalistic integrity.</w:t>
      </w:r>
      <w:r/>
    </w:p>
    <w:p>
      <w:pPr>
        <w:pStyle w:val="ListNumber"/>
        <w:spacing w:line="240" w:lineRule="auto"/>
        <w:ind w:left="720"/>
      </w:pPr>
      <w:r/>
      <w:hyperlink r:id="rId12">
        <w:r>
          <w:rPr>
            <w:color w:val="0000EE"/>
            <w:u w:val="single"/>
          </w:rPr>
          <w:t>https://www.hollywoodreporter.com/business/business-news/olivia-nuzzi-leaves-new-york-magazine-after-investigation-1236040470/</w:t>
        </w:r>
      </w:hyperlink>
      <w:r>
        <w:t xml:space="preserve"> - Confirms New York Magazine's statement on parting ways with Nuzzi despite finding no inaccuracies or bias.</w:t>
      </w:r>
      <w:r/>
    </w:p>
    <w:p>
      <w:pPr>
        <w:pStyle w:val="ListNumber"/>
        <w:spacing w:line="240" w:lineRule="auto"/>
        <w:ind w:left="720"/>
      </w:pPr>
      <w:r/>
      <w:hyperlink r:id="rId13">
        <w:r>
          <w:rPr>
            <w:color w:val="0000EE"/>
            <w:u w:val="single"/>
          </w:rPr>
          <w:t>https://www.theguardian.com/us-news/2024/oct/21/olivia-nuzzi-leaves-new-york-magazine-rfk-jr</w:t>
        </w:r>
      </w:hyperlink>
      <w:r>
        <w:t xml:space="preserve"> - Provides context on Nuzzi's role and contributions to New York Magazine before her departure.</w:t>
      </w:r>
      <w:r/>
    </w:p>
    <w:p>
      <w:pPr>
        <w:pStyle w:val="ListNumber"/>
        <w:spacing w:line="240" w:lineRule="auto"/>
        <w:ind w:left="720"/>
      </w:pPr>
      <w:r/>
      <w:hyperlink r:id="rId14">
        <w:r>
          <w:rPr>
            <w:color w:val="0000EE"/>
            <w:u w:val="single"/>
          </w:rPr>
          <w:t>https://www.cnn.com/2024/10/21/media/olivia-nuzzi-new-york-magazine-rfk-exit/index.html</w:t>
        </w:r>
      </w:hyperlink>
      <w:r>
        <w:t xml:space="preserve"> - Supports the information about Nuzzi's future plans and appreciation for her colleagues and readers.</w:t>
      </w:r>
      <w:r/>
    </w:p>
    <w:p>
      <w:pPr>
        <w:pStyle w:val="ListNumber"/>
        <w:spacing w:line="240" w:lineRule="auto"/>
        <w:ind w:left="720"/>
      </w:pPr>
      <w:r/>
      <w:hyperlink r:id="rId15">
        <w:r>
          <w:rPr>
            <w:color w:val="0000EE"/>
            <w:u w:val="single"/>
          </w:rPr>
          <w:t>https://www.nytimes.com/2024/10/21/business/media/olivia-nuzzi-rfk-jr-new-york-magazine.html</w:t>
        </w:r>
      </w:hyperlink>
      <w:r>
        <w:t xml:space="preserve"> - Please view link - unable to able to access data</w:t>
      </w:r>
      <w:r/>
    </w:p>
    <w:p>
      <w:pPr>
        <w:pStyle w:val="ListNumber"/>
        <w:spacing w:line="240" w:lineRule="auto"/>
        <w:ind w:left="720"/>
      </w:pPr>
      <w:r/>
      <w:hyperlink r:id="rId16">
        <w:r>
          <w:rPr>
            <w:color w:val="0000EE"/>
            <w:u w:val="single"/>
          </w:rPr>
          <w:t>https://abc17news.com/money/cnn-business-consumer/2024/10/21/rupert-murdochs-news-outlets-sue-perplexity-ai-for-allegedly-engaging-in-massive-freeriding/</w:t>
        </w:r>
      </w:hyperlink>
      <w:r>
        <w:t xml:space="preserve"> - Please view link - unable to able to access data</w:t>
      </w:r>
      <w:r/>
    </w:p>
    <w:p>
      <w:pPr>
        <w:pStyle w:val="ListNumber"/>
        <w:spacing w:line="240" w:lineRule="auto"/>
        <w:ind w:left="720"/>
      </w:pPr>
      <w:r/>
      <w:hyperlink r:id="rId17">
        <w:r>
          <w:rPr>
            <w:color w:val="0000EE"/>
            <w:u w:val="single"/>
          </w:rPr>
          <w:t>https://www.theguardian.com/technology/2024/oct/21/rupert-murdoch-ai-lawsuit-new-york-post-dow-jones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co.com/news/2024/10/21/new-york-magazine-olivia-nuzzi-rfk-jr-00184734" TargetMode="External"/><Relationship Id="rId11" Type="http://schemas.openxmlformats.org/officeDocument/2006/relationships/hyperlink" Target="https://www.nbcnews.com/news/us-news/olivia-nuzzi-new-york-magazine-part-ways-rfk-jr-rcna176480" TargetMode="External"/><Relationship Id="rId12" Type="http://schemas.openxmlformats.org/officeDocument/2006/relationships/hyperlink" Target="https://www.hollywoodreporter.com/business/business-news/olivia-nuzzi-leaves-new-york-magazine-after-investigation-1236040470/" TargetMode="External"/><Relationship Id="rId13" Type="http://schemas.openxmlformats.org/officeDocument/2006/relationships/hyperlink" Target="https://www.theguardian.com/us-news/2024/oct/21/olivia-nuzzi-leaves-new-york-magazine-rfk-jr" TargetMode="External"/><Relationship Id="rId14" Type="http://schemas.openxmlformats.org/officeDocument/2006/relationships/hyperlink" Target="https://www.cnn.com/2024/10/21/media/olivia-nuzzi-new-york-magazine-rfk-exit/index.html" TargetMode="External"/><Relationship Id="rId15" Type="http://schemas.openxmlformats.org/officeDocument/2006/relationships/hyperlink" Target="https://www.nytimes.com/2024/10/21/business/media/olivia-nuzzi-rfk-jr-new-york-magazine.html" TargetMode="External"/><Relationship Id="rId16" Type="http://schemas.openxmlformats.org/officeDocument/2006/relationships/hyperlink" Target="https://abc17news.com/money/cnn-business-consumer/2024/10/21/rupert-murdochs-news-outlets-sue-perplexity-ai-for-allegedly-engaging-in-massive-freeriding/" TargetMode="External"/><Relationship Id="rId17" Type="http://schemas.openxmlformats.org/officeDocument/2006/relationships/hyperlink" Target="https://www.theguardian.com/technology/2024/oct/21/rupert-murdoch-ai-lawsuit-new-york-post-dow-j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