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Outer Banks season four generates excitement with new AI filter trend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Season Four of the popular Netflix series "Outer Banks" is generating significant buzz among its dedicated fanbase, not only for the narrative developments expected from the newest season but also due to a trending AI filter on TikTok, which allows fans to digitally transform themselves into characters from the series. </w:t>
      </w:r>
      <w:r/>
    </w:p>
    <w:p>
      <w:r/>
      <w:r>
        <w:t>The series, known for its adventurous plotlines and picturesque sunsets, is set in the fictional coastal town of Kildare Island. Season four marks a return to the series' narrative, bringing back characters such as John B, Sarah Cameron, JJ, Kiara, and others. This season is being split into two parts on Netflix, each consisting of five episodes, and, for the first time, it includes filming locations in North Carolina, aligning more closely with the show's thematic setting.</w:t>
      </w:r>
      <w:r/>
    </w:p>
    <w:p>
      <w:r/>
      <w:r>
        <w:t>As excitement builds around the new episodes, fans are engaging with the show beyond the screen through the new AI filter. Available on apps like CapCut and Vybe, this filter is gaining popularity on TikTok, allowing users to replicate the sun-kissed, beach-ready appearance synonymous with the show's characters. The filter adds the iconic "Outer Banks" sunset glow to users' selfies and can transform physical attributes to resemble those of main characters like Sarah Cameron's tanned look or JJ's distinct blonde locks and blue eyes.</w:t>
      </w:r>
      <w:r/>
    </w:p>
    <w:p>
      <w:r/>
      <w:r>
        <w:t>Fan engagement with this filter has been notable, with many TikTok users showcasing their simulations of character Sarah Cameron's look, emphasizing the filter's ability to embody the show's aesthetic. Users can access the filter by downloading the CapCut app, where they can search "Outer Banks" to find the desired look, or by using Vybe, an app offering a variety of AI filters that includes the "Outer Banks" transformations under its movie characters section.</w:t>
      </w:r>
      <w:r/>
    </w:p>
    <w:p>
      <w:r/>
      <w:r>
        <w:t>The process is straightforward for those eager to use the filter: after transforming their image using either app, they can directly share the results on TikTok if their accounts are linked, or manually post their creations after saving them to their device.</w:t>
      </w:r>
      <w:r/>
    </w:p>
    <w:p>
      <w:r/>
      <w:r>
        <w:t>As "Outer Banks" season four unfolds, both the immersive storytelling on-screen and the interactive digital experiences off-screen are proving to deepen the connection between the series and its audience, making it a notable phenomenon in contemporary pop culture.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https://www.radiotimes.com/tv/drama/outer-banks-season-4-release-date-netflix/</w:t>
        </w:r>
      </w:hyperlink>
      <w:r>
        <w:t xml:space="preserve"> - Corroborates the release dates for Outer Banks season 4, with part 1 on October 10 and part 2 on November 7.</w:t>
      </w:r>
      <w:r/>
    </w:p>
    <w:p>
      <w:pPr>
        <w:pStyle w:val="ListNumber"/>
        <w:spacing w:line="240" w:lineRule="auto"/>
        <w:ind w:left="720"/>
      </w:pPr>
      <w:r/>
      <w:hyperlink r:id="rId11">
        <w:r>
          <w:rPr>
            <w:color w:val="0000EE"/>
            <w:u w:val="single"/>
          </w:rPr>
          <w:t>https://www.cosmopolitan.com/uk/entertainment/a42742582/netflix-outer-banks-season-4-release-date/</w:t>
        </w:r>
      </w:hyperlink>
      <w:r>
        <w:t xml:space="preserve"> - Confirms the release dates for Outer Banks season 4 and provides details on the cast and plot.</w:t>
      </w:r>
      <w:r/>
    </w:p>
    <w:p>
      <w:pPr>
        <w:pStyle w:val="ListNumber"/>
        <w:spacing w:line="240" w:lineRule="auto"/>
        <w:ind w:left="720"/>
      </w:pPr>
      <w:r/>
      <w:hyperlink r:id="rId12">
        <w:r>
          <w:rPr>
            <w:color w:val="0000EE"/>
            <w:u w:val="single"/>
          </w:rPr>
          <w:t>https://www.netflix.com/tudum/articles/outer-banks-season-4-renewal-announce</w:t>
        </w:r>
      </w:hyperlink>
      <w:r>
        <w:t xml:space="preserve"> - Provides information on the renewal of Outer Banks for season 4 and the release dates of the two parts.</w:t>
      </w:r>
      <w:r/>
    </w:p>
    <w:p>
      <w:pPr>
        <w:pStyle w:val="ListNumber"/>
        <w:spacing w:line="240" w:lineRule="auto"/>
        <w:ind w:left="720"/>
      </w:pPr>
      <w:r/>
      <w:hyperlink r:id="rId10">
        <w:r>
          <w:rPr>
            <w:color w:val="0000EE"/>
            <w:u w:val="single"/>
          </w:rPr>
          <w:t>https://www.radiotimes.com/tv/drama/outer-banks-season-4-release-date-netflix/</w:t>
        </w:r>
      </w:hyperlink>
      <w:r>
        <w:t xml:space="preserve"> - Details the cast members returning for season 4, including Chase Stokes, Madelyn Cline, and others.</w:t>
      </w:r>
      <w:r/>
    </w:p>
    <w:p>
      <w:pPr>
        <w:pStyle w:val="ListNumber"/>
        <w:spacing w:line="240" w:lineRule="auto"/>
        <w:ind w:left="720"/>
      </w:pPr>
      <w:r/>
      <w:hyperlink r:id="rId11">
        <w:r>
          <w:rPr>
            <w:color w:val="0000EE"/>
            <w:u w:val="single"/>
          </w:rPr>
          <w:t>https://www.cosmopolitan.com/uk/entertainment/a42742582/netflix-outer-banks-season-4-release-date/</w:t>
        </w:r>
      </w:hyperlink>
      <w:r>
        <w:t xml:space="preserve"> - Lists new characters and actors joining the cast in season 4, such as J. Anthony Crane and Pollyanna McIntosh.</w:t>
      </w:r>
      <w:r/>
    </w:p>
    <w:p>
      <w:pPr>
        <w:pStyle w:val="ListNumber"/>
        <w:spacing w:line="240" w:lineRule="auto"/>
        <w:ind w:left="720"/>
      </w:pPr>
      <w:r/>
      <w:hyperlink r:id="rId10">
        <w:r>
          <w:rPr>
            <w:color w:val="0000EE"/>
            <w:u w:val="single"/>
          </w:rPr>
          <w:t>https://www.radiotimes.com/tv/drama/outer-banks-season-4-release-date-netflix/</w:t>
        </w:r>
      </w:hyperlink>
      <w:r>
        <w:t xml:space="preserve"> - Describes the plot of season 4, including the Pogues' return to treasure hunting and their new safe haven, Poguelandia 2.0.</w:t>
      </w:r>
      <w:r/>
    </w:p>
    <w:p>
      <w:pPr>
        <w:pStyle w:val="ListNumber"/>
        <w:spacing w:line="240" w:lineRule="auto"/>
        <w:ind w:left="720"/>
      </w:pPr>
      <w:r/>
      <w:hyperlink r:id="rId13">
        <w:r>
          <w:rPr>
            <w:color w:val="0000EE"/>
            <w:u w:val="single"/>
          </w:rPr>
          <w:t>https://www.youtube.com/watch?v=6zwNrdvOMNU</w:t>
        </w:r>
      </w:hyperlink>
      <w:r>
        <w:t xml:space="preserve"> - Provides the official trailer for Outer Banks season 4, showing the Pogues' return to treasure hunting and their financial struggles.</w:t>
      </w:r>
      <w:r/>
    </w:p>
    <w:p>
      <w:pPr>
        <w:pStyle w:val="ListNumber"/>
        <w:spacing w:line="240" w:lineRule="auto"/>
        <w:ind w:left="720"/>
      </w:pPr>
      <w:r/>
      <w:hyperlink r:id="rId11">
        <w:r>
          <w:rPr>
            <w:color w:val="0000EE"/>
            <w:u w:val="single"/>
          </w:rPr>
          <w:t>https://www.cosmopolitan.com/uk/entertainment/a42742582/netflix-outer-banks-season-4-release-date/</w:t>
        </w:r>
      </w:hyperlink>
      <w:r>
        <w:t xml:space="preserve"> - Mentions the teaser trailer released on September 24, 2024, and the overall plot direction of season 4.</w:t>
      </w:r>
      <w:r/>
    </w:p>
    <w:p>
      <w:pPr>
        <w:pStyle w:val="ListNumber"/>
        <w:spacing w:line="240" w:lineRule="auto"/>
        <w:ind w:left="720"/>
      </w:pPr>
      <w:r/>
      <w:hyperlink r:id="rId10">
        <w:r>
          <w:rPr>
            <w:color w:val="0000EE"/>
            <w:u w:val="single"/>
          </w:rPr>
          <w:t>https://www.radiotimes.com/tv/drama/outer-banks-season-4-release-date-netflix/</w:t>
        </w:r>
      </w:hyperlink>
      <w:r>
        <w:t xml:space="preserve"> - Discusses the possibility of a fifth season and quotes from the cast about ending the show on a high note.</w:t>
      </w:r>
      <w:r/>
    </w:p>
    <w:p>
      <w:pPr>
        <w:pStyle w:val="ListNumber"/>
        <w:spacing w:line="240" w:lineRule="auto"/>
        <w:ind w:left="720"/>
      </w:pPr>
      <w:r/>
      <w:hyperlink r:id="rId12">
        <w:r>
          <w:rPr>
            <w:color w:val="0000EE"/>
            <w:u w:val="single"/>
          </w:rPr>
          <w:t>https://www.netflix.com/tudum/articles/outer-banks-season-4-renewal-announce</w:t>
        </w:r>
      </w:hyperlink>
      <w:r>
        <w:t xml:space="preserve"> - Announces the renewal of Outer Banks for season 4 and the fan event Poguelandia where the news was shared.</w:t>
      </w:r>
      <w:r/>
    </w:p>
    <w:p>
      <w:pPr>
        <w:pStyle w:val="ListNumber"/>
        <w:spacing w:line="240" w:lineRule="auto"/>
        <w:ind w:left="720"/>
      </w:pPr>
      <w:r/>
      <w:hyperlink r:id="rId14">
        <w:r>
          <w:rPr>
            <w:color w:val="0000EE"/>
            <w:u w:val="single"/>
          </w:rPr>
          <w:t>https://www.thesun.co.uk/tech/31221938/outer-banks-tiktok-filter-template-vybe-capcut-tutorial/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diotimes.com/tv/drama/outer-banks-season-4-release-date-netflix/" TargetMode="External"/><Relationship Id="rId11" Type="http://schemas.openxmlformats.org/officeDocument/2006/relationships/hyperlink" Target="https://www.cosmopolitan.com/uk/entertainment/a42742582/netflix-outer-banks-season-4-release-date/" TargetMode="External"/><Relationship Id="rId12" Type="http://schemas.openxmlformats.org/officeDocument/2006/relationships/hyperlink" Target="https://www.netflix.com/tudum/articles/outer-banks-season-4-renewal-announce" TargetMode="External"/><Relationship Id="rId13" Type="http://schemas.openxmlformats.org/officeDocument/2006/relationships/hyperlink" Target="https://www.youtube.com/watch?v=6zwNrdvOMNU" TargetMode="External"/><Relationship Id="rId14" Type="http://schemas.openxmlformats.org/officeDocument/2006/relationships/hyperlink" Target="https://www.thesun.co.uk/tech/31221938/outer-banks-tiktok-filter-template-vybe-capcut-tutor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