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PlayStation 5 Pro enhancements revealed for major titles ahead of launch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attention of gamers and tech enthusiasts has been captured with Sony's recent developments regarding the upcoming PlayStation 5 Pro and its enhancements for popular games, notably "The Last of Us Part 2 Remastered" and "Alan Wake 2". These enhancements highlight the improvements and additional features available with the PlayStation 5 Pro, set to launch on 7 November 2023.</w:t>
      </w:r>
      <w:r/>
    </w:p>
    <w:p>
      <w:r/>
      <w:r>
        <w:t>In anticipation of the PS5 Pro's release, Naughty Dog, the developer behind "The Last of Us Part 2 Remastered", has issued patch 1.2.0. This update introduces PS5 Pro support, providing a newfound rendering mode that utilizes PlayStation Spectral Super Resolution (PSSR) AI upscaling. This advancement allows the game to render at 1440p resolution, which is then upscaled to 4K while maintaining a 60 frames per second target. The existing Performance and Fidelity modes have also been enhanced to provide smoother gameplay and higher framerates than those seen on the original PS5.</w:t>
      </w:r>
      <w:r/>
    </w:p>
    <w:p>
      <w:r/>
      <w:r>
        <w:t>"The Last of Us Part 2 Remastered", initially released in January 2024, is an enhanced version of the acclaimed 2020 PlayStation 4 game. It aims to fully harness the capabilities of the PlayStation 5, and now, the PS5 Pro. The game is available for purchase as a standalone release, with an upgrade option available for PS4 version owners at a cost of $10/£10 through the PlayStation Store.</w:t>
      </w:r>
      <w:r/>
    </w:p>
    <w:p>
      <w:r/>
      <w:r>
        <w:t>In addition to graphical improvements, the recent update addresses several issues within the game. Fixes include resolving trophy unlocking issues post-PS4 save data import, correcting character rendering glitches, and addressing gameplay mechanics bug fixes, particularly in the game's segments titled "The Tunnels" and "No Return". Further adjustments have been made to audio progression during speedruns, as well as expanding accessibility features and localization corrections.</w:t>
      </w:r>
      <w:r/>
    </w:p>
    <w:p>
      <w:r/>
      <w:r>
        <w:t>Similarly, Remedy Entertainment has optimised "Alan Wake 2" to take full advantage of the PS5 Pro's advanced hardware. The enhancements for the game will be evident in both its Quality and Performance modes, both employing Sony's PSSR technique. In the Quality mode, the game will run at 30fps with ray-traced reflections and 4K output resolution. Conversely, the Performance mode will forgo ray tracing to achieve 60fps, still delivering 4K resolution, thus elevating the visual fidelity compared to the base PS5 setup.</w:t>
      </w:r>
      <w:r/>
    </w:p>
    <w:p>
      <w:r/>
      <w:r>
        <w:t>Remedy's efforts have concentrated on augmenting visual clarity and detail, improving features such as fog, volumetric lighting, and shadow precision. This enhancement process notably included testing higher rendering resolutions and integrating AI-based upscaling, which positively influenced the game's visual stability and crispness during motion.</w:t>
      </w:r>
      <w:r/>
    </w:p>
    <w:p>
      <w:r/>
      <w:r>
        <w:t>However, the developers acknowledged that incorporating these high-level visual features, particularly ray tracing, presented challenges, given the intricate graphical demands of the game. Nonetheless, Remedy expressed satisfaction with the improvements enabled by the PS5 Pro's computational power and noted the GPU-driven rendering pipeline's effectiveness in rendering the game's richly detailed environments.</w:t>
      </w:r>
      <w:r/>
    </w:p>
    <w:p>
      <w:r/>
      <w:r>
        <w:t>These game updates come amid the PlayStation 5 Pro's impending release, positioning the console as a significant upgrade with features such as a faster GPU and CPU, enhanced ray tracing capabilities, and the introduction of PSSR. Consumers can anticipate experiencing these improvements first-hand when the PS5 Pro becomes available on 7 November.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https://gamerant.com/ps5-pro-release-date-price/</w:t>
        </w:r>
      </w:hyperlink>
      <w:r>
        <w:t xml:space="preserve"> - Confirms the PS5 Pro release date as November 7, 2024, and the price at $699.99, along with details on the console's enhanced features and supported games.</w:t>
      </w:r>
      <w:r/>
    </w:p>
    <w:p>
      <w:pPr>
        <w:pStyle w:val="ListNumber"/>
        <w:spacing w:line="240" w:lineRule="auto"/>
        <w:ind w:left="720"/>
      </w:pPr>
      <w:r/>
      <w:hyperlink r:id="rId11">
        <w:r>
          <w:rPr>
            <w:color w:val="0000EE"/>
            <w:u w:val="single"/>
          </w:rPr>
          <w:t>https://www.gematsu.com/2024/09/playstation-5-pro-announced-launches-november-7-for-699</w:t>
        </w:r>
      </w:hyperlink>
      <w:r>
        <w:t xml:space="preserve"> - Provides details on the PS5 Pro's launch date, price, and technical specifications, including the upgraded GPU, advanced ray tracing, and AI-driven upscaling.</w:t>
      </w:r>
      <w:r/>
    </w:p>
    <w:p>
      <w:pPr>
        <w:pStyle w:val="ListNumber"/>
        <w:spacing w:line="240" w:lineRule="auto"/>
        <w:ind w:left="720"/>
      </w:pPr>
      <w:r/>
      <w:hyperlink r:id="rId12">
        <w:r>
          <w:rPr>
            <w:color w:val="0000EE"/>
            <w:u w:val="single"/>
          </w:rPr>
          <w:t>https://www.thurrott.com/games/309031/sonys-playstation-5-pro-will-launch-on-november-7-for-699</w:t>
        </w:r>
      </w:hyperlink>
      <w:r>
        <w:t xml:space="preserve"> - Discusses the PS5 Pro's release date, price, and key features such as Wi-Fi 7, 8K support, and compatibility with existing PlayStation 5 accessories.</w:t>
      </w:r>
      <w:r/>
    </w:p>
    <w:p>
      <w:pPr>
        <w:pStyle w:val="ListNumber"/>
        <w:spacing w:line="240" w:lineRule="auto"/>
        <w:ind w:left="720"/>
      </w:pPr>
      <w:r/>
      <w:hyperlink r:id="rId13">
        <w:r>
          <w:rPr>
            <w:color w:val="0000EE"/>
            <w:u w:val="single"/>
          </w:rPr>
          <w:t>https://wnhub.io/news/stores-and-publishing/item-45402</w:t>
        </w:r>
      </w:hyperlink>
      <w:r>
        <w:t xml:space="preserve"> - Confirms the PS5 Pro's release date, price, and additional features like the detachable disc drive and enhanced graphics capabilities.</w:t>
      </w:r>
      <w:r/>
    </w:p>
    <w:p>
      <w:pPr>
        <w:pStyle w:val="ListNumber"/>
        <w:spacing w:line="240" w:lineRule="auto"/>
        <w:ind w:left="720"/>
      </w:pPr>
      <w:r/>
      <w:hyperlink r:id="rId14">
        <w:r>
          <w:rPr>
            <w:color w:val="0000EE"/>
            <w:u w:val="single"/>
          </w:rPr>
          <w:t>https://blog.playstation.com/2024/09/10/welcome-playstation-5-pro-the-most-visually-impressive-way-to-play-games-on-playstation/</w:t>
        </w:r>
      </w:hyperlink>
      <w:r>
        <w:t xml:space="preserve"> - Officially announces the PS5 Pro, detailing its release date, price, and enhanced features such as PSSR and improved ray tracing.</w:t>
      </w:r>
      <w:r/>
    </w:p>
    <w:p>
      <w:pPr>
        <w:pStyle w:val="ListNumber"/>
        <w:spacing w:line="240" w:lineRule="auto"/>
        <w:ind w:left="720"/>
      </w:pPr>
      <w:r/>
      <w:hyperlink r:id="rId10">
        <w:r>
          <w:rPr>
            <w:color w:val="0000EE"/>
            <w:u w:val="single"/>
          </w:rPr>
          <w:t>https://gamerant.com/ps5-pro-release-date-price/</w:t>
        </w:r>
      </w:hyperlink>
      <w:r>
        <w:t xml:space="preserve"> - Lists games that will receive PS5 Pro enhancements, including 'The Last of Us Part 2 Remastered' and 'Alan Wake 2'.</w:t>
      </w:r>
      <w:r/>
    </w:p>
    <w:p>
      <w:pPr>
        <w:pStyle w:val="ListNumber"/>
        <w:spacing w:line="240" w:lineRule="auto"/>
        <w:ind w:left="720"/>
      </w:pPr>
      <w:r/>
      <w:hyperlink r:id="rId11">
        <w:r>
          <w:rPr>
            <w:color w:val="0000EE"/>
            <w:u w:val="single"/>
          </w:rPr>
          <w:t>https://www.gematsu.com/2024/09/playstation-5-pro-announced-launches-november-7-for-699</w:t>
        </w:r>
      </w:hyperlink>
      <w:r>
        <w:t xml:space="preserve"> - Details the PS5 Pro's ability to enhance existing and upcoming games, including those with PS5 Pro Enhanced labels.</w:t>
      </w:r>
      <w:r/>
    </w:p>
    <w:p>
      <w:pPr>
        <w:pStyle w:val="ListNumber"/>
        <w:spacing w:line="240" w:lineRule="auto"/>
        <w:ind w:left="720"/>
      </w:pPr>
      <w:r/>
      <w:hyperlink r:id="rId12">
        <w:r>
          <w:rPr>
            <w:color w:val="0000EE"/>
            <w:u w:val="single"/>
          </w:rPr>
          <w:t>https://www.thurrott.com/games/309031/sonys-playstation-5-pro-will-launch-on-november-7-for-699</w:t>
        </w:r>
      </w:hyperlink>
      <w:r>
        <w:t xml:space="preserve"> - Mentions the PS5 Pro's capability to run games at higher frame rates with increased detail, and lists several games that will benefit from these enhancements.</w:t>
      </w:r>
      <w:r/>
    </w:p>
    <w:p>
      <w:pPr>
        <w:pStyle w:val="ListNumber"/>
        <w:spacing w:line="240" w:lineRule="auto"/>
        <w:ind w:left="720"/>
      </w:pPr>
      <w:r/>
      <w:hyperlink r:id="rId13">
        <w:r>
          <w:rPr>
            <w:color w:val="0000EE"/>
            <w:u w:val="single"/>
          </w:rPr>
          <w:t>https://wnhub.io/news/stores-and-publishing/item-45402</w:t>
        </w:r>
      </w:hyperlink>
      <w:r>
        <w:t xml:space="preserve"> - Explains the use of PSSR AI upscaling and the improvements in visual fidelity for games like 'Alan Wake 2' on the PS5 Pro.</w:t>
      </w:r>
      <w:r/>
    </w:p>
    <w:p>
      <w:pPr>
        <w:pStyle w:val="ListNumber"/>
        <w:spacing w:line="240" w:lineRule="auto"/>
        <w:ind w:left="720"/>
      </w:pPr>
      <w:r/>
      <w:hyperlink r:id="rId14">
        <w:r>
          <w:rPr>
            <w:color w:val="0000EE"/>
            <w:u w:val="single"/>
          </w:rPr>
          <w:t>https://blog.playstation.com/2024/09/10/welcome-playstation-5-pro-the-most-visually-impressive-way-to-play-games-on-playstation/</w:t>
        </w:r>
      </w:hyperlink>
      <w:r>
        <w:t xml:space="preserve"> - Highlights the console's ability to handle higher rendering resolutions and integrate AI-based upscaling, enhancing visual stability and crispness.</w:t>
      </w:r>
      <w:r/>
    </w:p>
    <w:p>
      <w:pPr>
        <w:pStyle w:val="ListNumber"/>
        <w:spacing w:line="240" w:lineRule="auto"/>
        <w:ind w:left="720"/>
      </w:pPr>
      <w:r/>
      <w:hyperlink r:id="rId11">
        <w:r>
          <w:rPr>
            <w:color w:val="0000EE"/>
            <w:u w:val="single"/>
          </w:rPr>
          <w:t>https://www.gematsu.com/2024/09/playstation-5-pro-announced-launches-november-7-for-699</w:t>
        </w:r>
      </w:hyperlink>
      <w:r>
        <w:t xml:space="preserve"> - Discusses the challenges and benefits of incorporating high-level visual features like ray tracing in games optimized for the PS5 Pro.</w:t>
      </w:r>
      <w:r/>
    </w:p>
    <w:p>
      <w:pPr>
        <w:pStyle w:val="ListNumber"/>
        <w:spacing w:line="240" w:lineRule="auto"/>
        <w:ind w:left="720"/>
      </w:pPr>
      <w:r/>
      <w:hyperlink r:id="rId15">
        <w:r>
          <w:rPr>
            <w:color w:val="0000EE"/>
            <w:u w:val="single"/>
          </w:rPr>
          <w:t>https://www.techradar.com/gaming/the-ps5-pro-patch-for-the-last-of-us-part-2-remastered-is-now-live</w:t>
        </w:r>
      </w:hyperlink>
      <w:r>
        <w:t xml:space="preserve"> - Please view link - unable to able to access data</w:t>
      </w:r>
      <w:r/>
    </w:p>
    <w:p>
      <w:pPr>
        <w:pStyle w:val="ListNumber"/>
        <w:spacing w:line="240" w:lineRule="auto"/>
        <w:ind w:left="720"/>
      </w:pPr>
      <w:r/>
      <w:hyperlink r:id="rId16">
        <w:r>
          <w:rPr>
            <w:color w:val="0000EE"/>
            <w:u w:val="single"/>
          </w:rPr>
          <w:t>https://www.techradar.com/gaming/consoles-pc/alan-wake-2-is-ps5-pro-enhanced-will-feature-upgraded-versions-of-quality-and-performance-mode</w:t>
        </w:r>
      </w:hyperlink>
      <w:r>
        <w:t xml:space="preserve"> - Please view link - unable to able to access data</w:t>
      </w:r>
      <w:r/>
    </w:p>
    <w:p>
      <w:pPr>
        <w:pStyle w:val="ListNumber"/>
        <w:spacing w:line="240" w:lineRule="auto"/>
        <w:ind w:left="720"/>
      </w:pPr>
      <w:r/>
      <w:hyperlink r:id="rId17">
        <w:r>
          <w:rPr>
            <w:color w:val="0000EE"/>
            <w:u w:val="single"/>
          </w:rPr>
          <w:t>https://insider-gaming.com/last-of-us-part-ii-remastered-patch-notes-ps5-pro/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amerant.com/ps5-pro-release-date-price/" TargetMode="External"/><Relationship Id="rId11" Type="http://schemas.openxmlformats.org/officeDocument/2006/relationships/hyperlink" Target="https://www.gematsu.com/2024/09/playstation-5-pro-announced-launches-november-7-for-699" TargetMode="External"/><Relationship Id="rId12" Type="http://schemas.openxmlformats.org/officeDocument/2006/relationships/hyperlink" Target="https://www.thurrott.com/games/309031/sonys-playstation-5-pro-will-launch-on-november-7-for-699" TargetMode="External"/><Relationship Id="rId13" Type="http://schemas.openxmlformats.org/officeDocument/2006/relationships/hyperlink" Target="https://wnhub.io/news/stores-and-publishing/item-45402" TargetMode="External"/><Relationship Id="rId14" Type="http://schemas.openxmlformats.org/officeDocument/2006/relationships/hyperlink" Target="https://blog.playstation.com/2024/09/10/welcome-playstation-5-pro-the-most-visually-impressive-way-to-play-games-on-playstation/" TargetMode="External"/><Relationship Id="rId15" Type="http://schemas.openxmlformats.org/officeDocument/2006/relationships/hyperlink" Target="https://www.techradar.com/gaming/the-ps5-pro-patch-for-the-last-of-us-part-2-remastered-is-now-live" TargetMode="External"/><Relationship Id="rId16" Type="http://schemas.openxmlformats.org/officeDocument/2006/relationships/hyperlink" Target="https://www.techradar.com/gaming/consoles-pc/alan-wake-2-is-ps5-pro-enhanced-will-feature-upgraded-versions-of-quality-and-performance-mode" TargetMode="External"/><Relationship Id="rId17" Type="http://schemas.openxmlformats.org/officeDocument/2006/relationships/hyperlink" Target="https://insider-gaming.com/last-of-us-part-ii-remastered-patch-notes-ps5-p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