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Qualcomm integrates advanced laptop chip technology into mobile phones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Qualcomm, the prominent US-based semiconductor company known for its leadership in the mobile phone chip market, has announced a significant advancement in its technology offerings. On Monday, the company revealed its plans to integrate the advanced technology initially developed for its line of laptop chips into its mobile phone chips. This move aims to enhance the computational power of mobile devices, particularly for tasks involving generative Artificial Intelligence (AI).</w:t>
      </w:r>
      <w:r/>
    </w:p>
    <w:p>
      <w:r/>
      <w:r>
        <w:t>The company, headquartered in San Diego, has been a pivotal player in the chip manufacturing industry. In a strategic move in 2021, Qualcomm recruited a group of former Apple engineers to bolster its laptop chip designs. These efforts culminated in the launch of new laptop chips earlier this year, which are instrumental in spearheading AI functionalities in Microsoft's Windows operating system. This team’s innovative work has led to the creation of a new brand of custom computing technology known as "Oryon".</w:t>
      </w:r>
      <w:r/>
    </w:p>
    <w:p>
      <w:r/>
      <w:r>
        <w:t xml:space="preserve">For the first time, Qualcomm is integrating Oryon technology into its mobile phone chips. This new chipset is named the Snapdragon 8 Elite. The chip has undergone significant modifications to enhance its capability to perform complex tasks such as image and text generation—key components of generative AI processes. </w:t>
      </w:r>
      <w:r/>
    </w:p>
    <w:p>
      <w:r/>
      <w:r>
        <w:t>Beyond hardware improvements, Qualcomm is also expanding its software ecosystem. It plans to provide software developers with specialized tools that extend beyond those offered by Alphabet's Android operating system. This initiative allows developers to fully utilize the advanced functionalities embedded in the Snapdragon 8 Elite chip.</w:t>
      </w:r>
      <w:r/>
    </w:p>
    <w:p>
      <w:r/>
      <w:r>
        <w:t>Chris Patrick, Qualcomm's Senior Vice President and General Manager for Mobile Handsets, emphasized the company's independent advancements in AI technology. "AI has been one of those areas where I think Google is moving fast, but we have our own technology to offer that end developer," he stated in an interview with Reuters.</w:t>
      </w:r>
      <w:r/>
    </w:p>
    <w:p>
      <w:r/>
      <w:r>
        <w:t>Several leading technology manufacturers, including Samsung Electronics, Asustek Computer, and Xiaomi, have been named as early adopters of the new Snapdragon 8 Elite chip. This collaboration underscores the industry's recognition of Qualcomm’s innovative contributions to mobile processing technologies and the growing importance of AI capabilities in modern smartphones.</w:t>
      </w:r>
      <w:r/>
    </w:p>
    <w:p>
      <w:r/>
      <w:r>
        <w:t>This latest development marks a significant step for Qualcomm as it seeks to bolster its presence and influence in the competitive landscape of mobile and AI technologies.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https://venturebeat.com/ai/qualcomm-unveils-snapdragon-8-elite-as-worlds-fastest-mobile-cpu/</w:t>
        </w:r>
      </w:hyperlink>
      <w:r>
        <w:t xml:space="preserve"> - Corroborates the announcement of the Snapdragon 8 Elite as the world's fastest mobile CPU and its focus on on-device generative AI.</w:t>
      </w:r>
      <w:r/>
    </w:p>
    <w:p>
      <w:pPr>
        <w:pStyle w:val="ListNumber"/>
        <w:spacing w:line="240" w:lineRule="auto"/>
        <w:ind w:left="720"/>
      </w:pPr>
      <w:r/>
      <w:hyperlink r:id="rId11">
        <w:r>
          <w:rPr>
            <w:color w:val="0000EE"/>
            <w:u w:val="single"/>
          </w:rPr>
          <w:t>https://www.benzinga.com/news/24/10/41445327/qualcomms-new-chipset-brings-multi-modal-generative-ai-to-android-phones-boosting-competition-with-i</w:t>
        </w:r>
      </w:hyperlink>
      <w:r>
        <w:t xml:space="preserve"> - Details the integration of Oryon technology into the Snapdragon 8 Elite, enhancing its AI capabilities and performance.</w:t>
      </w:r>
      <w:r/>
    </w:p>
    <w:p>
      <w:pPr>
        <w:pStyle w:val="ListNumber"/>
        <w:spacing w:line="240" w:lineRule="auto"/>
        <w:ind w:left="720"/>
      </w:pPr>
      <w:r/>
      <w:hyperlink r:id="rId12">
        <w:r>
          <w:rPr>
            <w:color w:val="0000EE"/>
            <w:u w:val="single"/>
          </w:rPr>
          <w:t>https://www.qualcomm.com/news/releases/2024/10/qualcomm-unveils-snapdragon-8-elite-with-the-world-s-fastest-mob</w:t>
        </w:r>
      </w:hyperlink>
      <w:r>
        <w:t xml:space="preserve"> - Provides official information from Qualcomm about the unveiling of the Snapdragon 8 Elite and its AI-focused features.</w:t>
      </w:r>
      <w:r/>
    </w:p>
    <w:p>
      <w:pPr>
        <w:pStyle w:val="ListNumber"/>
        <w:spacing w:line="240" w:lineRule="auto"/>
        <w:ind w:left="720"/>
      </w:pPr>
      <w:r/>
      <w:hyperlink r:id="rId11">
        <w:r>
          <w:rPr>
            <w:color w:val="0000EE"/>
            <w:u w:val="single"/>
          </w:rPr>
          <w:t>https://www.benzinga.com/news/24/10/41445327/qualcomms-new-chipset-brings-multi-modal-generative-ai-to-android-phones-boosting-competition-with-i</w:t>
        </w:r>
      </w:hyperlink>
      <w:r>
        <w:t xml:space="preserve"> - Mentions the involvement of former Apple engineers in Qualcomm's laptop chip designs and the subsequent creation of Oryon technology.</w:t>
      </w:r>
      <w:r/>
    </w:p>
    <w:p>
      <w:pPr>
        <w:pStyle w:val="ListNumber"/>
        <w:spacing w:line="240" w:lineRule="auto"/>
        <w:ind w:left="720"/>
      </w:pPr>
      <w:r/>
      <w:hyperlink r:id="rId11">
        <w:r>
          <w:rPr>
            <w:color w:val="0000EE"/>
            <w:u w:val="single"/>
          </w:rPr>
          <w:t>https://www.benzinga.com/news/24/10/41445327/qualcomms-new-chipset-brings-multi-modal-generative-ai-to-android-phones-boosting-competition-with-i</w:t>
        </w:r>
      </w:hyperlink>
      <w:r>
        <w:t xml:space="preserve"> - Explains the hardware modifications and enhanced capabilities of the Snapdragon 8 Elite for generative AI tasks.</w:t>
      </w:r>
      <w:r/>
    </w:p>
    <w:p>
      <w:pPr>
        <w:pStyle w:val="ListNumber"/>
        <w:spacing w:line="240" w:lineRule="auto"/>
        <w:ind w:left="720"/>
      </w:pPr>
      <w:r/>
      <w:hyperlink r:id="rId12">
        <w:r>
          <w:rPr>
            <w:color w:val="0000EE"/>
            <w:u w:val="single"/>
          </w:rPr>
          <w:t>https://www.qualcomm.com/news/releases/2024/10/qualcomm-unveils-snapdragon-8-elite-with-the-world-s-fastest-mob</w:t>
        </w:r>
      </w:hyperlink>
      <w:r>
        <w:t xml:space="preserve"> - Details the expansion of Qualcomm's software ecosystem to support the advanced functionalities of the Snapdragon 8 Elite.</w:t>
      </w:r>
      <w:r/>
    </w:p>
    <w:p>
      <w:pPr>
        <w:pStyle w:val="ListNumber"/>
        <w:spacing w:line="240" w:lineRule="auto"/>
        <w:ind w:left="720"/>
      </w:pPr>
      <w:r/>
      <w:hyperlink r:id="rId11">
        <w:r>
          <w:rPr>
            <w:color w:val="0000EE"/>
            <w:u w:val="single"/>
          </w:rPr>
          <w:t>https://www.benzinga.com/news/24/10/41445327/qualcomms-new-chipset-brings-multi-modal-generative-ai-to-android-phones-boosting-competition-with-i</w:t>
        </w:r>
      </w:hyperlink>
      <w:r>
        <w:t xml:space="preserve"> - Quotes Chris Patrick on Qualcomm's independent advancements in AI technology and its offerings to developers.</w:t>
      </w:r>
      <w:r/>
    </w:p>
    <w:p>
      <w:pPr>
        <w:pStyle w:val="ListNumber"/>
        <w:spacing w:line="240" w:lineRule="auto"/>
        <w:ind w:left="720"/>
      </w:pPr>
      <w:r/>
      <w:hyperlink r:id="rId11">
        <w:r>
          <w:rPr>
            <w:color w:val="0000EE"/>
            <w:u w:val="single"/>
          </w:rPr>
          <w:t>https://www.benzinga.com/news/24/10/41445327/qualcomms-new-chipset-brings-multi-modal-generative-ai-to-android-phones-boosting-competition-with-i</w:t>
        </w:r>
      </w:hyperlink>
      <w:r>
        <w:t xml:space="preserve"> - Lists leading technology manufacturers such as Asus, Honor, OnePlus, Oppo, and Xiaomi as early adopters of the Snapdragon 8 Elite chip.</w:t>
      </w:r>
      <w:r/>
    </w:p>
    <w:p>
      <w:pPr>
        <w:pStyle w:val="ListNumber"/>
        <w:spacing w:line="240" w:lineRule="auto"/>
        <w:ind w:left="720"/>
      </w:pPr>
      <w:r/>
      <w:hyperlink r:id="rId13">
        <w:r>
          <w:rPr>
            <w:color w:val="0000EE"/>
            <w:u w:val="single"/>
          </w:rPr>
          <w:t>https://me.mashable.com/tech/48039/qualcomm-unveils-snapdragon-8-elite-soc-claims-title-of-worlds-fastest-mobile-cpu</w:t>
        </w:r>
      </w:hyperlink>
      <w:r>
        <w:t xml:space="preserve"> - Corroborates the significance of the Snapdragon 8 Elite in enhancing mobile processing technologies and AI capabilities.</w:t>
      </w:r>
      <w:r/>
    </w:p>
    <w:p>
      <w:pPr>
        <w:pStyle w:val="ListNumber"/>
        <w:spacing w:line="240" w:lineRule="auto"/>
        <w:ind w:left="720"/>
      </w:pPr>
      <w:r/>
      <w:hyperlink r:id="rId12">
        <w:r>
          <w:rPr>
            <w:color w:val="0000EE"/>
            <w:u w:val="single"/>
          </w:rPr>
          <w:t>https://www.qualcomm.com/news/releases/2024/10/qualcomm-unveils-snapdragon-8-elite-with-the-world-s-fastest-mob</w:t>
        </w:r>
      </w:hyperlink>
      <w:r>
        <w:t xml:space="preserve"> - Highlights Qualcomm's innovative contributions to mobile and AI technologies with the launch of the Snapdragon 8 Elite.</w:t>
      </w:r>
      <w:r/>
    </w:p>
    <w:p>
      <w:pPr>
        <w:pStyle w:val="ListNumber"/>
        <w:spacing w:line="240" w:lineRule="auto"/>
        <w:ind w:left="720"/>
      </w:pPr>
      <w:r/>
      <w:hyperlink r:id="rId14">
        <w:r>
          <w:rPr>
            <w:color w:val="0000EE"/>
            <w:u w:val="single"/>
          </w:rPr>
          <w:t>https://timesofsandiego.com/business/2024/10/21/qualcomm-revamps-mobile-phone-chips-for-ai-signs-samsung-and-others/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venturebeat.com/ai/qualcomm-unveils-snapdragon-8-elite-as-worlds-fastest-mobile-cpu/" TargetMode="External"/><Relationship Id="rId11" Type="http://schemas.openxmlformats.org/officeDocument/2006/relationships/hyperlink" Target="https://www.benzinga.com/news/24/10/41445327/qualcomms-new-chipset-brings-multi-modal-generative-ai-to-android-phones-boosting-competition-with-i" TargetMode="External"/><Relationship Id="rId12" Type="http://schemas.openxmlformats.org/officeDocument/2006/relationships/hyperlink" Target="https://www.qualcomm.com/news/releases/2024/10/qualcomm-unveils-snapdragon-8-elite-with-the-world-s-fastest-mob" TargetMode="External"/><Relationship Id="rId13" Type="http://schemas.openxmlformats.org/officeDocument/2006/relationships/hyperlink" Target="https://me.mashable.com/tech/48039/qualcomm-unveils-snapdragon-8-elite-soc-claims-title-of-worlds-fastest-mobile-cpu" TargetMode="External"/><Relationship Id="rId14" Type="http://schemas.openxmlformats.org/officeDocument/2006/relationships/hyperlink" Target="https://timesofsandiego.com/business/2024/10/21/qualcomm-revamps-mobile-phone-chips-for-ai-signs-samsung-and-othe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