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Qualcomm unveils Snapdragon 8 Elite processor at Snapdragon Summit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 xml:space="preserve">Qualcomm has announced its latest advancement in mobile technology with the unveiling of the Snapdragon 8 Elite processor at the annual Snapdragon Summit held in Hawaii. The announcement introduces what Qualcomm claims is the most powerful and fastest mobile chipset currently in the market, marking a significant milestone in the company's product line. </w:t>
      </w:r>
      <w:r/>
    </w:p>
    <w:p>
      <w:r/>
      <w:r>
        <w:t>The Snapdragon 8 Elite, initially rumoured as the Snapdragon 8 Gen 4, builds on the foundations set by its predecessor, the Snapdragon 8 Gen 3. This new chipset is expected to be a key component in many flagship Android phones slated for release in 2025, including devices from notable manufacturers like Samsung, OnePlus, Oppo, and Xiaomi. Qualcomm's new processor redefines the high-performance mobile experience by incorporating the second-generation Qualcomm Oryon CPU, an Adreno GPU with revolutionary graphics capabilities, and a Hexagon NPU designed for robust AI functionality.</w:t>
      </w:r>
      <w:r/>
    </w:p>
    <w:p>
      <w:r/>
      <w:r>
        <w:t>In terms of technical specifications, the Snapdragon 8 Elite showcases a 4.32 GHz CPU max frequency, combined with a significant 24MB total cache. The chipset promises a 45% improvement in single-core tasks and claims to deliver a 62% increase in web browsing speed compared to its predecessors. These enhancements signal Qualcomm's focus on enhancing user experiences by providing stronger processing power for diverse applications, ranging from everyday digital interactions to high-demand gaming and AI-related tasks.</w:t>
      </w:r>
      <w:r/>
    </w:p>
    <w:p>
      <w:r/>
      <w:r>
        <w:t>Qualcomm's new Oryon CPU, central to the Snapdragon 8 Elite, is touted for its ability to manage complex AI tasks, elevating the generative AI capabilities of future Android devices. The focus on AI is underscored by the chipset's enhanced capacity for multimodal data inputs, such as photos, video, and audio, allowing more nuanced and context-aware machine learning interactions on mobile devices.</w:t>
      </w:r>
      <w:r/>
    </w:p>
    <w:p>
      <w:r/>
      <w:r>
        <w:t>For gamers, the Snapdragon 8 Elite offers the Andreno GPU with Qualcomm's pioneering sliced architecture, facilitating sharper graphics, smooth gameplay, and extended battery life. It supports advanced gaming platforms such as Unreal Engine, enabling enhanced graphic complexity and a richer gaming experience, challenging even industry leaders like Apple's iPhone 16 Pro Max.</w:t>
      </w:r>
      <w:r/>
    </w:p>
    <w:p>
      <w:r/>
      <w:r>
        <w:t>Chris Patrick, Senior Vice President and General Manager of Mobile Handsets at Qualcomm Technologies, expressed enthusiasm about the enhanced features enabled by the new chipset architecture, highlighting its leap forward in mobile technology and anticipating strong consumer responses.</w:t>
      </w:r>
      <w:r/>
    </w:p>
    <w:p>
      <w:r/>
      <w:r>
        <w:t>The Snapdragon 8 Elite does not only focus on speed and efficiency; it also prioritises user privacy by performing AI tasks directly on the device, thereby reducing latency and enhancing data security by eliminating the need for cloud processing. This approach also represents a more sustainable model by conserving energy typically consumed by data centers.</w:t>
      </w:r>
      <w:r/>
    </w:p>
    <w:p>
      <w:r/>
      <w:r>
        <w:t>In addition to gaming and AI, the Snapdragon 8 Elite will enhance mobile photography and video editing with AI-driven features like AI relighting, a Video Magic Eraser, and an "AI Pet Suite," broadening the multimedia capabilities of upcoming smartphones. The first devices powered by the Snapdragon 8 Elite are expected to be launched by major brands in the coming months, establishing a new benchmark for the functionalities users can expect from their mobile devices in 2025.</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https://www.gsmarena.com/qualcomm_announces_snapdragon_8_elite_chip_with_oryon_cpu_unreal_engine_53_support_and_40_fater_gpu-news-65009.php</w:t>
        </w:r>
      </w:hyperlink>
      <w:r>
        <w:t xml:space="preserve"> - Corroborates the announcement of the Snapdragon 8 Elite, its technical specifications, and the inclusion of the Oryon CPU, Adreno GPU, and Hexagon NPU.</w:t>
      </w:r>
      <w:r/>
    </w:p>
    <w:p>
      <w:pPr>
        <w:pStyle w:val="ListNumber"/>
        <w:spacing w:line="240" w:lineRule="auto"/>
        <w:ind w:left="720"/>
      </w:pPr>
      <w:r/>
      <w:hyperlink r:id="rId11">
        <w:r>
          <w:rPr>
            <w:color w:val="0000EE"/>
            <w:u w:val="single"/>
          </w:rPr>
          <w:t>https://9to5google.com/2024/10/21/qualcomm-snapdragon-8-elite/</w:t>
        </w:r>
      </w:hyperlink>
      <w:r>
        <w:t xml:space="preserve"> - Supports the details about the Oryon CPU, its clock speeds, and the improvements in CPU and GPU performance.</w:t>
      </w:r>
      <w:r/>
    </w:p>
    <w:p>
      <w:pPr>
        <w:pStyle w:val="ListNumber"/>
        <w:spacing w:line="240" w:lineRule="auto"/>
        <w:ind w:left="720"/>
      </w:pPr>
      <w:r/>
      <w:hyperlink r:id="rId12">
        <w:r>
          <w:rPr>
            <w:color w:val="0000EE"/>
            <w:u w:val="single"/>
          </w:rPr>
          <w:t>https://www.cnet.com/tech/mobile/qualcomms-snapdragon-8-elite-chip-aims-to-level-up-ai-on-android-phones/</w:t>
        </w:r>
      </w:hyperlink>
      <w:r>
        <w:t xml:space="preserve"> - Confirms the Snapdragon 8 Elite's focus on AI, web browsing performance, and battery life enhancements.</w:t>
      </w:r>
      <w:r/>
    </w:p>
    <w:p>
      <w:pPr>
        <w:pStyle w:val="ListNumber"/>
        <w:spacing w:line="240" w:lineRule="auto"/>
        <w:ind w:left="720"/>
      </w:pPr>
      <w:r/>
      <w:hyperlink r:id="rId13">
        <w:r>
          <w:rPr>
            <w:color w:val="0000EE"/>
            <w:u w:val="single"/>
          </w:rPr>
          <w:t>https://www.androidauthority.com/snapdragon-8-elite-3491805/</w:t>
        </w:r>
      </w:hyperlink>
      <w:r>
        <w:t xml:space="preserve"> - Provides information on the CPU architecture, GPU upgrades, and AI capabilities of the Snapdragon 8 Elite.</w:t>
      </w:r>
      <w:r/>
    </w:p>
    <w:p>
      <w:pPr>
        <w:pStyle w:val="ListNumber"/>
        <w:spacing w:line="240" w:lineRule="auto"/>
        <w:ind w:left="720"/>
      </w:pPr>
      <w:r/>
      <w:hyperlink r:id="rId14">
        <w:r>
          <w:rPr>
            <w:color w:val="0000EE"/>
            <w:u w:val="single"/>
          </w:rPr>
          <w:t>https://www.tomsguide.com/phones/android-phones/snapdragon-8-elite</w:t>
        </w:r>
      </w:hyperlink>
      <w:r>
        <w:t xml:space="preserve"> - Details the technical specifications, including the 3nm process, Oryon CPU, and Adreno GPU improvements.</w:t>
      </w:r>
      <w:r/>
    </w:p>
    <w:p>
      <w:pPr>
        <w:pStyle w:val="ListNumber"/>
        <w:spacing w:line="240" w:lineRule="auto"/>
        <w:ind w:left="720"/>
      </w:pPr>
      <w:r/>
      <w:hyperlink r:id="rId10">
        <w:r>
          <w:rPr>
            <w:color w:val="0000EE"/>
            <w:u w:val="single"/>
          </w:rPr>
          <w:t>https://www.gsmarena.com/qualcomm_announces_snapdragon_8_elite_chip_with_oryon_cpu_unreal_engine_53_support_and_40_fater_gpu-news-65009.php</w:t>
        </w:r>
      </w:hyperlink>
      <w:r>
        <w:t xml:space="preserve"> - Lists the manufacturers that will use the Snapdragon 8 Elite in their upcoming devices, such as Samsung, OnePlus, and Oppo.</w:t>
      </w:r>
      <w:r/>
    </w:p>
    <w:p>
      <w:pPr>
        <w:pStyle w:val="ListNumber"/>
        <w:spacing w:line="240" w:lineRule="auto"/>
        <w:ind w:left="720"/>
      </w:pPr>
      <w:r/>
      <w:hyperlink r:id="rId11">
        <w:r>
          <w:rPr>
            <w:color w:val="0000EE"/>
            <w:u w:val="single"/>
          </w:rPr>
          <w:t>https://9to5google.com/2024/10/21/qualcomm-snapdragon-8-elite/</w:t>
        </w:r>
      </w:hyperlink>
      <w:r>
        <w:t xml:space="preserve"> - Explains the 'Instant wake' feature and the elimination of efficiency cores in the new CPU design.</w:t>
      </w:r>
      <w:r/>
    </w:p>
    <w:p>
      <w:pPr>
        <w:pStyle w:val="ListNumber"/>
        <w:spacing w:line="240" w:lineRule="auto"/>
        <w:ind w:left="720"/>
      </w:pPr>
      <w:r/>
      <w:hyperlink r:id="rId12">
        <w:r>
          <w:rPr>
            <w:color w:val="0000EE"/>
            <w:u w:val="single"/>
          </w:rPr>
          <w:t>https://www.cnet.com/tech/mobile/qualcomms-snapdragon-8-elite-chip-aims-to-level-up-ai-on-android-phones/</w:t>
        </w:r>
      </w:hyperlink>
      <w:r>
        <w:t xml:space="preserve"> - Discusses the improved camera performance and AI-driven features like AI relighting and Video Magic Eraser.</w:t>
      </w:r>
      <w:r/>
    </w:p>
    <w:p>
      <w:pPr>
        <w:pStyle w:val="ListNumber"/>
        <w:spacing w:line="240" w:lineRule="auto"/>
        <w:ind w:left="720"/>
      </w:pPr>
      <w:r/>
      <w:hyperlink r:id="rId13">
        <w:r>
          <w:rPr>
            <w:color w:val="0000EE"/>
            <w:u w:val="single"/>
          </w:rPr>
          <w:t>https://www.androidauthority.com/snapdragon-8-elite-3491805/</w:t>
        </w:r>
      </w:hyperlink>
      <w:r>
        <w:t xml:space="preserve"> - Mentions the support for Unreal Engine 5.3 and the enhanced gaming experience it provides.</w:t>
      </w:r>
      <w:r/>
    </w:p>
    <w:p>
      <w:pPr>
        <w:pStyle w:val="ListNumber"/>
        <w:spacing w:line="240" w:lineRule="auto"/>
        <w:ind w:left="720"/>
      </w:pPr>
      <w:r/>
      <w:hyperlink r:id="rId14">
        <w:r>
          <w:rPr>
            <w:color w:val="0000EE"/>
            <w:u w:val="single"/>
          </w:rPr>
          <w:t>https://www.tomsguide.com/phones/android-phones/snapdragon-8-elite</w:t>
        </w:r>
      </w:hyperlink>
      <w:r>
        <w:t xml:space="preserve"> - Highlights the connectivity improvements, including the Snapdragon X80 5G modem and FastConnect 7900 system.</w:t>
      </w:r>
      <w:r/>
    </w:p>
    <w:p>
      <w:pPr>
        <w:pStyle w:val="ListNumber"/>
        <w:spacing w:line="240" w:lineRule="auto"/>
        <w:ind w:left="720"/>
      </w:pPr>
      <w:r/>
      <w:hyperlink r:id="rId12">
        <w:r>
          <w:rPr>
            <w:color w:val="0000EE"/>
            <w:u w:val="single"/>
          </w:rPr>
          <w:t>https://www.cnet.com/tech/mobile/qualcomms-snapdragon-8-elite-chip-aims-to-level-up-ai-on-android-phones/</w:t>
        </w:r>
      </w:hyperlink>
      <w:r>
        <w:t xml:space="preserve"> - Emphasizes the focus on user privacy and energy conservation by performing AI tasks on-device.</w:t>
      </w:r>
      <w:r/>
    </w:p>
    <w:p>
      <w:pPr>
        <w:pStyle w:val="ListNumber"/>
        <w:spacing w:line="240" w:lineRule="auto"/>
        <w:ind w:left="720"/>
      </w:pPr>
      <w:r/>
      <w:hyperlink r:id="rId15">
        <w:r>
          <w:rPr>
            <w:color w:val="0000EE"/>
            <w:u w:val="single"/>
          </w:rPr>
          <w:t>https://www.techradar.com/phones/android/forget-snapdragon-8-gen-4-qualcomms-new-special-most-premium-mobile-chipset-is-the-snapdragon-8-elite</w:t>
        </w:r>
      </w:hyperlink>
      <w:r>
        <w:t xml:space="preserve"> - Please view link - unable to able to access data</w:t>
      </w:r>
      <w:r/>
    </w:p>
    <w:p>
      <w:pPr>
        <w:pStyle w:val="ListNumber"/>
        <w:spacing w:line="240" w:lineRule="auto"/>
        <w:ind w:left="720"/>
      </w:pPr>
      <w:r/>
      <w:hyperlink r:id="rId16">
        <w:r>
          <w:rPr>
            <w:color w:val="0000EE"/>
            <w:u w:val="single"/>
          </w:rPr>
          <w:t>https://www.zdnet.com/article/this-new-qualcomm-chipset-is-a-big-deal-if-youre-an-android-phone-user-heres-why/#ftag=RSSbaffb68</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gsmarena.com/qualcomm_announces_snapdragon_8_elite_chip_with_oryon_cpu_unreal_engine_53_support_and_40_fater_gpu-news-65009.php" TargetMode="External"/><Relationship Id="rId11" Type="http://schemas.openxmlformats.org/officeDocument/2006/relationships/hyperlink" Target="https://9to5google.com/2024/10/21/qualcomm-snapdragon-8-elite/" TargetMode="External"/><Relationship Id="rId12" Type="http://schemas.openxmlformats.org/officeDocument/2006/relationships/hyperlink" Target="https://www.cnet.com/tech/mobile/qualcomms-snapdragon-8-elite-chip-aims-to-level-up-ai-on-android-phones/" TargetMode="External"/><Relationship Id="rId13" Type="http://schemas.openxmlformats.org/officeDocument/2006/relationships/hyperlink" Target="https://www.androidauthority.com/snapdragon-8-elite-3491805/" TargetMode="External"/><Relationship Id="rId14" Type="http://schemas.openxmlformats.org/officeDocument/2006/relationships/hyperlink" Target="https://www.tomsguide.com/phones/android-phones/snapdragon-8-elite" TargetMode="External"/><Relationship Id="rId15" Type="http://schemas.openxmlformats.org/officeDocument/2006/relationships/hyperlink" Target="https://www.techradar.com/phones/android/forget-snapdragon-8-gen-4-qualcomms-new-special-most-premium-mobile-chipset-is-the-snapdragon-8-elite" TargetMode="External"/><Relationship Id="rId16" Type="http://schemas.openxmlformats.org/officeDocument/2006/relationships/hyperlink" Target="https://www.zdnet.com/article/this-new-qualcomm-chipset-is-a-big-deal-if-youre-an-android-phone-user-heres-why/#ftag=RSSbaffb68"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