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Swann unveils AI-powered video doorbell to enhance home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Swann, a renowned name in the home security industry, has unveiled its latest innovation: an AI-powered video doorbell designed to revolutionise home monitoring. Dubbed SwannShield, this innovative feature is set to change the way homeowners interact with those at their door.</w:t>
      </w:r>
      <w:r/>
    </w:p>
    <w:p>
      <w:r/>
      <w:r>
        <w:t>Unlike conventional video doorbells that typically rely on pre-recorded messages to communicate with visitors, SwannShield introduces a groundbreaking approach by offering real-time, custom responses. This capability allows it to dynamically generate verbal interactions based on the identity and inquiries of the caller. For instance, the doorbell can inform a visitor who is currently at home, answer straightforward questions, or even firmly instruct potential intruders to leave the premises.</w:t>
      </w:r>
      <w:r/>
    </w:p>
    <w:p>
      <w:r/>
      <w:r>
        <w:t>What sets SwannShield apart is its ability to adapt its tone. Users can personalise the doorbell's demeanor, choosing from options such as polite, disinterested, or even assertive. Despite Swann's Australian roots, all responses issued by SwannShield will be communicated in a British accent, adding a unique touch to its interaction style.</w:t>
      </w:r>
      <w:r/>
    </w:p>
    <w:p>
      <w:r/>
      <w:r>
        <w:t>For SwannShield to provide optimal responses, users can input specific information into its system. Details like the address, names of household members, and preferred package drop-off locations can be pre-set. Furthermore, the accompanying mobile application offers users the functionality to review conversation transcripts, allowing homeowners to monitor what the doorbell has communicated in their absence.</w:t>
      </w:r>
      <w:r/>
    </w:p>
    <w:p>
      <w:r/>
      <w:r>
        <w:t>Currently, SwannShield is compatible with the SwannBuddy4K doorbell, one of Swann's flagship products. There is anticipation that this feature will be extended to additional devices in the future. Swann has announced that owners of the SwannBuddy4K can expect to receive SwannShield with their next over-the-air firmware update, enhancing the capabilities of their existing device.</w:t>
      </w:r>
      <w:r/>
    </w:p>
    <w:p>
      <w:r/>
      <w:r>
        <w:t>This development is a significant step forward in the integration of AI within home security systems. By moving beyond static messages and facilitating dynamic interactions, SwannShield is poised to offer a more personalised and responsive user experience in the realm of smart home technology. The global roll-out of this feature is eagerly anticipated, with a promise of providing users with increased convenience and security at their front doors.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https://www.t3.com/home-living/smart-home/swanns-new-ai-powered-doorbell-can-do-something-youve-always-wished-for</w:t>
        </w:r>
      </w:hyperlink>
      <w:r>
        <w:t xml:space="preserve"> - Corroborates the introduction of SwannShield, its compatibility with the SwannBuddy4K Video Doorbell, and its ability to generate dynamic responses.</w:t>
      </w:r>
      <w:r/>
    </w:p>
    <w:p>
      <w:pPr>
        <w:pStyle w:val="ListNumber"/>
        <w:spacing w:line="240" w:lineRule="auto"/>
        <w:ind w:left="720"/>
      </w:pPr>
      <w:r/>
      <w:hyperlink r:id="rId10">
        <w:r>
          <w:rPr>
            <w:color w:val="0000EE"/>
            <w:u w:val="single"/>
          </w:rPr>
          <w:t>https://www.t3.com/home-living/smart-home/swanns-new-ai-powered-doorbell-can-do-something-youve-always-wished-for</w:t>
        </w:r>
      </w:hyperlink>
      <w:r>
        <w:t xml:space="preserve"> - Details the personalization options for the doorbell's demeanor and the ability to input resident details and package instructions.</w:t>
      </w:r>
      <w:r/>
    </w:p>
    <w:p>
      <w:pPr>
        <w:pStyle w:val="ListNumber"/>
        <w:spacing w:line="240" w:lineRule="auto"/>
        <w:ind w:left="720"/>
      </w:pPr>
      <w:r/>
      <w:hyperlink r:id="rId11">
        <w:r>
          <w:rPr>
            <w:color w:val="0000EE"/>
            <w:u w:val="single"/>
          </w:rPr>
          <w:t>https://www.techradar.com/home/smart-home/this-ai-video-doorbell-gives-dynamic-voice-responses-depending-on-whos-calling-and-it-can-be-as-aggressive-as-you-like</w:t>
        </w:r>
      </w:hyperlink>
      <w:r>
        <w:t xml:space="preserve"> - Explains the dynamic voice responses, the choice of tone, and the British accent of SwannShield.</w:t>
      </w:r>
      <w:r/>
    </w:p>
    <w:p>
      <w:pPr>
        <w:pStyle w:val="ListNumber"/>
        <w:spacing w:line="240" w:lineRule="auto"/>
        <w:ind w:left="720"/>
      </w:pPr>
      <w:r/>
      <w:hyperlink r:id="rId11">
        <w:r>
          <w:rPr>
            <w:color w:val="0000EE"/>
            <w:u w:val="single"/>
          </w:rPr>
          <w:t>https://www.techradar.com/home/smart-home/this-ai-video-doorbell-gives-dynamic-voice-responses-depending-on-whos-calling-and-it-can-be-as-aggressive-as-you-like</w:t>
        </w:r>
      </w:hyperlink>
      <w:r>
        <w:t xml:space="preserve"> - Provides information on how users can input details like address and resident names, and review conversation transcripts.</w:t>
      </w:r>
      <w:r/>
    </w:p>
    <w:p>
      <w:pPr>
        <w:pStyle w:val="ListNumber"/>
        <w:spacing w:line="240" w:lineRule="auto"/>
        <w:ind w:left="720"/>
      </w:pPr>
      <w:r/>
      <w:hyperlink r:id="rId12">
        <w:r>
          <w:rPr>
            <w:color w:val="0000EE"/>
            <w:u w:val="single"/>
          </w:rPr>
          <w:t>https://us.swann.com/swifi-4kbuddy/?bvstate=pg%3A3%2Fct%3Ar&amp;srsltid=AfmBOoqGDAO87uYagIW608ty-BEdrt5UTHfTnsuE13KE_g7OjGNdiB88</w:t>
        </w:r>
      </w:hyperlink>
      <w:r>
        <w:t xml:space="preserve"> - Confirms the compatibility of SwannShield with the SwannBuddy4K Video Doorbell and its upcoming compatibility with other Swann products.</w:t>
      </w:r>
      <w:r/>
    </w:p>
    <w:p>
      <w:pPr>
        <w:pStyle w:val="ListNumber"/>
        <w:spacing w:line="240" w:lineRule="auto"/>
        <w:ind w:left="720"/>
      </w:pPr>
      <w:r/>
      <w:hyperlink r:id="rId13">
        <w:r>
          <w:rPr>
            <w:color w:val="0000EE"/>
            <w:u w:val="single"/>
          </w:rPr>
          <w:t>https://www.businesswire.com/news/home/20241022590057/en/Swann-Builds-Innovative-AI-powered-Home-Security-Voice-Assistant-with-Thoughtworks</w:t>
        </w:r>
      </w:hyperlink>
      <w:r>
        <w:t xml:space="preserve"> - Details the collaboration between Swann and Thoughtworks to develop SwannShield and its real-time interaction capabilities.</w:t>
      </w:r>
      <w:r/>
    </w:p>
    <w:p>
      <w:pPr>
        <w:pStyle w:val="ListNumber"/>
        <w:spacing w:line="240" w:lineRule="auto"/>
        <w:ind w:left="720"/>
      </w:pPr>
      <w:r/>
      <w:hyperlink r:id="rId13">
        <w:r>
          <w:rPr>
            <w:color w:val="0000EE"/>
            <w:u w:val="single"/>
          </w:rPr>
          <w:t>https://www.businesswire.com/news/home/20241022590057/en/Swann-Builds-Innovative-AI-powered-Home-Security-Voice-Assistant-with-Thoughtworks</w:t>
        </w:r>
      </w:hyperlink>
      <w:r>
        <w:t xml:space="preserve"> - Explains the security and privacy features built into SwannShield and its future scalability.</w:t>
      </w:r>
      <w:r/>
    </w:p>
    <w:p>
      <w:pPr>
        <w:pStyle w:val="ListNumber"/>
        <w:spacing w:line="240" w:lineRule="auto"/>
        <w:ind w:left="720"/>
      </w:pPr>
      <w:r/>
      <w:hyperlink r:id="rId10">
        <w:r>
          <w:rPr>
            <w:color w:val="0000EE"/>
            <w:u w:val="single"/>
          </w:rPr>
          <w:t>https://www.t3.com/home-living/smart-home/swanns-new-ai-powered-doorbell-can-do-something-youve-always-wished-for</w:t>
        </w:r>
      </w:hyperlink>
      <w:r>
        <w:t xml:space="preserve"> - Mentions the availability of SwannShield within the Swann Security app and its future compatibility with more Swann products.</w:t>
      </w:r>
      <w:r/>
    </w:p>
    <w:p>
      <w:pPr>
        <w:pStyle w:val="ListNumber"/>
        <w:spacing w:line="240" w:lineRule="auto"/>
        <w:ind w:left="720"/>
      </w:pPr>
      <w:r/>
      <w:hyperlink r:id="rId11">
        <w:r>
          <w:rPr>
            <w:color w:val="0000EE"/>
            <w:u w:val="single"/>
          </w:rPr>
          <w:t>https://www.techradar.com/home/smart-home/this-ai-video-doorbell-gives-dynamic-voice-responses-depending-on-whos-calling-and-it-can-be-as-aggressive-as-you-like</w:t>
        </w:r>
      </w:hyperlink>
      <w:r>
        <w:t xml:space="preserve"> - Describes how SwannShield can handle various scenarios, including deliveries and potential intruders.</w:t>
      </w:r>
      <w:r/>
    </w:p>
    <w:p>
      <w:pPr>
        <w:pStyle w:val="ListNumber"/>
        <w:spacing w:line="240" w:lineRule="auto"/>
        <w:ind w:left="720"/>
      </w:pPr>
      <w:r/>
      <w:hyperlink r:id="rId13">
        <w:r>
          <w:rPr>
            <w:color w:val="0000EE"/>
            <w:u w:val="single"/>
          </w:rPr>
          <w:t>https://www.businesswire.com/news/home/20241022590057/en/Swann-Builds-Innovative-AI-powered-Home-Security-Voice-Assistant-with-Thoughtworks</w:t>
        </w:r>
      </w:hyperlink>
      <w:r>
        <w:t xml:space="preserve"> - Highlights the significance of SwannShield in advancing AI integration in home security systems and its global roll-out.</w:t>
      </w:r>
      <w:r/>
    </w:p>
    <w:p>
      <w:pPr>
        <w:pStyle w:val="ListNumber"/>
        <w:spacing w:line="240" w:lineRule="auto"/>
        <w:ind w:left="720"/>
      </w:pPr>
      <w:r/>
      <w:hyperlink r:id="rId14">
        <w:r>
          <w:rPr>
            <w:color w:val="0000EE"/>
            <w:u w:val="single"/>
          </w:rPr>
          <w:t>https://us.swann.com/swifi-4kbuddy/?srsltid=AfmBOoo1ylLFSx6Qtaplg5e7P7emYaRaGtkUf0oM7DR0u482HvWJNu4g</w:t>
        </w:r>
      </w:hyperlink>
      <w:r>
        <w:t xml:space="preserve"> - Confirms the over-the-air firmware update for SwannBuddy4K owners to receive SwannShield.</w:t>
      </w:r>
      <w:r/>
    </w:p>
    <w:p>
      <w:pPr>
        <w:pStyle w:val="ListNumber"/>
        <w:spacing w:line="240" w:lineRule="auto"/>
        <w:ind w:left="720"/>
      </w:pPr>
      <w:r/>
      <w:hyperlink r:id="rId11">
        <w:r>
          <w:rPr>
            <w:color w:val="0000EE"/>
            <w:u w:val="single"/>
          </w:rPr>
          <w:t>https://www.techradar.com/home/smart-home/this-ai-video-doorbell-gives-dynamic-voice-responses-depending-on-whos-calling-and-it-can-be-as-aggressive-as-you-like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3.com/home-living/smart-home/swanns-new-ai-powered-doorbell-can-do-something-youve-always-wished-for" TargetMode="External"/><Relationship Id="rId11" Type="http://schemas.openxmlformats.org/officeDocument/2006/relationships/hyperlink" Target="https://www.techradar.com/home/smart-home/this-ai-video-doorbell-gives-dynamic-voice-responses-depending-on-whos-calling-and-it-can-be-as-aggressive-as-you-like" TargetMode="External"/><Relationship Id="rId12" Type="http://schemas.openxmlformats.org/officeDocument/2006/relationships/hyperlink" Target="https://us.swann.com/swifi-4kbuddy/?bvstate=pg%3A3%2Fct%3Ar&amp;srsltid=AfmBOoqGDAO87uYagIW608ty-BEdrt5UTHfTnsuE13KE_g7OjGNdiB88" TargetMode="External"/><Relationship Id="rId13" Type="http://schemas.openxmlformats.org/officeDocument/2006/relationships/hyperlink" Target="https://www.businesswire.com/news/home/20241022590057/en/Swann-Builds-Innovative-AI-powered-Home-Security-Voice-Assistant-with-Thoughtworks" TargetMode="External"/><Relationship Id="rId14" Type="http://schemas.openxmlformats.org/officeDocument/2006/relationships/hyperlink" Target="https://us.swann.com/swifi-4kbuddy/?srsltid=AfmBOoo1ylLFSx6Qtaplg5e7P7emYaRaGtkUf0oM7DR0u482HvWJNu4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