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Teacher utilises AI to develop pedagogical 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Educational Resources: Teacher Utilises AI To Develop Pedagogical Book</w:t>
      </w:r>
      <w:r/>
    </w:p>
    <w:p>
      <w:r/>
      <w:r>
        <w:t>In a burgeoning intersection of artificial intelligence and education, a teacher has remarkably transformed an initial attempt to consolidate ideas on questioning techniques into what is hoped to be the first in a series of educational books. This development underscores the growing influence of AI technology in academic settings, offering new dimensions to teaching methodologies and resource creation.</w:t>
      </w:r>
      <w:r/>
    </w:p>
    <w:p>
      <w:r/>
      <w:r>
        <w:t>The journey began as a simple desire to collaborate with a colleague on enhancing questioning techniques. This endeavour soon evolved into an ambitious project as the educator explored the capabilities of the AI tool, ChatGPT. Engaging in a dialogue with the AI, the teacher discovered its potential to serve as a collaborative partner in refining and expanding upon educational strategies. The initial query to ChatGPT was a straightforward one regarding familiarity with educational strategist Doug Lamov's work, which sparked a creative process focused on the economics classroom.</w:t>
      </w:r>
      <w:r/>
    </w:p>
    <w:p>
      <w:r/>
      <w:r>
        <w:t>Through an intense and iterative process, the educator engaged ChatGPT as a sounding board, allowing for the refinement and clarification of ideas. This collaborative brainstorming helped transform loosely organised thoughts into coherent educational techniques, tailored specifically for teaching economics. Throughout several hours of discussion, the AI-assisted in structuring these teaching strategies into a clear, compelling format that was easy to share with colleagues.</w:t>
      </w:r>
      <w:r/>
    </w:p>
    <w:p>
      <w:r/>
      <w:r>
        <w:t>Upon completing the manuscript, the educator continued to leverage AI by commissioning ChatGPT to generate an appropriate image for the front cover of the book. After finalising the main content, the teacher sought to infuse a lighter tone by incorporating economics-themed jokes into the book. Here, ChatGPT once again played a crucial role, producing humorous sketches and jokes that now grace the beginning of each chapter, depicting a teacher engaging students with wit and humour in an economics lesson.</w:t>
      </w:r>
      <w:r/>
    </w:p>
    <w:p>
      <w:r/>
      <w:r>
        <w:t>In addition to AI, design tool Canva was employed to further refine the visual aspects of the book. It was instrumental in editing the cover and the cartoon sketches that accompany each chapter, highlighting a supplementary use of technology in educational resource development.</w:t>
      </w:r>
      <w:r/>
    </w:p>
    <w:p>
      <w:r/>
      <w:r>
        <w:t>The educator's innovative approach to book creation exemplifies how AI tools can be integrated into traditional teaching methods, creating resources that engage and inspire. As anticipation builds for its publication, the book is poised to offer a unique perspective to educators and lay a foundation for future works in the series. Readers can expect its appearance on bestseller lists, heralding a new era of AI-assisted educational materials.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https://www.amazon.com/Teaching-AI-Practical-Guide-Learning/dp/1421449226</w:t>
        </w:r>
      </w:hyperlink>
      <w:r>
        <w:t xml:space="preserve"> - This source corroborates the integration of AI in educational settings, highlighting how AI can be used as a powerful teaching tool and its impact on teaching methodologies.</w:t>
      </w:r>
      <w:r/>
    </w:p>
    <w:p>
      <w:pPr>
        <w:pStyle w:val="ListNumber"/>
        <w:spacing w:line="240" w:lineRule="auto"/>
        <w:ind w:left="720"/>
      </w:pPr>
      <w:r/>
      <w:hyperlink r:id="rId11">
        <w:r>
          <w:rPr>
            <w:color w:val="0000EE"/>
            <w:u w:val="single"/>
          </w:rPr>
          <w:t>https://www.usu.edu/empowerteaching/publications/books/teaching-ai/</w:t>
        </w:r>
      </w:hyperlink>
      <w:r>
        <w:t xml:space="preserve"> - This book provides practical and thoughtful pedagogical resources for navigating the possibilities and challenges of teaching in an AI era, including collaborative brainstorming and refining educational strategies.</w:t>
      </w:r>
      <w:r/>
    </w:p>
    <w:p>
      <w:pPr>
        <w:pStyle w:val="ListNumber"/>
        <w:spacing w:line="240" w:lineRule="auto"/>
        <w:ind w:left="720"/>
      </w:pPr>
      <w:r/>
      <w:hyperlink r:id="rId12">
        <w:r>
          <w:rPr>
            <w:color w:val="0000EE"/>
            <w:u w:val="single"/>
          </w:rPr>
          <w:t>https://www.amazon.com/AI-Powered-Pedagogy-Jennifer-Chang-Wathall/dp/B0D6WTYCS6</w:t>
        </w:r>
      </w:hyperlink>
      <w:r>
        <w:t xml:space="preserve"> - This source discusses the use of AI in developing cohesive, institution-wide strategies and empowering teachers to harness AI's transformative potential in education, aligning with the educator's innovative approach.</w:t>
      </w:r>
      <w:r/>
    </w:p>
    <w:p>
      <w:pPr>
        <w:pStyle w:val="ListNumber"/>
        <w:spacing w:line="240" w:lineRule="auto"/>
        <w:ind w:left="720"/>
      </w:pPr>
      <w:r/>
      <w:hyperlink r:id="rId13">
        <w:r>
          <w:rPr>
            <w:color w:val="0000EE"/>
            <w:u w:val="single"/>
          </w:rPr>
          <w:t>https://www.aacu.org/publication/teaching-with-ai</w:t>
        </w:r>
      </w:hyperlink>
      <w:r>
        <w:t xml:space="preserve"> - This publication details how AI is revolutionizing teaching and learning, providing practical suggestions for integrating AI into educational environments, which supports the idea of AI-assisted educational resource development.</w:t>
      </w:r>
      <w:r/>
    </w:p>
    <w:p>
      <w:pPr>
        <w:pStyle w:val="ListNumber"/>
        <w:spacing w:line="240" w:lineRule="auto"/>
        <w:ind w:left="720"/>
      </w:pPr>
      <w:r/>
      <w:hyperlink r:id="rId14">
        <w:r>
          <w:rPr>
            <w:color w:val="0000EE"/>
            <w:u w:val="single"/>
          </w:rPr>
          <w:t>https://www.wiley.com/en-ie/AI+and+the+Future+of+Education:+Teaching+in+the+Age+of+Artificial+Intelligence-p-9781394219247</w:t>
        </w:r>
      </w:hyperlink>
      <w:r>
        <w:t xml:space="preserve"> - This book addresses the anxiety and uncertainty around AI in education, showing how AI can be leveraged to enhance teaching and learning, similar to the educator's experience with ChatGPT.</w:t>
      </w:r>
      <w:r/>
    </w:p>
    <w:p>
      <w:pPr>
        <w:pStyle w:val="ListNumber"/>
        <w:spacing w:line="240" w:lineRule="auto"/>
        <w:ind w:left="720"/>
      </w:pPr>
      <w:r/>
      <w:hyperlink r:id="rId11">
        <w:r>
          <w:rPr>
            <w:color w:val="0000EE"/>
            <w:u w:val="single"/>
          </w:rPr>
          <w:t>https://www.usu.edu/empowerteaching/publications/books/teaching-ai/</w:t>
        </w:r>
      </w:hyperlink>
      <w:r>
        <w:t xml:space="preserve"> - The book 'Teaching and Generative AI' explores the ethical considerations and practical approaches to using AI in education, including its role in refining and expanding educational strategies.</w:t>
      </w:r>
      <w:r/>
    </w:p>
    <w:p>
      <w:pPr>
        <w:pStyle w:val="ListNumber"/>
        <w:spacing w:line="240" w:lineRule="auto"/>
        <w:ind w:left="720"/>
      </w:pPr>
      <w:r/>
      <w:hyperlink r:id="rId10">
        <w:r>
          <w:rPr>
            <w:color w:val="0000EE"/>
            <w:u w:val="single"/>
          </w:rPr>
          <w:t>https://www.amazon.com/Teaching-AI-Practical-Guide-Learning/dp/1421449226</w:t>
        </w:r>
      </w:hyperlink>
      <w:r>
        <w:t xml:space="preserve"> - This source emphasizes the importance of critical thinking skills, information literacy, and a liberal arts education in the age of AI, which aligns with the educator's goal of creating engaging and inspiring educational resources.</w:t>
      </w:r>
      <w:r/>
    </w:p>
    <w:p>
      <w:pPr>
        <w:pStyle w:val="ListNumber"/>
        <w:spacing w:line="240" w:lineRule="auto"/>
        <w:ind w:left="720"/>
      </w:pPr>
      <w:r/>
      <w:hyperlink r:id="rId12">
        <w:r>
          <w:rPr>
            <w:color w:val="0000EE"/>
            <w:u w:val="single"/>
          </w:rPr>
          <w:t>https://www.amazon.com/AI-Powered-Pedagogy-Jennifer-Chang-Wathall/dp/B0D6WTYCS6</w:t>
        </w:r>
      </w:hyperlink>
      <w:r>
        <w:t xml:space="preserve"> - The book 'AI-Powered Pedagogy' provides practical examples and case studies on integrating AI into the classroom, including using AI for administrative duties and curriculum planning, similar to the educator's use of ChatGPT.</w:t>
      </w:r>
      <w:r/>
    </w:p>
    <w:p>
      <w:pPr>
        <w:pStyle w:val="ListNumber"/>
        <w:spacing w:line="240" w:lineRule="auto"/>
        <w:ind w:left="720"/>
      </w:pPr>
      <w:r/>
      <w:hyperlink r:id="rId11">
        <w:r>
          <w:rPr>
            <w:color w:val="0000EE"/>
            <w:u w:val="single"/>
          </w:rPr>
          <w:t>https://www.usu.edu/empowerteaching/publications/books/teaching-ai/</w:t>
        </w:r>
      </w:hyperlink>
      <w:r>
        <w:t xml:space="preserve"> - The chapter on 'Navigating the New Frontier of Generative AI in Peer Review and Academic Writing' in this book highlights the collaborative potential of AI in educational settings.</w:t>
      </w:r>
      <w:r/>
    </w:p>
    <w:p>
      <w:pPr>
        <w:pStyle w:val="ListNumber"/>
        <w:spacing w:line="240" w:lineRule="auto"/>
        <w:ind w:left="720"/>
      </w:pPr>
      <w:r/>
      <w:hyperlink r:id="rId13">
        <w:r>
          <w:rPr>
            <w:color w:val="0000EE"/>
            <w:u w:val="single"/>
          </w:rPr>
          <w:t>https://www.aacu.org/publication/teaching-with-ai</w:t>
        </w:r>
      </w:hyperlink>
      <w:r>
        <w:t xml:space="preserve"> - This publication discusses the role of AI in creating interactive learning techniques and advanced assignment and assessment strategies, which is in line with the educator's use of AI to refine teaching strategies.</w:t>
      </w:r>
      <w:r/>
    </w:p>
    <w:p>
      <w:pPr>
        <w:pStyle w:val="ListNumber"/>
        <w:spacing w:line="240" w:lineRule="auto"/>
        <w:ind w:left="720"/>
      </w:pPr>
      <w:r/>
      <w:hyperlink r:id="rId15">
        <w:r>
          <w:rPr>
            <w:color w:val="0000EE"/>
            <w:u w:val="single"/>
          </w:rPr>
          <w:t>https://thecuriouseconomist.com/using-ai-to-talk-about-pedagogy-and-then-write-a-book/?utm_source=rss&amp;utm_medium=rss&amp;utm_campaign=using-ai-to-talk-about-pedagogy-and-then-write-a-book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Teaching-AI-Practical-Guide-Learning/dp/1421449226" TargetMode="External"/><Relationship Id="rId11" Type="http://schemas.openxmlformats.org/officeDocument/2006/relationships/hyperlink" Target="https://www.usu.edu/empowerteaching/publications/books/teaching-ai/" TargetMode="External"/><Relationship Id="rId12" Type="http://schemas.openxmlformats.org/officeDocument/2006/relationships/hyperlink" Target="https://www.amazon.com/AI-Powered-Pedagogy-Jennifer-Chang-Wathall/dp/B0D6WTYCS6" TargetMode="External"/><Relationship Id="rId13" Type="http://schemas.openxmlformats.org/officeDocument/2006/relationships/hyperlink" Target="https://www.aacu.org/publication/teaching-with-ai" TargetMode="External"/><Relationship Id="rId14" Type="http://schemas.openxmlformats.org/officeDocument/2006/relationships/hyperlink" Target="https://www.wiley.com/en-ie/AI+and+the+Future+of+Education:+Teaching+in+the+Age+of+Artificial+Intelligence-p-9781394219247" TargetMode="External"/><Relationship Id="rId15" Type="http://schemas.openxmlformats.org/officeDocument/2006/relationships/hyperlink" Target="https://thecuriouseconomist.com/using-ai-to-talk-about-pedagogy-and-then-write-a-book/?utm_source=rss&amp;utm_medium=rss&amp;utm_campaign=using-ai-to-talk-about-pedagogy-and-then-write-a-b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