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Tesla unveils latest Optimus robot, sparking curiosity and humour online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Tesla's recent unveiling of the latest iteration of its Optimus robot has sparked a mixture of curiosity and humour across social media platforms. The event, titled 'We, Robot', took place in Los Angeles and showcased CEO Elon Musk's ambitious vision for the humanoid robot. According to Musk, the Optimus robot is evolving gradually, with each iteration bringing it closer to exhibiting more human-like characteristics. </w:t>
      </w:r>
      <w:r/>
    </w:p>
    <w:p>
      <w:r/>
      <w:r>
        <w:t>During the event, Musk elaborated on the potential capabilities of the Optimus, suggesting it will be able to perform tasks ranging from mundane chores to companionship, essentially becoming a versatile personal assistant. He proposed that the robot could range in price from $20,000 to $30,000—a potential addition to households similarly to iconic sci-fi characters like R2-D2 and C-3PO from Star Wars. "We’ve made a lot of progress with Optimus," Musk stated, expressing confidence in the robot's future capabilities. "It’ll do basically anything you want. It can walk your dog, mow your lawn, get groceries... be your friend."</w:t>
      </w:r>
      <w:r/>
    </w:p>
    <w:p>
      <w:r/>
      <w:r>
        <w:t>The announcement, however, has not gone unnoticed online, becoming a catalyst for a series of internet memes and jokes. Social media users quickly capitalised on Musk's grand promises, posting humorous scenarios in which the Optimus might find itself tasked with less glamorous responsibilities, such as smuggling drugs through airport security or preparing a late-night seafood dish.</w:t>
      </w:r>
      <w:r/>
    </w:p>
    <w:p>
      <w:r/>
      <w:r>
        <w:t>While there is excitement surrounding the integration of such advanced robots into daily life, the practical implications and ethical considerations remain subjects of discussion. The comparisons to sci-fi narratives like 'I, Robot' where intelligent humanoids exhibit human-like judgments have fueled this debate, reflected in the memes circulating on platforms such as Twitter. Notably, postings such as "my Tesla robot after I tell him to take my drugs thru security for me" and "My Tesla Robot when I ask it to make me a seafood boil at 3am" illustrate the whimsical yet sceptical reception by the public.</w:t>
      </w:r>
      <w:r/>
    </w:p>
    <w:p>
      <w:r/>
      <w:r>
        <w:t xml:space="preserve">This comes amid a broader context of significant developments in artificial intelligence, with notable announcements from companies like Meta, OpenAI, and Adobe. These advancements indicate a rapidly evolving landscape where AI is poised to play an increasingly integral role in everyday life. As these technologies advance, they simultaneously invoke anticipation and caution among consumers and analysts. </w:t>
      </w:r>
      <w:r/>
    </w:p>
    <w:p>
      <w:r/>
      <w:r>
        <w:t>Despite the light-hearted reaction from the public, the potential shift towards domestic AI assistants such as Tesla’s Optimus still looms large, raising questions about the future of human-robot interaction and the societal adjustments required to accommodate this new era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https://www.scmp.com/tech/tech-trends/article/3282380/tesla-optimus-robots-cybercab-showcase-were-remotely-controlled-humans</w:t>
        </w:r>
      </w:hyperlink>
      <w:r>
        <w:t xml:space="preserve"> - Corroborates the event titled 'We, Robot' in Los Angeles and Elon Musk's vision for the Optimus robot, including its potential capabilities and price range.</w:t>
      </w:r>
      <w:r/>
    </w:p>
    <w:p>
      <w:pPr>
        <w:pStyle w:val="ListNumber"/>
        <w:spacing w:line="240" w:lineRule="auto"/>
        <w:ind w:left="720"/>
      </w:pPr>
      <w:r/>
      <w:hyperlink r:id="rId11">
        <w:r>
          <w:rPr>
            <w:color w:val="0000EE"/>
            <w:u w:val="single"/>
          </w:rPr>
          <w:t>https://www.latimes.com/business/story/2024-10-15/tesla-optimus-bots-were-remotely-operated-at-cybercab-event</w:t>
        </w:r>
      </w:hyperlink>
      <w:r>
        <w:t xml:space="preserve"> - Supports the details of the Optimus robot's capabilities, such as performing household tasks, and the price range of $20,000 to $30,000.</w:t>
      </w:r>
      <w:r/>
    </w:p>
    <w:p>
      <w:pPr>
        <w:pStyle w:val="ListNumber"/>
        <w:spacing w:line="240" w:lineRule="auto"/>
        <w:ind w:left="720"/>
      </w:pPr>
      <w:r/>
      <w:hyperlink r:id="rId12">
        <w:r>
          <w:rPr>
            <w:color w:val="0000EE"/>
            <w:u w:val="single"/>
          </w:rPr>
          <w:t>https://abc7.com/post/tesla-robotaxi-event-elon-musk-unveils-cybercab-during-burbank/15415138/</w:t>
        </w:r>
      </w:hyperlink>
      <w:r>
        <w:t xml:space="preserve"> - Confirms Elon Musk's statements about the Optimus robot's potential tasks, such as babysitting, mowing lawns, and fetching groceries.</w:t>
      </w:r>
      <w:r/>
    </w:p>
    <w:p>
      <w:pPr>
        <w:pStyle w:val="ListNumber"/>
        <w:spacing w:line="240" w:lineRule="auto"/>
        <w:ind w:left="720"/>
      </w:pPr>
      <w:r/>
      <w:hyperlink r:id="rId11">
        <w:r>
          <w:rPr>
            <w:color w:val="0000EE"/>
            <w:u w:val="single"/>
          </w:rPr>
          <w:t>https://www.latimes.com/business/story/2024-10-15/tesla-optimus-bots-were-remotely-operated-at-cybercab-event</w:t>
        </w:r>
      </w:hyperlink>
      <w:r>
        <w:t xml:space="preserve"> - Provides context on the 'We, Robot' event and the unveiling of the Optimus robot, highlighting its human-like characteristics.</w:t>
      </w:r>
      <w:r/>
    </w:p>
    <w:p>
      <w:pPr>
        <w:pStyle w:val="ListNumber"/>
        <w:spacing w:line="240" w:lineRule="auto"/>
        <w:ind w:left="720"/>
      </w:pPr>
      <w:r/>
      <w:hyperlink r:id="rId10">
        <w:r>
          <w:rPr>
            <w:color w:val="0000EE"/>
            <w:u w:val="single"/>
          </w:rPr>
          <w:t>https://www.scmp.com/tech/tech-trends/article/3282380/tesla-optimus-robots-cybercab-showcase-were-remotely-controlled-humans</w:t>
        </w:r>
      </w:hyperlink>
      <w:r>
        <w:t xml:space="preserve"> - Details the event and Musk's confidence in the Optimus robot's future capabilities, including its ability to walk without external control using AI.</w:t>
      </w:r>
      <w:r/>
    </w:p>
    <w:p>
      <w:pPr>
        <w:pStyle w:val="ListNumber"/>
        <w:spacing w:line="240" w:lineRule="auto"/>
        <w:ind w:left="720"/>
      </w:pPr>
      <w:r/>
      <w:hyperlink r:id="rId12">
        <w:r>
          <w:rPr>
            <w:color w:val="0000EE"/>
            <w:u w:val="single"/>
          </w:rPr>
          <w:t>https://abc7.com/post/tesla-robotaxi-event-elon-musk-unveils-cybercab-during-burbank/15415138/</w:t>
        </w:r>
      </w:hyperlink>
      <w:r>
        <w:t xml:space="preserve"> - Mentions the price range and the potential integration of the Optimus robot into households, similar to sci-fi characters.</w:t>
      </w:r>
      <w:r/>
    </w:p>
    <w:p>
      <w:pPr>
        <w:pStyle w:val="ListNumber"/>
        <w:spacing w:line="240" w:lineRule="auto"/>
        <w:ind w:left="720"/>
      </w:pPr>
      <w:r/>
      <w:hyperlink r:id="rId11">
        <w:r>
          <w:rPr>
            <w:color w:val="0000EE"/>
            <w:u w:val="single"/>
          </w:rPr>
          <w:t>https://www.latimes.com/business/story/2024-10-15/tesla-optimus-bots-were-remotely-operated-at-cybercab-event</w:t>
        </w:r>
      </w:hyperlink>
      <w:r>
        <w:t xml:space="preserve"> - Discusses the public's reaction and the creation of memes and jokes about the Optimus robot's potential tasks on social media.</w:t>
      </w:r>
      <w:r/>
    </w:p>
    <w:p>
      <w:pPr>
        <w:pStyle w:val="ListNumber"/>
        <w:spacing w:line="240" w:lineRule="auto"/>
        <w:ind w:left="720"/>
      </w:pPr>
      <w:r/>
      <w:hyperlink r:id="rId10">
        <w:r>
          <w:rPr>
            <w:color w:val="0000EE"/>
            <w:u w:val="single"/>
          </w:rPr>
          <w:t>https://www.scmp.com/tech/tech-trends/article/3282380/tesla-optimus-robots-cybercab-showcase-were-remotely-controlled-humans</w:t>
        </w:r>
      </w:hyperlink>
      <w:r>
        <w:t xml:space="preserve"> - Addresses the broader context of AI developments and the ethical considerations surrounding advanced robots like Optimus.</w:t>
      </w:r>
      <w:r/>
    </w:p>
    <w:p>
      <w:pPr>
        <w:pStyle w:val="ListNumber"/>
        <w:spacing w:line="240" w:lineRule="auto"/>
        <w:ind w:left="720"/>
      </w:pPr>
      <w:r/>
      <w:hyperlink r:id="rId12">
        <w:r>
          <w:rPr>
            <w:color w:val="0000EE"/>
            <w:u w:val="single"/>
          </w:rPr>
          <w:t>https://abc7.com/post/tesla-robotaxi-event-elon-musk-unveils-cybercab-during-burbank/15415138/</w:t>
        </w:r>
      </w:hyperlink>
      <w:r>
        <w:t xml:space="preserve"> - Highlights the significance of the Optimus robot in the context of AI advancements and its potential impact on human-robot interaction.</w:t>
      </w:r>
      <w:r/>
    </w:p>
    <w:p>
      <w:pPr>
        <w:pStyle w:val="ListNumber"/>
        <w:spacing w:line="240" w:lineRule="auto"/>
        <w:ind w:left="720"/>
      </w:pPr>
      <w:r/>
      <w:hyperlink r:id="rId13">
        <w:r>
          <w:rPr>
            <w:color w:val="0000EE"/>
            <w:u w:val="single"/>
          </w:rPr>
          <w:t>https://www.youtube.com/watch?v=Mu-eK72ioDk</w:t>
        </w:r>
      </w:hyperlink>
      <w:r>
        <w:t xml:space="preserve"> - Provides a visual and detailed account of the 'We, Robot' event, including the unveiling of the Optimus robot and its capabilities.</w:t>
      </w:r>
      <w:r/>
    </w:p>
    <w:p>
      <w:pPr>
        <w:pStyle w:val="ListNumber"/>
        <w:spacing w:line="240" w:lineRule="auto"/>
        <w:ind w:left="720"/>
      </w:pPr>
      <w:r/>
      <w:hyperlink r:id="rId11">
        <w:r>
          <w:rPr>
            <w:color w:val="0000EE"/>
            <w:u w:val="single"/>
          </w:rPr>
          <w:t>https://www.latimes.com/business/story/2024-10-15/tesla-optimus-bots-were-remotely-operated-at-cybercab-event</w:t>
        </w:r>
      </w:hyperlink>
      <w:r>
        <w:t xml:space="preserve"> - Corroborates the discussion on the societal adjustments required to accommodate the integration of AI assistants like the Optimus robot.</w:t>
      </w:r>
      <w:r/>
    </w:p>
    <w:p>
      <w:pPr>
        <w:pStyle w:val="ListNumber"/>
        <w:spacing w:line="240" w:lineRule="auto"/>
        <w:ind w:left="720"/>
      </w:pPr>
      <w:r/>
      <w:hyperlink r:id="rId14">
        <w:r>
          <w:rPr>
            <w:color w:val="0000EE"/>
            <w:u w:val="single"/>
          </w:rPr>
          <w:t>https://www.creativebloq.com/design/product-design/teslas-optimus-robot-is-already-getting-mercilessly-mocked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mp.com/tech/tech-trends/article/3282380/tesla-optimus-robots-cybercab-showcase-were-remotely-controlled-humans" TargetMode="External"/><Relationship Id="rId11" Type="http://schemas.openxmlformats.org/officeDocument/2006/relationships/hyperlink" Target="https://www.latimes.com/business/story/2024-10-15/tesla-optimus-bots-were-remotely-operated-at-cybercab-event" TargetMode="External"/><Relationship Id="rId12" Type="http://schemas.openxmlformats.org/officeDocument/2006/relationships/hyperlink" Target="https://abc7.com/post/tesla-robotaxi-event-elon-musk-unveils-cybercab-during-burbank/15415138/" TargetMode="External"/><Relationship Id="rId13" Type="http://schemas.openxmlformats.org/officeDocument/2006/relationships/hyperlink" Target="https://www.youtube.com/watch?v=Mu-eK72ioDk" TargetMode="External"/><Relationship Id="rId14" Type="http://schemas.openxmlformats.org/officeDocument/2006/relationships/hyperlink" Target="https://www.creativebloq.com/design/product-design/teslas-optimus-robot-is-already-getting-mercilessly-mock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