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evolving role of AI in software development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As the integration of artificial intelligence (AI) technology continues to rise, there is a palpable concern among human workers, particularly those in the fields of coding and software design, about the potential for AI models to replace them or render their positions obsolete. However, while AI promises to revolutionise various aspects of the coding process, the role of human developers remains crucial, given that this technology is still in its nascent stages.</w:t>
      </w:r>
      <w:r/>
    </w:p>
    <w:p>
      <w:r/>
      <w:r>
        <w:t>AI is progressively making its mark on software development teams, which are among those most significantly impacted by this technological shift. AI applications in coding include advanced tools that assist in writing code, project management, and quality assurance. For instance, AI-powered tools capable of ‘autofill’ functions can complete lines of code after a developer begins them. Furthermore, some tools have been developed to facilitate coding in natural language, automatically translating it into software code—a process that simplifies coding for those with less experience.</w:t>
      </w:r>
      <w:r/>
    </w:p>
    <w:p>
      <w:r/>
      <w:r>
        <w:t>In project management, AI enhances communication efficiency, vital in large coding projects with multiple teams working concurrently on different components. By automating these interactions, AI fosters more seamless collaboration. Similarly, in quality assurance, AI’s superior data analysis capabilities aid in streamlining the process, typically involving the manual review and correction of code errors.</w:t>
      </w:r>
      <w:r/>
    </w:p>
    <w:p>
      <w:r/>
      <w:r>
        <w:t>The introduction of AI in software development heralds several benefits, chiefly increased efficiency. AI can automate monotonous tasks like debugging and removing duplicate code, freeing human developers to focus on tasks requiring strategic thinking and creative problem-solving. Another critical effect is the lowering of the barriers to entry for coding newcomers. AI tools can enable even those with minimal coding knowledge to generate software, potentially expanding the developer workforce.</w:t>
      </w:r>
      <w:r/>
    </w:p>
    <w:p>
      <w:r/>
      <w:r>
        <w:t>Notably, this transformation may redefine the software testing phase as part of the development process. With AI-enhanced efficiency allowing more code to be written swiftly, quality engineering (QE) and software engineers in test (SDET) may become integral, rather than separate, parts of the development teams. Automation of software testing could further streamline this process, eradicating the need for standalone quality checks.</w:t>
      </w:r>
      <w:r/>
    </w:p>
    <w:p>
      <w:r/>
      <w:r>
        <w:t>The evolution of coding languages is another anticipated outcome as AI becomes entrenched in coding and design processes. There is potential for higher-order coding languages to gain prominence, facilitated by AI tools that simplify their use and comprehension without advanced training. This shift may catalyse the growth of low-code and no-code platforms, making software development accessible to a broader audience.</w:t>
      </w:r>
      <w:r/>
    </w:p>
    <w:p>
      <w:r/>
      <w:r>
        <w:t>As for team dynamics, AI's adoption might initially expand team sizes to facilitate a smoother transition, requiring coaches to help integrate AI back into the existing workflow and assist in cross-verifying AI-generated outputs. However, as proficiency with AI tools grows, team sizes may contract, with fewer engineers needed to achieve the same output once demanded by larger groups.</w:t>
      </w:r>
      <w:r/>
    </w:p>
    <w:p>
      <w:r/>
      <w:r>
        <w:t>Ultimately, much like in other industries, AI in software development should be seen as a tool to boost productivity rather than a direct replacement for human workers. By enhancing output and efficiency, AI holds the potential to enable more individuals to enter the software development field. Existing developers could see increased efficiency, while the technology also opens doors to those previously daunted by the complexities of coding.</w:t>
      </w:r>
      <w:r/>
    </w:p>
    <w:p>
      <w:r/>
      <w:r>
        <w:t xml:space="preserve">Artificial intelligence is set to create substantial shifts across the software development landscape. By increasing efficiency, broadening access to coding, and altering development processes, AI offers significant opportunities for developers seeking to optimise their workflows and stay competitive. </w:t>
      </w:r>
      <w:r/>
    </w:p>
    <w:p>
      <w:r/>
      <w:r>
        <w:t>Ed Watal, founder and principal of Intellibus based in Reston, Virginia, is a key figure in this transitional space. With extensive experience advising major financial institutions and involvement in numerous tech and AI startups, Watal's insights into the evolving role of AI in software underscore its transformative potential. His work, including projects like BigParser, further highlights the ethical and practical considerations in advancing AI applications.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https://extendedstudies.ucsd.edu/news-and-events/division-of-extended-studies-blog/will-ai-replace-programmers-the-future-of-coding</w:t>
        </w:r>
      </w:hyperlink>
      <w:r>
        <w:t xml:space="preserve"> - Corroborates the use of AI in automating routine tasks, debugging, and enhancing developer productivity, highlighting that AI is a collaborative tool rather than a replacement for programmers.</w:t>
      </w:r>
      <w:r/>
    </w:p>
    <w:p>
      <w:pPr>
        <w:pStyle w:val="ListNumber"/>
        <w:spacing w:line="240" w:lineRule="auto"/>
        <w:ind w:left="720"/>
      </w:pPr>
      <w:r/>
      <w:hyperlink r:id="rId11">
        <w:r>
          <w:rPr>
            <w:color w:val="0000EE"/>
            <w:u w:val="single"/>
          </w:rPr>
          <w:t>https://brainhub.eu/library/software-developer-age-of-ai</w:t>
        </w:r>
      </w:hyperlink>
      <w:r>
        <w:t xml:space="preserve"> - Supports the idea that AI is used to generate code, automate repetitive tasks, detect bugs, and make the DevOps process more efficient, and that AI will not replace programmers but rather enhance their workflows.</w:t>
      </w:r>
      <w:r/>
    </w:p>
    <w:p>
      <w:pPr>
        <w:pStyle w:val="ListNumber"/>
        <w:spacing w:line="240" w:lineRule="auto"/>
        <w:ind w:left="720"/>
      </w:pPr>
      <w:r/>
      <w:hyperlink r:id="rId11">
        <w:r>
          <w:rPr>
            <w:color w:val="0000EE"/>
            <w:u w:val="single"/>
          </w:rPr>
          <w:t>https://brainhub.eu/library/software-developer-age-of-ai</w:t>
        </w:r>
      </w:hyperlink>
      <w:r>
        <w:t xml:space="preserve"> - Explains how AI tools can automate code generation, code refactoring, and bug detection, and how these tools streamline the software development process.</w:t>
      </w:r>
      <w:r/>
    </w:p>
    <w:p>
      <w:pPr>
        <w:pStyle w:val="ListNumber"/>
        <w:spacing w:line="240" w:lineRule="auto"/>
        <w:ind w:left="720"/>
      </w:pPr>
      <w:r/>
      <w:hyperlink r:id="rId12">
        <w:r>
          <w:rPr>
            <w:color w:val="0000EE"/>
            <w:u w:val="single"/>
          </w:rPr>
          <w:t>https://github.blog/news-insights/research/survey-reveals-ais-impact-on-the-developer-experience/</w:t>
        </w:r>
      </w:hyperlink>
      <w:r>
        <w:t xml:space="preserve"> - Highlights the benefits of AI coding tools in improving developer productivity, reducing coding errors, and enhancing collaboration within development teams.</w:t>
      </w:r>
      <w:r/>
    </w:p>
    <w:p>
      <w:pPr>
        <w:pStyle w:val="ListNumber"/>
        <w:spacing w:line="240" w:lineRule="auto"/>
        <w:ind w:left="720"/>
      </w:pPr>
      <w:r/>
      <w:hyperlink r:id="rId12">
        <w:r>
          <w:rPr>
            <w:color w:val="0000EE"/>
            <w:u w:val="single"/>
          </w:rPr>
          <w:t>https://github.blog/news-insights/research/survey-reveals-ais-impact-on-the-developer-experience/</w:t>
        </w:r>
      </w:hyperlink>
      <w:r>
        <w:t xml:space="preserve"> - Discusses how AI coding tools help developers focus on solution design and improve overall software quality by automating routine tasks.</w:t>
      </w:r>
      <w:r/>
    </w:p>
    <w:p>
      <w:pPr>
        <w:pStyle w:val="ListNumber"/>
        <w:spacing w:line="240" w:lineRule="auto"/>
        <w:ind w:left="720"/>
      </w:pPr>
      <w:r/>
      <w:hyperlink r:id="rId13">
        <w:r>
          <w:rPr>
            <w:color w:val="0000EE"/>
            <w:u w:val="single"/>
          </w:rPr>
          <w:t>https://www.forbes.com/sites/forbes-engineering/2023/12/07/ais-impact-in-its-first-year-in-software-engineering/</w:t>
        </w:r>
      </w:hyperlink>
      <w:r>
        <w:t xml:space="preserve"> - Details the impact of AI tools like ChatGPT and GitHub Copilot in accelerating the coding process, reducing errors, and enhancing learning for developers.</w:t>
      </w:r>
      <w:r/>
    </w:p>
    <w:p>
      <w:pPr>
        <w:pStyle w:val="ListNumber"/>
        <w:spacing w:line="240" w:lineRule="auto"/>
        <w:ind w:left="720"/>
      </w:pPr>
      <w:r/>
      <w:hyperlink r:id="rId13">
        <w:r>
          <w:rPr>
            <w:color w:val="0000EE"/>
            <w:u w:val="single"/>
          </w:rPr>
          <w:t>https://www.forbes.com/sites/forbes-engineering/2023/12/07/ais-impact-in-its-first-year-in-software-engineering/</w:t>
        </w:r>
      </w:hyperlink>
      <w:r>
        <w:t xml:space="preserve"> - Addresses the concerns about AI's impact on coding skills and the potential for over-reliance on AI tools, as well as the ethical and security implications.</w:t>
      </w:r>
      <w:r/>
    </w:p>
    <w:p>
      <w:pPr>
        <w:pStyle w:val="ListNumber"/>
        <w:spacing w:line="240" w:lineRule="auto"/>
        <w:ind w:left="720"/>
      </w:pPr>
      <w:r/>
      <w:hyperlink r:id="rId14">
        <w:r>
          <w:rPr>
            <w:color w:val="0000EE"/>
            <w:u w:val="single"/>
          </w:rPr>
          <w:t>https://onlinecs.baylor.edu/news/will-ai-replace-SWEs</w:t>
        </w:r>
      </w:hyperlink>
      <w:r>
        <w:t xml:space="preserve"> - Explains how AI accelerates tasks like code review and debugging, and how it enhances software security, while also discussing the transformation of the software testing phase.</w:t>
      </w:r>
      <w:r/>
    </w:p>
    <w:p>
      <w:pPr>
        <w:pStyle w:val="ListNumber"/>
        <w:spacing w:line="240" w:lineRule="auto"/>
        <w:ind w:left="720"/>
      </w:pPr>
      <w:r/>
      <w:hyperlink r:id="rId14">
        <w:r>
          <w:rPr>
            <w:color w:val="0000EE"/>
            <w:u w:val="single"/>
          </w:rPr>
          <w:t>https://onlinecs.baylor.edu/news/will-ai-replace-SWEs</w:t>
        </w:r>
      </w:hyperlink>
      <w:r>
        <w:t xml:space="preserve"> - Supports the idea that AI lowers barriers to entry for coding newcomers and potentially expands the developer workforce by making software development more accessible.</w:t>
      </w:r>
      <w:r/>
    </w:p>
    <w:p>
      <w:pPr>
        <w:pStyle w:val="ListNumber"/>
        <w:spacing w:line="240" w:lineRule="auto"/>
        <w:ind w:left="720"/>
      </w:pPr>
      <w:r/>
      <w:hyperlink r:id="rId10">
        <w:r>
          <w:rPr>
            <w:color w:val="0000EE"/>
            <w:u w:val="single"/>
          </w:rPr>
          <w:t>https://extendedstudies.ucsd.edu/news-and-events/division-of-extended-studies-blog/will-ai-replace-programmers-the-future-of-coding</w:t>
        </w:r>
      </w:hyperlink>
      <w:r>
        <w:t xml:space="preserve"> - Discusses the potential for higher-order coding languages and the growth of low-code and no-code platforms facilitated by AI tools.</w:t>
      </w:r>
      <w:r/>
    </w:p>
    <w:p>
      <w:pPr>
        <w:pStyle w:val="ListNumber"/>
        <w:spacing w:line="240" w:lineRule="auto"/>
        <w:ind w:left="720"/>
      </w:pPr>
      <w:r/>
      <w:hyperlink r:id="rId11">
        <w:r>
          <w:rPr>
            <w:color w:val="0000EE"/>
            <w:u w:val="single"/>
          </w:rPr>
          <w:t>https://brainhub.eu/library/software-developer-age-of-ai</w:t>
        </w:r>
      </w:hyperlink>
      <w:r>
        <w:t xml:space="preserve"> - Highlights the need for developers to acquire new skills to stay relevant in the era of AI and the potential changes in team dynamics and workflows.</w:t>
      </w:r>
      <w:r/>
    </w:p>
    <w:p>
      <w:pPr>
        <w:pStyle w:val="ListNumber"/>
        <w:spacing w:line="240" w:lineRule="auto"/>
        <w:ind w:left="720"/>
      </w:pPr>
      <w:r/>
      <w:hyperlink r:id="rId15">
        <w:r>
          <w:rPr>
            <w:color w:val="0000EE"/>
            <w:u w:val="single"/>
          </w:rPr>
          <w:t>https://betanews.com/2024/10/21/will-ai-change-the-makeup-of-software-development-teams/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extendedstudies.ucsd.edu/news-and-events/division-of-extended-studies-blog/will-ai-replace-programmers-the-future-of-coding" TargetMode="External"/><Relationship Id="rId11" Type="http://schemas.openxmlformats.org/officeDocument/2006/relationships/hyperlink" Target="https://brainhub.eu/library/software-developer-age-of-ai" TargetMode="External"/><Relationship Id="rId12" Type="http://schemas.openxmlformats.org/officeDocument/2006/relationships/hyperlink" Target="https://github.blog/news-insights/research/survey-reveals-ais-impact-on-the-developer-experience/" TargetMode="External"/><Relationship Id="rId13" Type="http://schemas.openxmlformats.org/officeDocument/2006/relationships/hyperlink" Target="https://www.forbes.com/sites/forbes-engineering/2023/12/07/ais-impact-in-its-first-year-in-software-engineering/" TargetMode="External"/><Relationship Id="rId14" Type="http://schemas.openxmlformats.org/officeDocument/2006/relationships/hyperlink" Target="https://onlinecs.baylor.edu/news/will-ai-replace-SWEs" TargetMode="External"/><Relationship Id="rId15" Type="http://schemas.openxmlformats.org/officeDocument/2006/relationships/hyperlink" Target="https://betanews.com/2024/10/21/will-ai-change-the-makeup-of-software-development-team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