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Throne Science launches innovative device for monitoring digestive health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groundbreaking move to enhance personal health diagnostics, Throne Science, a health tech start-up, has unveiled an innovative new device aimed at monitoring digestive health. The creation, aptly named the "Throne," is a sophisticated camera system designed to scrutinise the contents of a toilet bowl, providing insights on users’ digestive wellbeing. </w:t>
      </w:r>
      <w:r/>
    </w:p>
    <w:p>
      <w:r/>
      <w:r>
        <w:t>Throne Science's product steps into a niche market with its unique offering—a toilet-mounted camera that employs artificial intelligence (AI) technology to analyse human waste. Unlike previous ventures into smart toilet technology that required expensive installations, the Throne differentiates itself by being an affordable, standalone device. This piece of technology is clipped onto the rim of a standard toilet and uses Bluetooth to relay analysis findings to a dedicated app on the user's smartphone.</w:t>
      </w:r>
      <w:r/>
    </w:p>
    <w:p>
      <w:r/>
      <w:r>
        <w:t>The core technology behind Throne Science’s offering is its AI servers, which analyse visual data from the camera to assess factors such as the shape, size, and texture of stools. This data is then catalogued to help track and interpret digestive patterns, allegedly offering insights into the user’s gut health and dietary practices.</w:t>
      </w:r>
      <w:r/>
    </w:p>
    <w:p>
      <w:r/>
      <w:r>
        <w:t>The activation protocol for the Throne reassures users about privacy and security, as the system only becomes active when it detects a phone that has the associated app installed and operational. Furthermore, privacy concerns are addressed by ensuring that all captured data is anonymised, with any identifiable attributes stripped away.</w:t>
      </w:r>
      <w:r/>
    </w:p>
    <w:p>
      <w:r/>
      <w:r>
        <w:t>There is, however, a human element to the process. Despite the AI’s initial assessment, Throne Science sends the data to a team of physicians who manually review and verify the AI's interpretations. This additional scrutiny enables results to be conveyed to users according to the Bristol Stool Scale, a medical graph helpful for understanding stool characteristics.</w:t>
      </w:r>
      <w:r/>
    </w:p>
    <w:p>
      <w:r/>
      <w:r>
        <w:t>The company has faced some initial hurdles in convincing consumers about its privacy and security protocols. A detailed privacy and security section was only added to Throne Science’s website following discussions with TechCrunch, raising some concerns among potential users.</w:t>
      </w:r>
      <w:r/>
    </w:p>
    <w:p>
      <w:r/>
      <w:r>
        <w:t>As for the pricing, the Throne starts at $299 during its beta phase. While the device's analysis app is currently free for early adopters, users will eventually be required to pay an annual subscription fee of $96 once the product is fully rolled out. This recurring cost may be a consideration for consumers evaluating whether the potential benefits justify the financial commitment.</w:t>
      </w:r>
      <w:r/>
    </w:p>
    <w:p>
      <w:r/>
      <w:r>
        <w:t>In summary, Throne Science aims to revolutionise how individuals approach tracking their digestive health with the introduction of this novel product. Whether this high-tech approach to gut health will captivate the health-conscious public remains to be seen, but it certainly offers an intriguing glimpse into the possible future of personal health monitoring, leveraging advanced technology in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https://gizmodo.com/this-toilet-seat-has-a-camera-for-taking-pictures-of-your-poop-2000514322</w:t>
        </w:r>
      </w:hyperlink>
      <w:r>
        <w:t xml:space="preserve"> - Corroborates the use of AI technology and the concept of the Throne device for monitoring digestive health.</w:t>
      </w:r>
      <w:r/>
    </w:p>
    <w:p>
      <w:pPr>
        <w:pStyle w:val="ListNumber"/>
        <w:spacing w:line="240" w:lineRule="auto"/>
        <w:ind w:left="720"/>
      </w:pPr>
      <w:r/>
      <w:hyperlink r:id="rId11">
        <w:r>
          <w:rPr>
            <w:color w:val="0000EE"/>
            <w:u w:val="single"/>
          </w:rPr>
          <w:t>https://www.thronescience.com</w:t>
        </w:r>
      </w:hyperlink>
      <w:r>
        <w:t xml:space="preserve"> - Provides details on how the Throne device works, including its attachment to the toilet and the use of Bluetooth to relay data to a smartphone app.</w:t>
      </w:r>
      <w:r/>
    </w:p>
    <w:p>
      <w:pPr>
        <w:pStyle w:val="ListNumber"/>
        <w:spacing w:line="240" w:lineRule="auto"/>
        <w:ind w:left="720"/>
      </w:pPr>
      <w:r/>
      <w:hyperlink r:id="rId12">
        <w:r>
          <w:rPr>
            <w:color w:val="0000EE"/>
            <w:u w:val="single"/>
          </w:rPr>
          <w:t>https://www.pcgamer.com/hardware/this-toilet-attachment-uses-ai-and-a-team-of-physicians-to-photograph-analyse-and-report-the-full-scoop-on-your-poop/</w:t>
        </w:r>
      </w:hyperlink>
      <w:r>
        <w:t xml:space="preserve"> - Explains the AI analysis and the manual review by physicians using the Bristol Stool Scale.</w:t>
      </w:r>
      <w:r/>
    </w:p>
    <w:p>
      <w:pPr>
        <w:pStyle w:val="ListNumber"/>
        <w:spacing w:line="240" w:lineRule="auto"/>
        <w:ind w:left="720"/>
      </w:pPr>
      <w:r/>
      <w:hyperlink r:id="rId10">
        <w:r>
          <w:rPr>
            <w:color w:val="0000EE"/>
            <w:u w:val="single"/>
          </w:rPr>
          <w:t>https://gizmodo.com/this-toilet-seat-has-a-camera-for-taking-pictures-of-your-poop-2000514322</w:t>
        </w:r>
      </w:hyperlink>
      <w:r>
        <w:t xml:space="preserve"> - Addresses the privacy and security concerns, including the activation protocol and anonymization of data.</w:t>
      </w:r>
      <w:r/>
    </w:p>
    <w:p>
      <w:pPr>
        <w:pStyle w:val="ListNumber"/>
        <w:spacing w:line="240" w:lineRule="auto"/>
        <w:ind w:left="720"/>
      </w:pPr>
      <w:r/>
      <w:hyperlink r:id="rId11">
        <w:r>
          <w:rPr>
            <w:color w:val="0000EE"/>
            <w:u w:val="single"/>
          </w:rPr>
          <w:t>https://www.thronescience.com</w:t>
        </w:r>
      </w:hyperlink>
      <w:r>
        <w:t xml:space="preserve"> - Details the privacy measures, such as the device only activating when a known user's phone is detected and the use of a recording light.</w:t>
      </w:r>
      <w:r/>
    </w:p>
    <w:p>
      <w:pPr>
        <w:pStyle w:val="ListNumber"/>
        <w:spacing w:line="240" w:lineRule="auto"/>
        <w:ind w:left="720"/>
      </w:pPr>
      <w:r/>
      <w:hyperlink r:id="rId12">
        <w:r>
          <w:rPr>
            <w:color w:val="0000EE"/>
            <w:u w:val="single"/>
          </w:rPr>
          <w:t>https://www.pcgamer.com/hardware/this-toilet-attachment-uses-ai-and-a-team-of-physicians-to-photograph-analyse-and-report-the-full-scoop-on-your-poop/</w:t>
        </w:r>
      </w:hyperlink>
      <w:r>
        <w:t xml:space="preserve"> - Mentions the addition of a privacy and security section on Throne Science’s website following discussions with TechCrunch.</w:t>
      </w:r>
      <w:r/>
    </w:p>
    <w:p>
      <w:pPr>
        <w:pStyle w:val="ListNumber"/>
        <w:spacing w:line="240" w:lineRule="auto"/>
        <w:ind w:left="720"/>
      </w:pPr>
      <w:r/>
      <w:hyperlink r:id="rId13">
        <w:r>
          <w:rPr>
            <w:color w:val="0000EE"/>
            <w:u w:val="single"/>
          </w:rPr>
          <w:t>https://scopeforward.com/thrones-toilet-technology-is-changing-the-game-with-gut-health-and-hydration-monitoring-grit-daily/</w:t>
        </w:r>
      </w:hyperlink>
      <w:r>
        <w:t xml:space="preserve"> - Provides information on the pricing, including the $299 cost during the beta phase and the $96 annual subscription fee.</w:t>
      </w:r>
      <w:r/>
    </w:p>
    <w:p>
      <w:pPr>
        <w:pStyle w:val="ListNumber"/>
        <w:spacing w:line="240" w:lineRule="auto"/>
        <w:ind w:left="720"/>
      </w:pPr>
      <w:r/>
      <w:hyperlink r:id="rId11">
        <w:r>
          <w:rPr>
            <w:color w:val="0000EE"/>
            <w:u w:val="single"/>
          </w:rPr>
          <w:t>https://www.thronescience.com</w:t>
        </w:r>
      </w:hyperlink>
      <w:r>
        <w:t xml:space="preserve"> - Explains the device's ability to track gut health and hydration continuously, offering insights into digestive patterns and dietary habits.</w:t>
      </w:r>
      <w:r/>
    </w:p>
    <w:p>
      <w:pPr>
        <w:pStyle w:val="ListNumber"/>
        <w:spacing w:line="240" w:lineRule="auto"/>
        <w:ind w:left="720"/>
      </w:pPr>
      <w:r/>
      <w:hyperlink r:id="rId10">
        <w:r>
          <w:rPr>
            <w:color w:val="0000EE"/>
            <w:u w:val="single"/>
          </w:rPr>
          <w:t>https://gizmodo.com/this-toilet-seat-has-a-camera-for-taking-pictures-of-your-poop-2000514322</w:t>
        </w:r>
      </w:hyperlink>
      <w:r>
        <w:t xml:space="preserve"> - Discusses the unique offering of the Throne as a standalone, affordable device compared to other smart toilet technologies.</w:t>
      </w:r>
      <w:r/>
    </w:p>
    <w:p>
      <w:pPr>
        <w:pStyle w:val="ListNumber"/>
        <w:spacing w:line="240" w:lineRule="auto"/>
        <w:ind w:left="720"/>
      </w:pPr>
      <w:r/>
      <w:hyperlink r:id="rId12">
        <w:r>
          <w:rPr>
            <w:color w:val="0000EE"/>
            <w:u w:val="single"/>
          </w:rPr>
          <w:t>https://www.pcgamer.com/hardware/this-toilet-attachment-uses-ai-and-a-team-of-physicians-to-photograph-analyse-and-report-the-full-scoop-on-your-poop/</w:t>
        </w:r>
      </w:hyperlink>
      <w:r>
        <w:t xml:space="preserve"> - Details the analysis process, including the assessment of stool shape, size, and texture by AI servers.</w:t>
      </w:r>
      <w:r/>
    </w:p>
    <w:p>
      <w:pPr>
        <w:pStyle w:val="ListNumber"/>
        <w:spacing w:line="240" w:lineRule="auto"/>
        <w:ind w:left="720"/>
      </w:pPr>
      <w:r/>
      <w:hyperlink r:id="rId13">
        <w:r>
          <w:rPr>
            <w:color w:val="0000EE"/>
            <w:u w:val="single"/>
          </w:rPr>
          <w:t>https://scopeforward.com/thrones-toilet-technology-is-changing-the-game-with-gut-health-and-hydration-monitoring-grit-daily/</w:t>
        </w:r>
      </w:hyperlink>
      <w:r>
        <w:t xml:space="preserve"> - Highlights the potential early warnings for health issues such as colon cancer through the analysis of bowel movements and urine flow.</w:t>
      </w:r>
      <w:r/>
    </w:p>
    <w:p>
      <w:pPr>
        <w:pStyle w:val="ListNumber"/>
        <w:spacing w:line="240" w:lineRule="auto"/>
        <w:ind w:left="720"/>
      </w:pPr>
      <w:r/>
      <w:hyperlink r:id="rId12">
        <w:r>
          <w:rPr>
            <w:color w:val="0000EE"/>
            <w:u w:val="single"/>
          </w:rPr>
          <w:t>https://www.pcgamer.com/hardware/this-toilet-attachment-uses-ai-and-a-team-of-physicians-to-photograph-analyse-and-report-the-full-scoop-on-your-poop/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zmodo.com/this-toilet-seat-has-a-camera-for-taking-pictures-of-your-poop-2000514322" TargetMode="External"/><Relationship Id="rId11" Type="http://schemas.openxmlformats.org/officeDocument/2006/relationships/hyperlink" Target="https://www.thronescience.com" TargetMode="External"/><Relationship Id="rId12" Type="http://schemas.openxmlformats.org/officeDocument/2006/relationships/hyperlink" Target="https://www.pcgamer.com/hardware/this-toilet-attachment-uses-ai-and-a-team-of-physicians-to-photograph-analyse-and-report-the-full-scoop-on-your-poop/" TargetMode="External"/><Relationship Id="rId13" Type="http://schemas.openxmlformats.org/officeDocument/2006/relationships/hyperlink" Target="https://scopeforward.com/thrones-toilet-technology-is-changing-the-game-with-gut-health-and-hydration-monitoring-grit-dai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