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Topaz Labs launches updated photo editing software with innovative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Topaz Labs, a prominent name in the photography community for its AI-driven software solutions, has announced the release of an updated version of its renowned photo editing software, Topaz Photo AI. The latest update, version 3.3.0, introduces several noteworthy features aimed at enhancing the editing experience for both amateur and professional photographers.</w:t>
      </w:r>
      <w:r/>
    </w:p>
    <w:p>
      <w:r/>
      <w:r>
        <w:t>The standout feature in this update is the introduction of 'Super Focus'. This innovative tool is designed to assist photographers in refining images that are out of focus. By analysing blurred images, Super Focus can identify subjects and reconstruct details, thereby transforming images that initially appeared irreparable into visually pleasing photographs.</w:t>
      </w:r>
      <w:r/>
    </w:p>
    <w:p>
      <w:r/>
      <w:r>
        <w:t>Additionally, Topaz Photo AI 3.3.0 unveils 'Recover Faces Generation 2'. This new face recovery tool aims to elevate the resolution of older, grainy images, making them appear as though they were captured with modern-day cameras. The feature is specifically trained for facial recognition and offers both realistic and creative modes, catering to users' preferences for either a natural or more imaginative effect.</w:t>
      </w:r>
      <w:r/>
    </w:p>
    <w:p>
      <w:r/>
      <w:r>
        <w:t>The update also brings enhancements to the software's autopilot mode, notably in its Denoise and Sharpen functionalities. The improvements promise more refined outputs, with default settings that can also be personalised to achieve a consistent aesthetic across multiple images.</w:t>
      </w:r>
      <w:r/>
    </w:p>
    <w:p>
      <w:r/>
      <w:r>
        <w:t>Moreover, the update includes a redesign of the Remove Tool, now situated conveniently alongside the Super Focus Tool. This redesigned workspace offers users enhanced options to adjust the tool's parameters, allowing for more accurate image editing.</w:t>
      </w:r>
      <w:r/>
    </w:p>
    <w:p>
      <w:r/>
      <w:r>
        <w:t>Topaz Labs has also made strides in colour accuracy with this release, especially for users working with RAW files from Nikon and Sony cameras. The enhancements are expected to provide a more accurate colour representation, enabling photographers to better evaluate and perfect their images.</w:t>
      </w:r>
      <w:r/>
    </w:p>
    <w:p>
      <w:r/>
      <w:r>
        <w:t>The update also features changes to the preference menu, the release of Photo AI Pro tailored for businesses with annual revenues exceeding $1 million, and an automatic Lensfun update, among other changes.</w:t>
      </w:r>
      <w:r/>
    </w:p>
    <w:p>
      <w:r/>
      <w:r>
        <w:t>Users currently utilising Topaz Photo AI will be prompted to download and install this significant update upon their next launch of the application. The update is targeted at providing more streamlined and effective photo editing capabilities to a broad range of users. For those interested in experiencing the potential of Topaz Photo AI, the software is available for purchase on Topaz Labs' website, priced at $199. It supports both macOS and Windows platforms, making it accessible to a wide audience.</w:t>
      </w:r>
      <w:r/>
    </w:p>
    <w:p>
      <w:r/>
      <w:r>
        <w:t>This announcement is part of Topaz Labs' ongoing commitment to enhancing photographic tools, reflecting its dedication to leveraging AI technology in the art of photo editing.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https://www.idownloadblog.com/2024/10/21/topaz-photo-ai-v3-3-0-update/</w:t>
        </w:r>
      </w:hyperlink>
      <w:r>
        <w:t xml:space="preserve"> - Corroborates the introduction of 'Super Focus' and 'Recover Faces Generation 2' in Topaz Photo AI 3.3.0.</w:t>
      </w:r>
      <w:r/>
    </w:p>
    <w:p>
      <w:pPr>
        <w:pStyle w:val="ListNumber"/>
        <w:spacing w:line="240" w:lineRule="auto"/>
        <w:ind w:left="720"/>
      </w:pPr>
      <w:r/>
      <w:hyperlink r:id="rId10">
        <w:r>
          <w:rPr>
            <w:color w:val="0000EE"/>
            <w:u w:val="single"/>
          </w:rPr>
          <w:t>https://www.idownloadblog.com/2024/10/21/topaz-photo-ai-v3-3-0-update/</w:t>
        </w:r>
      </w:hyperlink>
      <w:r>
        <w:t xml:space="preserve"> - Supports the enhancements to the autopilot mode, specifically in Denoise and Sharpen functionalities.</w:t>
      </w:r>
      <w:r/>
    </w:p>
    <w:p>
      <w:pPr>
        <w:pStyle w:val="ListNumber"/>
        <w:spacing w:line="240" w:lineRule="auto"/>
        <w:ind w:left="720"/>
      </w:pPr>
      <w:r/>
      <w:hyperlink r:id="rId11">
        <w:r>
          <w:rPr>
            <w:color w:val="0000EE"/>
            <w:u w:val="single"/>
          </w:rPr>
          <w:t>https://www.topazlabs.com/topaz-photo-ai?srsltid=AfmBOoqBPUuEot93eTRi5_TSCCWaeNbc7_xA4Lo9Htif6JrJSUk4RCwm</w:t>
        </w:r>
      </w:hyperlink>
      <w:r>
        <w:t xml:space="preserve"> - Confirms the availability of Topaz Photo AI for purchase on Topaz Labs' website and its compatibility with both macOS and Windows platforms.</w:t>
      </w:r>
      <w:r/>
    </w:p>
    <w:p>
      <w:pPr>
        <w:pStyle w:val="ListNumber"/>
        <w:spacing w:line="240" w:lineRule="auto"/>
        <w:ind w:left="720"/>
      </w:pPr>
      <w:r/>
      <w:hyperlink r:id="rId11">
        <w:r>
          <w:rPr>
            <w:color w:val="0000EE"/>
            <w:u w:val="single"/>
          </w:rPr>
          <w:t>https://www.topazlabs.com/topaz-photo-ai?srsltid=AfmBOoqBPUuEot93eTRi5_TSCCWaeNbc7_xA4Lo9Htif6JrJSUk4RCwm</w:t>
        </w:r>
      </w:hyperlink>
      <w:r>
        <w:t xml:space="preserve"> - Details the features of Topaz Photo AI, including noise reduction, sharpening, and image upscaling.</w:t>
      </w:r>
      <w:r/>
    </w:p>
    <w:p>
      <w:pPr>
        <w:pStyle w:val="ListNumber"/>
        <w:spacing w:line="240" w:lineRule="auto"/>
        <w:ind w:left="720"/>
      </w:pPr>
      <w:r/>
      <w:hyperlink r:id="rId12">
        <w:r>
          <w:rPr>
            <w:color w:val="0000EE"/>
            <w:u w:val="single"/>
          </w:rPr>
          <w:t>https://www.free-codecs.com/download/topaz_photo_ai.htm</w:t>
        </w:r>
      </w:hyperlink>
      <w:r>
        <w:t xml:space="preserve"> - Supports the feature of intelligent upscaling of images while preserving important details and textures.</w:t>
      </w:r>
      <w:r/>
    </w:p>
    <w:p>
      <w:pPr>
        <w:pStyle w:val="ListNumber"/>
        <w:spacing w:line="240" w:lineRule="auto"/>
        <w:ind w:left="720"/>
      </w:pPr>
      <w:r/>
      <w:hyperlink r:id="rId12">
        <w:r>
          <w:rPr>
            <w:color w:val="0000EE"/>
            <w:u w:val="single"/>
          </w:rPr>
          <w:t>https://www.free-codecs.com/download/topaz_photo_ai.htm</w:t>
        </w:r>
      </w:hyperlink>
      <w:r>
        <w:t xml:space="preserve"> - Corroborates the noise reduction feature and its ability to eliminate unwanted noise while preserving details.</w:t>
      </w:r>
      <w:r/>
    </w:p>
    <w:p>
      <w:pPr>
        <w:pStyle w:val="ListNumber"/>
        <w:spacing w:line="240" w:lineRule="auto"/>
        <w:ind w:left="720"/>
      </w:pPr>
      <w:r/>
      <w:hyperlink r:id="rId13">
        <w:r>
          <w:rPr>
            <w:color w:val="0000EE"/>
            <w:u w:val="single"/>
          </w:rPr>
          <w:t>https://community.topazlabs.com/t/topaz-photo-ai-v3-0-1/68473</w:t>
        </w:r>
      </w:hyperlink>
      <w:r>
        <w:t xml:space="preserve"> - Provides information on the improvements in colour accuracy, especially for RAW files from Nikon and Sony cameras.</w:t>
      </w:r>
      <w:r/>
    </w:p>
    <w:p>
      <w:pPr>
        <w:pStyle w:val="ListNumber"/>
        <w:spacing w:line="240" w:lineRule="auto"/>
        <w:ind w:left="720"/>
      </w:pPr>
      <w:r/>
      <w:hyperlink r:id="rId13">
        <w:r>
          <w:rPr>
            <w:color w:val="0000EE"/>
            <w:u w:val="single"/>
          </w:rPr>
          <w:t>https://community.topazlabs.com/t/topaz-photo-ai-v3-0-1/68473</w:t>
        </w:r>
      </w:hyperlink>
      <w:r>
        <w:t xml:space="preserve"> - Details the changes to the preference menu and other optimizations in the update.</w:t>
      </w:r>
      <w:r/>
    </w:p>
    <w:p>
      <w:pPr>
        <w:pStyle w:val="ListNumber"/>
        <w:spacing w:line="240" w:lineRule="auto"/>
        <w:ind w:left="720"/>
      </w:pPr>
      <w:r/>
      <w:hyperlink r:id="rId14">
        <w:r>
          <w:rPr>
            <w:color w:val="0000EE"/>
            <w:u w:val="single"/>
          </w:rPr>
          <w:t>https://www.youtube.com/watch?v=ViVZ-890HVo</w:t>
        </w:r>
      </w:hyperlink>
      <w:r>
        <w:t xml:space="preserve"> - Demonstrates the use of sharpening and denoise features, as well as the ability to adjust settings for personalized results.</w:t>
      </w:r>
      <w:r/>
    </w:p>
    <w:p>
      <w:pPr>
        <w:pStyle w:val="ListNumber"/>
        <w:spacing w:line="240" w:lineRule="auto"/>
        <w:ind w:left="720"/>
      </w:pPr>
      <w:r/>
      <w:hyperlink r:id="rId14">
        <w:r>
          <w:rPr>
            <w:color w:val="0000EE"/>
            <w:u w:val="single"/>
          </w:rPr>
          <w:t>https://www.youtube.com/watch?v=ViVZ-890HVo</w:t>
        </w:r>
      </w:hyperlink>
      <w:r>
        <w:t xml:space="preserve"> - Shows the functionality of batch processing and the ability to save presets for consistent editing across multiple images.</w:t>
      </w:r>
      <w:r/>
    </w:p>
    <w:p>
      <w:pPr>
        <w:pStyle w:val="ListNumber"/>
        <w:spacing w:line="240" w:lineRule="auto"/>
        <w:ind w:left="720"/>
      </w:pPr>
      <w:r/>
      <w:hyperlink r:id="rId11">
        <w:r>
          <w:rPr>
            <w:color w:val="0000EE"/>
            <w:u w:val="single"/>
          </w:rPr>
          <w:t>https://www.topazlabs.com/topaz-photo-ai?srsltid=AfmBOoqBPUuEot93eTRi5_TSCCWaeNbc7_xA4Lo9Htif6JrJSUk4RCwm</w:t>
        </w:r>
      </w:hyperlink>
      <w:r>
        <w:t xml:space="preserve"> - Mentions the pricing of Topaz Photo AI at $199 and its availability for both amateur and professional photographers.</w:t>
      </w:r>
      <w:r/>
    </w:p>
    <w:p>
      <w:pPr>
        <w:pStyle w:val="ListNumber"/>
        <w:spacing w:line="240" w:lineRule="auto"/>
        <w:ind w:left="720"/>
      </w:pPr>
      <w:r/>
      <w:hyperlink r:id="rId10">
        <w:r>
          <w:rPr>
            <w:color w:val="0000EE"/>
            <w:u w:val="single"/>
          </w:rPr>
          <w:t>https://www.idownloadblog.com/2024/10/21/topaz-photo-ai-v3-3-0-update/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downloadblog.com/2024/10/21/topaz-photo-ai-v3-3-0-update/" TargetMode="External"/><Relationship Id="rId11" Type="http://schemas.openxmlformats.org/officeDocument/2006/relationships/hyperlink" Target="https://www.topazlabs.com/topaz-photo-ai?srsltid=AfmBOoqBPUuEot93eTRi5_TSCCWaeNbc7_xA4Lo9Htif6JrJSUk4RCwm" TargetMode="External"/><Relationship Id="rId12" Type="http://schemas.openxmlformats.org/officeDocument/2006/relationships/hyperlink" Target="https://www.free-codecs.com/download/topaz_photo_ai.htm" TargetMode="External"/><Relationship Id="rId13" Type="http://schemas.openxmlformats.org/officeDocument/2006/relationships/hyperlink" Target="https://community.topazlabs.com/t/topaz-photo-ai-v3-0-1/68473" TargetMode="External"/><Relationship Id="rId14" Type="http://schemas.openxmlformats.org/officeDocument/2006/relationships/hyperlink" Target="https://www.youtube.com/watch?v=ViVZ-890HV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