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 makes waves at Steelers game amid political campaigning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weekend marked by both political and sports fervor, former President Donald Trump made a high-profile appearance at the Pittsburgh Steelers vs. New York Jets NFL game on Sunday. The ex-president, who is actively campaigning ahead of the forthcoming election against Vice President Kamala Harris, found himself amidst sporting and political allies and fans during his visit to Acrisure Stadium in Pittsburgh.</w:t>
      </w:r>
      <w:r/>
    </w:p>
    <w:p>
      <w:r/>
      <w:r>
        <w:t>Earlier in the weekend, Trump hosted a rally in nearby Latrobe, where he was joined by former Steelers stars Antonio Brown and Le'Veon Bell. Brown, notorious for his controversial departure from the Steelers in 2018, has remained a popular figure amongst the team's fans, and his presence highlighted the intertwining of sports and politics during the event. The rally saw Brown donning dark MAGA-themed merchandise as part of the campaign push.</w:t>
      </w:r>
      <w:r/>
    </w:p>
    <w:p>
      <w:r/>
      <w:r>
        <w:t>The Steelers game on Sunday evening turned into a spectacle not just for the on-field action. Trump was seen in a suite at the stadium, sharing the experience with Brown and Bell once again. His presence was acknowledged with a spontaneous "U-S-A!" chant by the crowd when fans noticed him. However, the broadcast of the event became a talking point when detractors criticised NBC for showing Trump only briefly during the game—a stark contrast to the frequent displays of pop star Taylor Swift at Kansas City Chiefs games.</w:t>
      </w:r>
      <w:r/>
    </w:p>
    <w:p>
      <w:r/>
      <w:r>
        <w:t>This brief appearance stirred a vocal debate online, with supporters claiming that the coverage was insufficient in comparison to how much screen time celebrities such as Swift receive. Comments flooded social media, comparing the few seconds dedicated to Trump with the more generous air-time typically given to Swift, who has publicly supported Harris in the upcoming election, thus contrasting with Trump’s political stance.</w:t>
      </w:r>
      <w:r/>
    </w:p>
    <w:p>
      <w:r/>
      <w:r>
        <w:t>Despite the brevity of his televised appearance, Trump managed to engage with the fans directly, exchanging waves during game breaks. Ahead of the game, Trump humorously posted a digitally created image of himself in a Steelers uniform on social media, further boosting his visibility and confirming his support for the Pittsburgh team.</w:t>
      </w:r>
      <w:r/>
    </w:p>
    <w:p>
      <w:r/>
      <w:r>
        <w:t>The game itself saw the Steelers secure a commanding 37-15 victory over the Jets. This win was coupled with a significant security presence in the stadium, ensuring the safety and smooth conduct of the high-profile visit. The game was also notable for being the second football match Trump attended this year, highlighting his keen interest in the sport as he navigates the campaign trail.</w:t>
      </w:r>
      <w:r/>
    </w:p>
    <w:p>
      <w:r/>
      <w:r>
        <w:t>Antonio Brown, who appeared at the rally and at the game, engaged in activities such as distributing Steelers "Terrible Towels," customized with Trump and J.D. Vance's election merchandise. His seven-time Pro Bowl legacy with the Steelers from 2013 to 2018 underpins his fan-favourite status, despite his professional and personal controversies.</w:t>
      </w:r>
      <w:r/>
    </w:p>
    <w:p>
      <w:r/>
      <w:r>
        <w:t>In the broader context, Trump's appearance in Pennsylvania is part of his strategic effort to win back a state that played a pivotal role in his 2016 victory but leaned Democratic in the 2020 elections. The events in Pittsburgh, inclusive of the rally in Latrobe and presence at the Steelers game, underscore the fusion of sports, celebrity, and politics, as Trump continues to court Pennsylvania voters in the lead-up to the election.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https://nypost.com/2024/10/21/sports/woman-runs-onto-field-waving-pro-trump-sign-during-jets-steelers-game/</w:t>
        </w:r>
      </w:hyperlink>
      <w:r>
        <w:t xml:space="preserve"> - Corroborates the incident of a female fan running onto the field with a pro-Trump sign during the Steelers-Jets game.</w:t>
      </w:r>
      <w:r/>
    </w:p>
    <w:p>
      <w:pPr>
        <w:pStyle w:val="ListNumber"/>
        <w:spacing w:line="240" w:lineRule="auto"/>
        <w:ind w:left="720"/>
      </w:pPr>
      <w:r/>
      <w:hyperlink r:id="rId11">
        <w:r>
          <w:rPr>
            <w:color w:val="0000EE"/>
            <w:u w:val="single"/>
          </w:rPr>
          <w:t>https://www.foxnews.com/sports/donald-trump-leads-raucous-u-s-a-chant-from-suite-steelers-jets-game</w:t>
        </w:r>
      </w:hyperlink>
      <w:r>
        <w:t xml:space="preserve"> - Details Trump's attendance at the game, the 'U-S-A!' chant, and his interactions with fans and former Steelers players.</w:t>
      </w:r>
      <w:r/>
    </w:p>
    <w:p>
      <w:pPr>
        <w:pStyle w:val="ListNumber"/>
        <w:spacing w:line="240" w:lineRule="auto"/>
        <w:ind w:left="720"/>
      </w:pPr>
      <w:r/>
      <w:hyperlink r:id="rId12">
        <w:r>
          <w:rPr>
            <w:color w:val="0000EE"/>
            <w:u w:val="single"/>
          </w:rPr>
          <w:t>https://www.cbsnews.com/pittsburgh/news/former-steelers-players-endorse-kamala-harris-trump-attends-game-acrisure-stadium/</w:t>
        </w:r>
      </w:hyperlink>
      <w:r>
        <w:t xml:space="preserve"> - Provides information on Trump's attendance, security measures, and endorsements by former Steelers players for both Trump and Kamala Harris.</w:t>
      </w:r>
      <w:r/>
    </w:p>
    <w:p>
      <w:pPr>
        <w:pStyle w:val="ListNumber"/>
        <w:spacing w:line="240" w:lineRule="auto"/>
        <w:ind w:left="720"/>
      </w:pPr>
      <w:r/>
      <w:hyperlink r:id="rId13">
        <w:r>
          <w:rPr>
            <w:color w:val="0000EE"/>
            <w:u w:val="single"/>
          </w:rPr>
          <w:t>https://abcnews.go.com/Sports/wireStory/donald-trump-stops-primetime-nfl-matchup-jets-steelers-114977430</w:t>
        </w:r>
      </w:hyperlink>
      <w:r>
        <w:t xml:space="preserve"> - Describes Trump's attendance as a guest of a suite holder, the reaction of fans, and the endorsements by Antonio Brown and Le'Veon Bell.</w:t>
      </w:r>
      <w:r/>
    </w:p>
    <w:p>
      <w:pPr>
        <w:pStyle w:val="ListNumber"/>
        <w:spacing w:line="240" w:lineRule="auto"/>
        <w:ind w:left="720"/>
      </w:pPr>
      <w:r/>
      <w:hyperlink r:id="rId14">
        <w:r>
          <w:rPr>
            <w:color w:val="0000EE"/>
            <w:u w:val="single"/>
          </w:rPr>
          <w:t>https://www.marca.com/en/lifestyle/us-news/2024/10/21/6715c02022601d6d5c8b4595.html</w:t>
        </w:r>
      </w:hyperlink>
      <w:r>
        <w:t xml:space="preserve"> - Mentions Trump's appearance at the game, the rally in Latrobe, and the distribution of 'Trump-Vance' rally towels by Brown and Bell.</w:t>
      </w:r>
      <w:r/>
    </w:p>
    <w:p>
      <w:pPr>
        <w:pStyle w:val="ListNumber"/>
        <w:spacing w:line="240" w:lineRule="auto"/>
        <w:ind w:left="720"/>
      </w:pPr>
      <w:r/>
      <w:hyperlink r:id="rId11">
        <w:r>
          <w:rPr>
            <w:color w:val="0000EE"/>
            <w:u w:val="single"/>
          </w:rPr>
          <w:t>https://www.foxnews.com/sports/donald-trump-leads-raucous-u-s-a-chant-from-suite-steelers-jets-game</w:t>
        </w:r>
      </w:hyperlink>
      <w:r>
        <w:t xml:space="preserve"> - Details the security measures and Trump's engagement with fans, including the 'U-S-A!' chant and waving to the crowd.</w:t>
      </w:r>
      <w:r/>
    </w:p>
    <w:p>
      <w:pPr>
        <w:pStyle w:val="ListNumber"/>
        <w:spacing w:line="240" w:lineRule="auto"/>
        <w:ind w:left="720"/>
      </w:pPr>
      <w:r/>
      <w:hyperlink r:id="rId13">
        <w:r>
          <w:rPr>
            <w:color w:val="0000EE"/>
            <w:u w:val="single"/>
          </w:rPr>
          <w:t>https://abcnews.go.com/Sports/wireStory/donald-trump-stops-primetime-nfl-matchup-jets-steelers-114977430</w:t>
        </w:r>
      </w:hyperlink>
      <w:r>
        <w:t xml:space="preserve"> - Corroborates the comparison of NBC's coverage of Trump to that of other celebrities like Taylor Swift.</w:t>
      </w:r>
      <w:r/>
    </w:p>
    <w:p>
      <w:pPr>
        <w:pStyle w:val="ListNumber"/>
        <w:spacing w:line="240" w:lineRule="auto"/>
        <w:ind w:left="720"/>
      </w:pPr>
      <w:r/>
      <w:hyperlink r:id="rId14">
        <w:r>
          <w:rPr>
            <w:color w:val="0000EE"/>
            <w:u w:val="single"/>
          </w:rPr>
          <w:t>https://www.marca.com/en/lifestyle/us-news/2024/10/21/6715c02022601d6d5c8b4595.html</w:t>
        </w:r>
      </w:hyperlink>
      <w:r>
        <w:t xml:space="preserve"> - Mentions Trump's social media post of a digitally created image of himself in a Steelers uniform.</w:t>
      </w:r>
      <w:r/>
    </w:p>
    <w:p>
      <w:pPr>
        <w:pStyle w:val="ListNumber"/>
        <w:spacing w:line="240" w:lineRule="auto"/>
        <w:ind w:left="720"/>
      </w:pPr>
      <w:r/>
      <w:hyperlink r:id="rId12">
        <w:r>
          <w:rPr>
            <w:color w:val="0000EE"/>
            <w:u w:val="single"/>
          </w:rPr>
          <w:t>https://www.cbsnews.com/pittsburgh/news/former-steelers-players-endorse-kamala-harris-trump-attends-game-acrisure-stadium/</w:t>
        </w:r>
      </w:hyperlink>
      <w:r>
        <w:t xml:space="preserve"> - Details the significant security presence and the smooth conduct of the game despite Trump's high-profile visit.</w:t>
      </w:r>
      <w:r/>
    </w:p>
    <w:p>
      <w:pPr>
        <w:pStyle w:val="ListNumber"/>
        <w:spacing w:line="240" w:lineRule="auto"/>
        <w:ind w:left="720"/>
      </w:pPr>
      <w:r/>
      <w:hyperlink r:id="rId11">
        <w:r>
          <w:rPr>
            <w:color w:val="0000EE"/>
            <w:u w:val="single"/>
          </w:rPr>
          <w:t>https://www.foxnews.com/sports/donald-trump-leads-raucous-u-s-a-chant-from-suite-steelers-jets-game</w:t>
        </w:r>
      </w:hyperlink>
      <w:r>
        <w:t xml:space="preserve"> - Explains Antonio Brown's activities, including distributing customized 'Terrible Towels' and his legacy with the Steelers.</w:t>
      </w:r>
      <w:r/>
    </w:p>
    <w:p>
      <w:pPr>
        <w:pStyle w:val="ListNumber"/>
        <w:spacing w:line="240" w:lineRule="auto"/>
        <w:ind w:left="720"/>
      </w:pPr>
      <w:r/>
      <w:hyperlink r:id="rId13">
        <w:r>
          <w:rPr>
            <w:color w:val="0000EE"/>
            <w:u w:val="single"/>
          </w:rPr>
          <w:t>https://abcnews.go.com/Sports/wireStory/donald-trump-stops-primetime-nfl-matchup-jets-steelers-114977430</w:t>
        </w:r>
      </w:hyperlink>
      <w:r>
        <w:t xml:space="preserve"> - Contextualizes Trump's appearance in Pennsylvania as part of his campaign strategy to win back the state.</w:t>
      </w:r>
      <w:r/>
    </w:p>
    <w:p>
      <w:pPr>
        <w:pStyle w:val="ListNumber"/>
        <w:spacing w:line="240" w:lineRule="auto"/>
        <w:ind w:left="720"/>
      </w:pPr>
      <w:r/>
      <w:hyperlink r:id="rId15">
        <w:r>
          <w:rPr>
            <w:color w:val="0000EE"/>
            <w:u w:val="single"/>
          </w:rPr>
          <w:t>https://www.foxnews.com/sports/trump-posts-ai-generated-photo-himself-steelers-player-wearing-no-47-ahead-appearance-game</w:t>
        </w:r>
      </w:hyperlink>
      <w:r>
        <w:t xml:space="preserve"> - Please view link - unable to able to access data</w:t>
      </w:r>
      <w:r/>
    </w:p>
    <w:p>
      <w:pPr>
        <w:pStyle w:val="ListNumber"/>
        <w:spacing w:line="240" w:lineRule="auto"/>
        <w:ind w:left="720"/>
      </w:pPr>
      <w:r/>
      <w:hyperlink r:id="rId16">
        <w:r>
          <w:rPr>
            <w:color w:val="0000EE"/>
            <w:u w:val="single"/>
          </w:rPr>
          <w:t>https://www.dailymail.co.uk/sport/nfl/article-13983429/NBC-slammed-Donald-Trump-Jets-NFL-Steelers-Taylor-Swift.html?ns_mchannel=rss&amp;ns_campaign=1490&amp;ito=1490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ypost.com/2024/10/21/sports/woman-runs-onto-field-waving-pro-trump-sign-during-jets-steelers-game/" TargetMode="External"/><Relationship Id="rId11" Type="http://schemas.openxmlformats.org/officeDocument/2006/relationships/hyperlink" Target="https://www.foxnews.com/sports/donald-trump-leads-raucous-u-s-a-chant-from-suite-steelers-jets-game" TargetMode="External"/><Relationship Id="rId12" Type="http://schemas.openxmlformats.org/officeDocument/2006/relationships/hyperlink" Target="https://www.cbsnews.com/pittsburgh/news/former-steelers-players-endorse-kamala-harris-trump-attends-game-acrisure-stadium/" TargetMode="External"/><Relationship Id="rId13" Type="http://schemas.openxmlformats.org/officeDocument/2006/relationships/hyperlink" Target="https://abcnews.go.com/Sports/wireStory/donald-trump-stops-primetime-nfl-matchup-jets-steelers-114977430" TargetMode="External"/><Relationship Id="rId14" Type="http://schemas.openxmlformats.org/officeDocument/2006/relationships/hyperlink" Target="https://www.marca.com/en/lifestyle/us-news/2024/10/21/6715c02022601d6d5c8b4595.html" TargetMode="External"/><Relationship Id="rId15" Type="http://schemas.openxmlformats.org/officeDocument/2006/relationships/hyperlink" Target="https://www.foxnews.com/sports/trump-posts-ai-generated-photo-himself-steelers-player-wearing-no-47-ahead-appearance-game" TargetMode="External"/><Relationship Id="rId16" Type="http://schemas.openxmlformats.org/officeDocument/2006/relationships/hyperlink" Target="https://www.dailymail.co.uk/sport/nfl/article-13983429/NBC-slammed-Donald-Trump-Jets-NFL-Steelers-Taylor-Swift.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