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UK government partners with Microsoft to transform public sector through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UK government has announced a significant five-year partnership with Microsoft, commencing on 1 November, to revolutionise the digital landscape of the public sector through cutting-edge AI-driven technologies. This new agreement, orchestrated by the Crown Commercial Service (CCS), grants public sector organisations streamlined access to Microsoft's suite of AI-powered services, paving the way for enhanced digital transformation and heightened innovative capacity.</w:t>
      </w:r>
      <w:r/>
    </w:p>
    <w:p>
      <w:r/>
      <w:r>
        <w:t>Under the terms of the agreement, eligible organisations can utilise Microsoft's offerings, including Microsoft 365, the Azure cloud platform, Business Applications, and the newly introduced Microsoft 365 Copilot, through their selected procurement methods. This move is poised to not only accelerate innovation across various public sector departments but also aim to improve the efficiency of operations, facilitate improved interdepartmental collaboration, and elevate the overall quality of services available to UK citizens.</w:t>
      </w:r>
      <w:r/>
    </w:p>
    <w:p>
      <w:r/>
      <w:r>
        <w:t>Clare Barclay, CEO of Microsoft UK, highlighted the transformative potential of AI technologies in the public sector. She stated, “This exciting new five-year partnership will mean Microsoft can continue to support the UK Government to create a world-class, digital-first public sector infrastructure, that will improve service delivery for citizens across the whole of the UK and create opportunities for all.”</w:t>
      </w:r>
      <w:r/>
    </w:p>
    <w:p>
      <w:r/>
      <w:r>
        <w:t>The collaboration is anticipated to contribute significantly to the UK's economic growth. Research from Public First suggests that the integration of digital technologies could potentially increase the nation's GDP by £550 billion by 2035. The alliance with Microsoft not only aligns with the government’s objective to enhance public service delivery but also supports broader economic ambitions through improved technological infrastructures.</w:t>
      </w:r>
      <w:r/>
    </w:p>
    <w:p>
      <w:r/>
      <w:r>
        <w:t>Furthermore, the initiative emphasises skill development crucial for a thriving AI sector in the UK. Microsoft is set to roll out new certification and upskilling programmes tailored for public sector employees, alongside continuing its Enterprise Skills Initiative. This commitment to workforce development is designed to prepare employees for the advancements AI and digital technologies bring, ensuring a knowledgeable and adaptable public sector workforce.</w:t>
      </w:r>
      <w:r/>
    </w:p>
    <w:p>
      <w:r/>
      <w:r>
        <w:t>Roger Gonourie, chief commercial officer at the CCS, remarked on the partnership's potential: “This agreement will support eligible public sector organisations to pursue their digital transformation and innovation ambitions, by enabling them to benefit from leveraging the size and scale of the UK public sector. It’s about securing a better future for us all.”</w:t>
      </w:r>
      <w:r/>
    </w:p>
    <w:p>
      <w:r/>
      <w:r>
        <w:t>Moreover, the partnership will contribute to the UK's efforts in constructing the next generation of government cloud services that aim to enhance data quality and productivity. With Microsoft's support, these projects are expected to create robust, reliable digital infrastructures that are essential for modern governance.</w:t>
      </w:r>
      <w:r/>
    </w:p>
    <w:p>
      <w:r/>
      <w:r>
        <w:t>In summary, the UK government’s five-year deal with Microsoft marks a pivotal step towards a technologically advanced public sector. By integrating AI-driven tools and placing an emphasis on skill development, the partnership is not only expected to advance public service delivery but also stimulate economic growth and innovation across the nation.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https://www.computerweekly.com/news/366614196/Labour-signs-up-to-five-years-of-Microsoft-AI</w:t>
        </w:r>
      </w:hyperlink>
      <w:r>
        <w:t xml:space="preserve"> - Corroborates the five-year agreement between the UK government and Microsoft, and the involvement of the Crown Commercial Service (CCS) in orchestrating the deal.</w:t>
      </w:r>
      <w:r/>
    </w:p>
    <w:p>
      <w:pPr>
        <w:pStyle w:val="ListNumber"/>
        <w:spacing w:line="240" w:lineRule="auto"/>
        <w:ind w:left="720"/>
      </w:pPr>
      <w:r/>
      <w:hyperlink r:id="rId11">
        <w:r>
          <w:rPr>
            <w:color w:val="0000EE"/>
            <w:u w:val="single"/>
          </w:rPr>
          <w:t>https://www.itpro.com/business/digital-transformation/uk-government-inks-five-year-cloud-and-ai-deal-with-microsoft</w:t>
        </w:r>
      </w:hyperlink>
      <w:r>
        <w:t xml:space="preserve"> - Supports the details of the agreement, including access to Microsoft 365, Azure cloud platform, Business Applications, and Microsoft 365 Copilot, and the goals of enhancing efficiency and innovation.</w:t>
      </w:r>
      <w:r/>
    </w:p>
    <w:p>
      <w:pPr>
        <w:pStyle w:val="ListNumber"/>
        <w:spacing w:line="240" w:lineRule="auto"/>
        <w:ind w:left="720"/>
      </w:pPr>
      <w:r/>
      <w:hyperlink r:id="rId12">
        <w:r>
          <w:rPr>
            <w:color w:val="0000EE"/>
            <w:u w:val="single"/>
          </w:rPr>
          <w:t>https://www.digit.fyi/uk-gov-and-microsoft-sign-5-year-ai-and-cloud-deal/</w:t>
        </w:r>
      </w:hyperlink>
      <w:r>
        <w:t xml:space="preserve"> - Confirms the start date of the agreement on 1 November and the focus on digital transformation, efficiency, and improved services for UK citizens.</w:t>
      </w:r>
      <w:r/>
    </w:p>
    <w:p>
      <w:pPr>
        <w:pStyle w:val="ListNumber"/>
        <w:spacing w:line="240" w:lineRule="auto"/>
        <w:ind w:left="720"/>
      </w:pPr>
      <w:r/>
      <w:hyperlink r:id="rId13">
        <w:r>
          <w:rPr>
            <w:color w:val="0000EE"/>
            <w:u w:val="single"/>
          </w:rPr>
          <w:t>https://www.techradar.com/pro/microsoft-and-uk-government-sign-multi-year-tech-agreement</w:t>
        </w:r>
      </w:hyperlink>
      <w:r>
        <w:t xml:space="preserve"> - Details the benefits of the partnership, including cost savings, improved efficiency, and the role of Microsoft 365 Copilot in automating tasks and enhancing collaboration.</w:t>
      </w:r>
      <w:r/>
    </w:p>
    <w:p>
      <w:pPr>
        <w:pStyle w:val="ListNumber"/>
        <w:spacing w:line="240" w:lineRule="auto"/>
        <w:ind w:left="720"/>
      </w:pPr>
      <w:r/>
      <w:hyperlink r:id="rId14">
        <w:r>
          <w:rPr>
            <w:color w:val="0000EE"/>
            <w:u w:val="single"/>
          </w:rPr>
          <w:t>https://news.microsoft.com/source/emea/features/microsoft-and-uk-government-sign-five-year-agreement/</w:t>
        </w:r>
      </w:hyperlink>
      <w:r>
        <w:t xml:space="preserve"> - Provides official confirmation from Microsoft about the agreement, including the scope of services and the economic growth potential.</w:t>
      </w:r>
      <w:r/>
    </w:p>
    <w:p>
      <w:pPr>
        <w:pStyle w:val="ListNumber"/>
        <w:spacing w:line="240" w:lineRule="auto"/>
        <w:ind w:left="720"/>
      </w:pPr>
      <w:r/>
      <w:hyperlink r:id="rId10">
        <w:r>
          <w:rPr>
            <w:color w:val="0000EE"/>
            <w:u w:val="single"/>
          </w:rPr>
          <w:t>https://www.computerweekly.com/news/366614196/Labour-signs-up-to-five-years-of-Microsoft-AI</w:t>
        </w:r>
      </w:hyperlink>
      <w:r>
        <w:t xml:space="preserve"> - Quotes Clare Barclay, CEO of Microsoft UK, on the transformative potential of AI technologies in the public sector.</w:t>
      </w:r>
      <w:r/>
    </w:p>
    <w:p>
      <w:pPr>
        <w:pStyle w:val="ListNumber"/>
        <w:spacing w:line="240" w:lineRule="auto"/>
        <w:ind w:left="720"/>
      </w:pPr>
      <w:r/>
      <w:hyperlink r:id="rId11">
        <w:r>
          <w:rPr>
            <w:color w:val="0000EE"/>
            <w:u w:val="single"/>
          </w:rPr>
          <w:t>https://www.itpro.com/business/digital-transformation/uk-government-inks-five-year-cloud-and-ai-deal-with-microsoft</w:t>
        </w:r>
      </w:hyperlink>
      <w:r>
        <w:t xml:space="preserve"> - Discusses the economic impact, including the potential to add £550 billion to the UK’s GDP by 2035, and the broader economic ambitions.</w:t>
      </w:r>
      <w:r/>
    </w:p>
    <w:p>
      <w:pPr>
        <w:pStyle w:val="ListNumber"/>
        <w:spacing w:line="240" w:lineRule="auto"/>
        <w:ind w:left="720"/>
      </w:pPr>
      <w:r/>
      <w:hyperlink r:id="rId12">
        <w:r>
          <w:rPr>
            <w:color w:val="0000EE"/>
            <w:u w:val="single"/>
          </w:rPr>
          <w:t>https://www.digit.fyi/uk-gov-and-microsoft-sign-5-year-ai-and-cloud-deal/</w:t>
        </w:r>
      </w:hyperlink>
      <w:r>
        <w:t xml:space="preserve"> - Highlights the emphasis on skill development and the introduction of new certifications and upskilling programmes for public sector employees.</w:t>
      </w:r>
      <w:r/>
    </w:p>
    <w:p>
      <w:pPr>
        <w:pStyle w:val="ListNumber"/>
        <w:spacing w:line="240" w:lineRule="auto"/>
        <w:ind w:left="720"/>
      </w:pPr>
      <w:r/>
      <w:hyperlink r:id="rId14">
        <w:r>
          <w:rPr>
            <w:color w:val="0000EE"/>
            <w:u w:val="single"/>
          </w:rPr>
          <w:t>https://news.microsoft.com/source/emea/features/microsoft-and-uk-government-sign-five-year-agreement/</w:t>
        </w:r>
      </w:hyperlink>
      <w:r>
        <w:t xml:space="preserve"> - Details Microsoft's commitment to workforce development through the Enterprise Skills Initiative and other training programs.</w:t>
      </w:r>
      <w:r/>
    </w:p>
    <w:p>
      <w:pPr>
        <w:pStyle w:val="ListNumber"/>
        <w:spacing w:line="240" w:lineRule="auto"/>
        <w:ind w:left="720"/>
      </w:pPr>
      <w:r/>
      <w:hyperlink r:id="rId10">
        <w:r>
          <w:rPr>
            <w:color w:val="0000EE"/>
            <w:u w:val="single"/>
          </w:rPr>
          <w:t>https://www.computerweekly.com/news/366614196/Labour-signs-up-to-five-years-of-Microsoft-AI</w:t>
        </w:r>
      </w:hyperlink>
      <w:r>
        <w:t xml:space="preserve"> - Quotes Roger Gonourie, chief commercial officer at CCS, on the partnership's potential to support public sector organisations and secure a better future.</w:t>
      </w:r>
      <w:r/>
    </w:p>
    <w:p>
      <w:pPr>
        <w:pStyle w:val="ListNumber"/>
        <w:spacing w:line="240" w:lineRule="auto"/>
        <w:ind w:left="720"/>
      </w:pPr>
      <w:r/>
      <w:hyperlink r:id="rId13">
        <w:r>
          <w:rPr>
            <w:color w:val="0000EE"/>
            <w:u w:val="single"/>
          </w:rPr>
          <w:t>https://www.techradar.com/pro/microsoft-and-uk-government-sign-multi-year-tech-agreement</w:t>
        </w:r>
      </w:hyperlink>
      <w:r>
        <w:t xml:space="preserve"> - Explains the role of the partnership in constructing the next generation of government cloud services to enhance data quality and productivity.</w:t>
      </w:r>
      <w:r/>
    </w:p>
    <w:p>
      <w:pPr>
        <w:pStyle w:val="ListNumber"/>
        <w:spacing w:line="240" w:lineRule="auto"/>
        <w:ind w:left="720"/>
      </w:pPr>
      <w:r/>
      <w:hyperlink r:id="rId12">
        <w:r>
          <w:rPr>
            <w:color w:val="0000EE"/>
            <w:u w:val="single"/>
          </w:rPr>
          <w:t>https://www.digit.fyi/uk-gov-and-microsoft-sign-5-year-ai-and-cloud-deal/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omputerweekly.com/news/366614196/Labour-signs-up-to-five-years-of-Microsoft-AI" TargetMode="External"/><Relationship Id="rId11" Type="http://schemas.openxmlformats.org/officeDocument/2006/relationships/hyperlink" Target="https://www.itpro.com/business/digital-transformation/uk-government-inks-five-year-cloud-and-ai-deal-with-microsoft" TargetMode="External"/><Relationship Id="rId12" Type="http://schemas.openxmlformats.org/officeDocument/2006/relationships/hyperlink" Target="https://www.digit.fyi/uk-gov-and-microsoft-sign-5-year-ai-and-cloud-deal/" TargetMode="External"/><Relationship Id="rId13" Type="http://schemas.openxmlformats.org/officeDocument/2006/relationships/hyperlink" Target="https://www.techradar.com/pro/microsoft-and-uk-government-sign-multi-year-tech-agreement" TargetMode="External"/><Relationship Id="rId14" Type="http://schemas.openxmlformats.org/officeDocument/2006/relationships/hyperlink" Target="https://news.microsoft.com/source/emea/features/microsoft-and-uk-government-sign-five-year-agre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