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8x8 expands AI-powered voice support in customer assistant programme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8x8 Expands AI-Powered Voice Support in Customer Assistant Programme</w:t>
      </w:r>
      <w:r/>
    </w:p>
    <w:p>
      <w:r/>
      <w:r>
        <w:t>Global Software-as-a-Service provider 8x8 has announced the expanded availability of AI-powered voice support within its 8x8 Intelligent Customer Assistant. This enhancement aims to bolster the platform's versatility by building upon its existing digital capabilities, offering a wider range of functionalities to businesses worldwide.</w:t>
      </w:r>
      <w:r/>
    </w:p>
    <w:p>
      <w:r/>
      <w:r>
        <w:t>With this update, the 8x8 Intelligent Customer Assistant now facilitates human-like voice interactions alongside its digital channels. This development spans multiple regions and languages, thereby enabling businesses to offer scalable, automated, and inclusive self-service experiences to their customers.</w:t>
      </w:r>
      <w:r/>
    </w:p>
    <w:p>
      <w:r/>
      <w:r>
        <w:t>Significant features of the updated solution include seamless workflows, the provision of personalised customer contexts, swift bot deployments across multiple channels, sophisticated analytics, and adaptable CRM integrations. These attributes are designed to streamline various customer service processes, ultimately targeting improvements in operational efficiency, first contact resolution (FCR), and overall customer satisfaction (CSAT).</w:t>
      </w:r>
      <w:r/>
    </w:p>
    <w:p>
      <w:r/>
      <w:r>
        <w:t>8x8's Chief Product Officer, Hunter Middleton, elaborated on the enhancement: “By adding voice support to the 8×8 Intelligent Customer Assistant, we provide another method for organisations to interact with their customers through highly personalised, always-available services and support.”</w:t>
      </w:r>
      <w:r/>
    </w:p>
    <w:p>
      <w:r/>
      <w:r>
        <w:t>8x8 continues to evolve as a significant figure in the business communications sector, setting the pace for future software developments as a leading provider. The company's comprehensive suite of services includes voice, video, chat, contact centre, and enterprise-class API solutions, all powered by a single global cloud communications platform.</w:t>
      </w:r>
      <w:r/>
    </w:p>
    <w:p>
      <w:r/>
      <w:r>
        <w:t>The advancements by 8x8 reflect a commitment to enhancing business communication channels, ensuring that companies can engage with their clientele effectively and efficiently, regardless of geographical or linguistic barriers. As businesses aim for more streamlined customer interactions, 8x8's move to expand its AI capabilities stands as a notable development within the industry.</w:t>
      </w:r>
      <w:r/>
    </w:p>
    <w:p>
      <w:r/>
      <w:r>
        <w:t>The announcement, evaluated by Megan Jones and initially reported by Hannah Swankie, was made public on 22nd October 2024, further consolidating 8x8’s position as a pivotal player in the global SaaS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https://www.8x8.com/resources/customer-stories/acer-intelligent-customer-assistant?locale=us</w:t>
        </w:r>
      </w:hyperlink>
      <w:r>
        <w:t xml:space="preserve"> - Corroborates the use of 8x8 Intelligent Customer Assistant for automated self-service experiences across multiple channels and regions.</w:t>
      </w:r>
      <w:r/>
    </w:p>
    <w:p>
      <w:pPr>
        <w:pStyle w:val="ListNumber"/>
        <w:spacing w:line="240" w:lineRule="auto"/>
        <w:ind w:left="720"/>
      </w:pPr>
      <w:r/>
      <w:hyperlink r:id="rId11">
        <w:r>
          <w:rPr>
            <w:color w:val="0000EE"/>
            <w:u w:val="single"/>
          </w:rPr>
          <w:t>https://www.8x8.com/products/contact-center/intelligent-customer-assistant</w:t>
        </w:r>
      </w:hyperlink>
      <w:r>
        <w:t xml:space="preserve"> - Details the features of 8x8 Intelligent Customer Assistant, including human-like voice interactions, personalized customer contexts, and seamless workflows.</w:t>
      </w:r>
      <w:r/>
    </w:p>
    <w:p>
      <w:pPr>
        <w:pStyle w:val="ListNumber"/>
        <w:spacing w:line="240" w:lineRule="auto"/>
        <w:ind w:left="720"/>
      </w:pPr>
      <w:r/>
      <w:hyperlink r:id="rId11">
        <w:r>
          <w:rPr>
            <w:color w:val="0000EE"/>
            <w:u w:val="single"/>
          </w:rPr>
          <w:t>https://www.8x8.com/products/contact-center/intelligent-customer-assistant</w:t>
        </w:r>
      </w:hyperlink>
      <w:r>
        <w:t xml:space="preserve"> - Explains the provision of sophisticated analytics and adaptable CRM integrations to streamline customer service processes.</w:t>
      </w:r>
      <w:r/>
    </w:p>
    <w:p>
      <w:pPr>
        <w:pStyle w:val="ListNumber"/>
        <w:spacing w:line="240" w:lineRule="auto"/>
        <w:ind w:left="720"/>
      </w:pPr>
      <w:r/>
      <w:hyperlink r:id="rId12">
        <w:r>
          <w:rPr>
            <w:color w:val="0000EE"/>
            <w:u w:val="single"/>
          </w:rPr>
          <w:t>https://8x8.gcs-web.com/news-releases/news-release-details/8x8-extends-ai-powered-8x8-intelligent-customer-assistant</w:t>
        </w:r>
      </w:hyperlink>
      <w:r>
        <w:t xml:space="preserve"> - Supports the announcement of expanded AI-powered voice support within the 8x8 Intelligent Customer Assistant.</w:t>
      </w:r>
      <w:r/>
    </w:p>
    <w:p>
      <w:pPr>
        <w:pStyle w:val="ListNumber"/>
        <w:spacing w:line="240" w:lineRule="auto"/>
        <w:ind w:left="720"/>
      </w:pPr>
      <w:r/>
      <w:hyperlink r:id="rId13">
        <w:r>
          <w:rPr>
            <w:color w:val="0000EE"/>
            <w:u w:val="single"/>
          </w:rPr>
          <w:t>https://finance.yahoo.com/news/8x8-extends-ai-powered-8x8-130000775.html</w:t>
        </w:r>
      </w:hyperlink>
      <w:r>
        <w:t xml:space="preserve"> - Corroborates the automation of customer interactions using AI-powered voice self-service to resolve a wide range of issues.</w:t>
      </w:r>
      <w:r/>
    </w:p>
    <w:p>
      <w:pPr>
        <w:pStyle w:val="ListNumber"/>
        <w:spacing w:line="240" w:lineRule="auto"/>
        <w:ind w:left="720"/>
      </w:pPr>
      <w:r/>
      <w:hyperlink r:id="rId11">
        <w:r>
          <w:rPr>
            <w:color w:val="0000EE"/>
            <w:u w:val="single"/>
          </w:rPr>
          <w:t>https://www.8x8.com/products/contact-center/intelligent-customer-assistant</w:t>
        </w:r>
      </w:hyperlink>
      <w:r>
        <w:t xml:space="preserve"> - Highlights the importance of first contact resolution (FCR) and overall customer satisfaction (CSAT) improvements through the updated solution.</w:t>
      </w:r>
      <w:r/>
    </w:p>
    <w:p>
      <w:pPr>
        <w:pStyle w:val="ListNumber"/>
        <w:spacing w:line="240" w:lineRule="auto"/>
        <w:ind w:left="720"/>
      </w:pPr>
      <w:r/>
      <w:hyperlink r:id="rId10">
        <w:r>
          <w:rPr>
            <w:color w:val="0000EE"/>
            <w:u w:val="single"/>
          </w:rPr>
          <w:t>https://www.8x8.com/resources/customer-stories/acer-intelligent-customer-assistant?locale=us</w:t>
        </w:r>
      </w:hyperlink>
      <w:r>
        <w:t xml:space="preserve"> - Provides an example of swift bot deployments across multiple channels, such as SMS and WhatsApp, for customer interactions.</w:t>
      </w:r>
      <w:r/>
    </w:p>
    <w:p>
      <w:pPr>
        <w:pStyle w:val="ListNumber"/>
        <w:spacing w:line="240" w:lineRule="auto"/>
        <w:ind w:left="720"/>
      </w:pPr>
      <w:r/>
      <w:hyperlink r:id="rId11">
        <w:r>
          <w:rPr>
            <w:color w:val="0000EE"/>
            <w:u w:val="single"/>
          </w:rPr>
          <w:t>https://www.8x8.com/products/contact-center/intelligent-customer-assistant</w:t>
        </w:r>
      </w:hyperlink>
      <w:r>
        <w:t xml:space="preserve"> - Details the comprehensive suite of services offered by 8x8, including voice, video, chat, contact centre, and enterprise-class API solutions.</w:t>
      </w:r>
      <w:r/>
    </w:p>
    <w:p>
      <w:pPr>
        <w:pStyle w:val="ListNumber"/>
        <w:spacing w:line="240" w:lineRule="auto"/>
        <w:ind w:left="720"/>
      </w:pPr>
      <w:r/>
      <w:hyperlink r:id="rId14">
        <w:r>
          <w:rPr>
            <w:color w:val="0000EE"/>
            <w:u w:val="single"/>
          </w:rPr>
          <w:t>https://community.8x8.com/communities/ica</w:t>
        </w:r>
      </w:hyperlink>
      <w:r>
        <w:t xml:space="preserve"> - Mentions the early adopter program for the Voice ICA toolset, indicating ongoing development and support for AI-powered voice services.</w:t>
      </w:r>
      <w:r/>
    </w:p>
    <w:p>
      <w:pPr>
        <w:pStyle w:val="ListNumber"/>
        <w:spacing w:line="240" w:lineRule="auto"/>
        <w:ind w:left="720"/>
      </w:pPr>
      <w:r/>
      <w:hyperlink r:id="rId11">
        <w:r>
          <w:rPr>
            <w:color w:val="0000EE"/>
            <w:u w:val="single"/>
          </w:rPr>
          <w:t>https://www.8x8.com/products/contact-center/intelligent-customer-assistant</w:t>
        </w:r>
      </w:hyperlink>
      <w:r>
        <w:t xml:space="preserve"> - Explains how 8x8's solutions are powered by a single global cloud communications platform, enhancing business communication channels.</w:t>
      </w:r>
      <w:r/>
    </w:p>
    <w:p>
      <w:pPr>
        <w:pStyle w:val="ListNumber"/>
        <w:spacing w:line="240" w:lineRule="auto"/>
        <w:ind w:left="720"/>
      </w:pPr>
      <w:r/>
      <w:hyperlink r:id="rId12">
        <w:r>
          <w:rPr>
            <w:color w:val="0000EE"/>
            <w:u w:val="single"/>
          </w:rPr>
          <w:t>https://8x8.gcs-web.com/news-releases/news-release-details/8x8-extends-ai-powered-8x8-intelligent-customer-assistant</w:t>
        </w:r>
      </w:hyperlink>
      <w:r>
        <w:t xml:space="preserve"> - Supports the commitment of 8x8 to enhancing business communication channels and engaging with clientele effectively across geographical and linguistic barriers.</w:t>
      </w:r>
      <w:r/>
    </w:p>
    <w:p>
      <w:pPr>
        <w:pStyle w:val="ListNumber"/>
        <w:spacing w:line="240" w:lineRule="auto"/>
        <w:ind w:left="720"/>
      </w:pPr>
      <w:r/>
      <w:hyperlink r:id="rId15">
        <w:r>
          <w:rPr>
            <w:color w:val="0000EE"/>
            <w:u w:val="single"/>
          </w:rPr>
          <w:t>https://www.callcentrehelper.com/8x8-expands-ai-voice-support-246808.htm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8x8.com/resources/customer-stories/acer-intelligent-customer-assistant?locale=us" TargetMode="External"/><Relationship Id="rId11" Type="http://schemas.openxmlformats.org/officeDocument/2006/relationships/hyperlink" Target="https://www.8x8.com/products/contact-center/intelligent-customer-assistant" TargetMode="External"/><Relationship Id="rId12" Type="http://schemas.openxmlformats.org/officeDocument/2006/relationships/hyperlink" Target="https://8x8.gcs-web.com/news-releases/news-release-details/8x8-extends-ai-powered-8x8-intelligent-customer-assistant" TargetMode="External"/><Relationship Id="rId13" Type="http://schemas.openxmlformats.org/officeDocument/2006/relationships/hyperlink" Target="https://finance.yahoo.com/news/8x8-extends-ai-powered-8x8-130000775.html" TargetMode="External"/><Relationship Id="rId14" Type="http://schemas.openxmlformats.org/officeDocument/2006/relationships/hyperlink" Target="https://community.8x8.com/communities/ica" TargetMode="External"/><Relationship Id="rId15" Type="http://schemas.openxmlformats.org/officeDocument/2006/relationships/hyperlink" Target="https://www.callcentrehelper.com/8x8-expands-ai-voice-support-246808.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