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data processing in space exploration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Data Processing in Space Exploration</w:t>
      </w:r>
      <w:r/>
    </w:p>
    <w:p>
      <w:r/>
      <w:r>
        <w:t>In the rapidly evolving field of space exploration, the use of artificial intelligence (AI), particularly machine learning technologies, is proving instrumental in revolutionising the way data is processed and analysed. The vast and complex volumes of data generated from satellite imagery, spacecraft telemetry, and astronomical observations once posed significant challenges when tackled with traditional processing methods. Now, AI technologies are stepping in to streamline these operations, delivering efficiency and precision previously unattainable.</w:t>
      </w:r>
      <w:r/>
    </w:p>
    <w:p>
      <w:r/>
      <w:r>
        <w:t>One of the major players in leveraging AI technology is the National Aeronautics and Space Administration (NASA). NASA's deployment of AI technologies in its Mars rover missions exemplifies the practical benefits of this approach. AI systems embedded within the rovers autonomously handle geological data, identifying significant patterns and prioritising areas with high exploratory potential. This capability significantly mitigates the need for continuous direct human intervention, hence conserving valuable time and resources.</w:t>
      </w:r>
      <w:r/>
    </w:p>
    <w:p>
      <w:r/>
      <w:r>
        <w:t>The incorporation of AI extends beyond data analysis. In mission planning and execution, AI-powered models are transforming the way spacecraft trajectories are simulated and predicted. These models enable more accurate trajectory predictions, thereby enhancing mission outcomes. By using machine learning algorithms, spacecraft can be guided with greater precision along optimal paths, increasing both safety and the success rate of missions.</w:t>
      </w:r>
      <w:r/>
    </w:p>
    <w:p>
      <w:r/>
      <w:r>
        <w:t xml:space="preserve">The application of AI technology in space exploration is a testament to its transformative potential across various fields. By effectively managing the deluge of data produced in space missions, AI not only accelerates data processing and analysis but also enables the rapid identification of patterns and anomalies that are crucial for further scientific inquiry and discovery. </w:t>
      </w:r>
      <w:r/>
    </w:p>
    <w:p>
      <w:r/>
      <w:r>
        <w:t>As AI continues to evolve, its role in space exploration is expected to expand, offering new capabilities and methodologies that will further drive innovation in this frontier. With the growing capability to autonomously handle and analyse space data, the synergy between AI and space exploration marks a significant step forward in humanity’s quest to unravel the mysteries of the cosmos.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https://www.spacecampturkey.com/artificial-intelligence-and-space-exploration</w:t>
        </w:r>
      </w:hyperlink>
      <w:r>
        <w:t xml:space="preserve"> - This article explains how AI is used in space exploration for data analysis, mission planning, and autonomous navigation, highlighting its role in managing large datasets and enhancing mission efficiency.</w:t>
      </w:r>
      <w:r/>
    </w:p>
    <w:p>
      <w:pPr>
        <w:pStyle w:val="ListNumber"/>
        <w:spacing w:line="240" w:lineRule="auto"/>
        <w:ind w:left="720"/>
      </w:pPr>
      <w:r/>
      <w:hyperlink r:id="rId11">
        <w:r>
          <w:rPr>
            <w:color w:val="0000EE"/>
            <w:u w:val="single"/>
          </w:rPr>
          <w:t>https://gptzero.me/news/how-ai-is-revolutionizing-space-travel/</w:t>
        </w:r>
      </w:hyperlink>
      <w:r>
        <w:t xml:space="preserve"> - This source details how AI is revolutionizing space travel through autonomous navigation, data analysis, and mission planning, and how it enhances the safety and efficiency of space missions.</w:t>
      </w:r>
      <w:r/>
    </w:p>
    <w:p>
      <w:pPr>
        <w:pStyle w:val="ListNumber"/>
        <w:spacing w:line="240" w:lineRule="auto"/>
        <w:ind w:left="720"/>
      </w:pPr>
      <w:r/>
      <w:hyperlink r:id="rId12">
        <w:r>
          <w:rPr>
            <w:color w:val="0000EE"/>
            <w:u w:val="single"/>
          </w:rPr>
          <w:t>https://drupaldemo.harvardsites.harvard.edu/news/2023/12/ai-and-space-exploration</w:t>
        </w:r>
      </w:hyperlink>
      <w:r>
        <w:t xml:space="preserve"> - This article discusses the use of AI in space exploration for data analysis, mission planning, and controlling robots, and how it helps in reducing risks and ensuring mission success.</w:t>
      </w:r>
      <w:r/>
    </w:p>
    <w:p>
      <w:pPr>
        <w:pStyle w:val="ListNumber"/>
        <w:spacing w:line="240" w:lineRule="auto"/>
        <w:ind w:left="720"/>
      </w:pPr>
      <w:r/>
      <w:hyperlink r:id="rId13">
        <w:r>
          <w:rPr>
            <w:color w:val="0000EE"/>
            <w:u w:val="single"/>
          </w:rPr>
          <w:t>https://www.esa.int/Enabling_Support/Preparing_for_the_Future/Discovery_and_Preparation/Artificial_intelligence_in_space</w:t>
        </w:r>
      </w:hyperlink>
      <w:r>
        <w:t xml:space="preserve"> - This source from the European Space Agency (ESA) highlights AI applications in managing satellite constellations, analyzing data, and enhancing the autonomy of spacecraft and lunar rovers.</w:t>
      </w:r>
      <w:r/>
    </w:p>
    <w:p>
      <w:pPr>
        <w:pStyle w:val="ListNumber"/>
        <w:spacing w:line="240" w:lineRule="auto"/>
        <w:ind w:left="720"/>
      </w:pPr>
      <w:r/>
      <w:hyperlink r:id="rId14">
        <w:r>
          <w:rPr>
            <w:color w:val="0000EE"/>
            <w:u w:val="single"/>
          </w:rPr>
          <w:t>https://www.geeksforgeeks.org/7-amazing-applications-of-ai-in-space-exploration/</w:t>
        </w:r>
      </w:hyperlink>
      <w:r>
        <w:t xml:space="preserve"> - This article lists several applications of AI in space exploration, including autonomous navigation, data analysis, predictive maintenance, and enhancing astronaut safety, which align with the transformative potential of AI in space missions.</w:t>
      </w:r>
      <w:r/>
    </w:p>
    <w:p>
      <w:pPr>
        <w:pStyle w:val="ListNumber"/>
        <w:spacing w:line="240" w:lineRule="auto"/>
        <w:ind w:left="720"/>
      </w:pPr>
      <w:r/>
      <w:hyperlink r:id="rId10">
        <w:r>
          <w:rPr>
            <w:color w:val="0000EE"/>
            <w:u w:val="single"/>
          </w:rPr>
          <w:t>https://www.spacecampturkey.com/artificial-intelligence-and-space-exploration</w:t>
        </w:r>
      </w:hyperlink>
      <w:r>
        <w:t xml:space="preserve"> - This source provides examples of how AI is used in NASA's Mars rover missions to handle geological data and prioritize exploratory areas, reducing the need for human intervention.</w:t>
      </w:r>
      <w:r/>
    </w:p>
    <w:p>
      <w:pPr>
        <w:pStyle w:val="ListNumber"/>
        <w:spacing w:line="240" w:lineRule="auto"/>
        <w:ind w:left="720"/>
      </w:pPr>
      <w:r/>
      <w:hyperlink r:id="rId11">
        <w:r>
          <w:rPr>
            <w:color w:val="0000EE"/>
            <w:u w:val="single"/>
          </w:rPr>
          <w:t>https://gptzero.me/news/how-ai-is-revolutionizing-space-travel/</w:t>
        </w:r>
      </w:hyperlink>
      <w:r>
        <w:t xml:space="preserve"> - This article explains how AI is used in mission planning and execution to simulate and predict spacecraft trajectories, enhancing mission outcomes and safety.</w:t>
      </w:r>
      <w:r/>
    </w:p>
    <w:p>
      <w:pPr>
        <w:pStyle w:val="ListNumber"/>
        <w:spacing w:line="240" w:lineRule="auto"/>
        <w:ind w:left="720"/>
      </w:pPr>
      <w:r/>
      <w:hyperlink r:id="rId12">
        <w:r>
          <w:rPr>
            <w:color w:val="0000EE"/>
            <w:u w:val="single"/>
          </w:rPr>
          <w:t>https://drupaldemo.harvardsites.harvard.edu/news/2023/12/ai-and-space-exploration</w:t>
        </w:r>
      </w:hyperlink>
      <w:r>
        <w:t xml:space="preserve"> - This source discusses AI's role in decision-making during space missions, such as aborting missions or changing course, which is crucial for ensuring safety and efficiency.</w:t>
      </w:r>
      <w:r/>
    </w:p>
    <w:p>
      <w:pPr>
        <w:pStyle w:val="ListNumber"/>
        <w:spacing w:line="240" w:lineRule="auto"/>
        <w:ind w:left="720"/>
      </w:pPr>
      <w:r/>
      <w:hyperlink r:id="rId13">
        <w:r>
          <w:rPr>
            <w:color w:val="0000EE"/>
            <w:u w:val="single"/>
          </w:rPr>
          <w:t>https://www.esa.int/Enabling_Support/Preparing_for_the_Future/Discovery_and_Preparation/Artificial_intelligence_in_space</w:t>
        </w:r>
      </w:hyperlink>
      <w:r>
        <w:t xml:space="preserve"> - This ESA article mentions the use of AI in autonomous navigation and the management of complex satellite constellations, which supports the idea of AI enhancing mission efficiency and safety.</w:t>
      </w:r>
      <w:r/>
    </w:p>
    <w:p>
      <w:pPr>
        <w:pStyle w:val="ListNumber"/>
        <w:spacing w:line="240" w:lineRule="auto"/>
        <w:ind w:left="720"/>
      </w:pPr>
      <w:r/>
      <w:hyperlink r:id="rId14">
        <w:r>
          <w:rPr>
            <w:color w:val="0000EE"/>
            <w:u w:val="single"/>
          </w:rPr>
          <w:t>https://www.geeksforgeeks.org/7-amazing-applications-of-ai-in-space-exploration/</w:t>
        </w:r>
      </w:hyperlink>
      <w:r>
        <w:t xml:space="preserve"> - This source highlights AI's capability in predictive maintenance, such as monitoring the health of spacecraft and the International Space Station, which is essential for mission longevity and safety.</w:t>
      </w:r>
      <w:r/>
    </w:p>
    <w:p>
      <w:pPr>
        <w:pStyle w:val="ListNumber"/>
        <w:spacing w:line="240" w:lineRule="auto"/>
        <w:ind w:left="720"/>
      </w:pPr>
      <w:r/>
      <w:hyperlink r:id="rId11">
        <w:r>
          <w:rPr>
            <w:color w:val="0000EE"/>
            <w:u w:val="single"/>
          </w:rPr>
          <w:t>https://gptzero.me/news/how-ai-is-revolutionizing-space-travel/</w:t>
        </w:r>
      </w:hyperlink>
      <w:r>
        <w:t xml:space="preserve"> - This article discusses how AI is expected to expand its role in space exploration, offering new capabilities and methodologies that will drive innovation in the field.</w:t>
      </w:r>
      <w:r/>
    </w:p>
    <w:p>
      <w:pPr>
        <w:pStyle w:val="ListNumber"/>
        <w:spacing w:line="240" w:lineRule="auto"/>
        <w:ind w:left="720"/>
      </w:pPr>
      <w:r/>
      <w:hyperlink r:id="rId15">
        <w:r>
          <w:rPr>
            <w:color w:val="0000EE"/>
            <w:u w:val="single"/>
          </w:rPr>
          <w:t>https://www.analyticsinsight.net/artificial-intelligence/artificial-intelligence-ai-and-space-technology-revolutionizing-big-data-and-analytics-in-space-exploration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acecampturkey.com/artificial-intelligence-and-space-exploration" TargetMode="External"/><Relationship Id="rId11" Type="http://schemas.openxmlformats.org/officeDocument/2006/relationships/hyperlink" Target="https://gptzero.me/news/how-ai-is-revolutionizing-space-travel/" TargetMode="External"/><Relationship Id="rId12" Type="http://schemas.openxmlformats.org/officeDocument/2006/relationships/hyperlink" Target="https://drupaldemo.harvardsites.harvard.edu/news/2023/12/ai-and-space-exploration" TargetMode="External"/><Relationship Id="rId13" Type="http://schemas.openxmlformats.org/officeDocument/2006/relationships/hyperlink" Target="https://www.esa.int/Enabling_Support/Preparing_for_the_Future/Discovery_and_Preparation/Artificial_intelligence_in_space" TargetMode="External"/><Relationship Id="rId14" Type="http://schemas.openxmlformats.org/officeDocument/2006/relationships/hyperlink" Target="https://www.geeksforgeeks.org/7-amazing-applications-of-ai-in-space-exploration/" TargetMode="External"/><Relationship Id="rId15" Type="http://schemas.openxmlformats.org/officeDocument/2006/relationships/hyperlink" Target="https://www.analyticsinsight.net/artificial-intelligence/artificial-intelligence-ai-and-space-technology-revolutionizing-big-data-and-analytics-in-space-explo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