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Alcon Entertainment files lawsuit against Tesla and Elon Musk over alleged infringement using 'Blade Runner 2049' imagery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Los Angeles, California — Alcon Entertainment Files Lawsuit Against Tesla and Elon Musk Over Alleged Infringement Using 'Blade Runner 2049' Imagery</w:t>
      </w:r>
      <w:r/>
    </w:p>
    <w:p>
      <w:r/>
      <w:r>
        <w:t>The cinematic world and the automotive industry have collided in a legal battle as Alcon Entertainment, the film production company behind "Blade Runner 2049," has initiated a lawsuit against Tesla, Inc. and its CEO, Elon Musk. This legal action stems from Tesla's alleged unauthorised use of an AI-generated image that Alcon claims bears a striking resemblance to an iconic scene from the science fiction film.</w:t>
      </w:r>
      <w:r/>
    </w:p>
    <w:p>
      <w:r/>
      <w:r>
        <w:t>The dispute arose following a Tesla event on October 10th, which took place at the Warner Bros. studio lot in Burbank, California. During the live-streamed event, designed to unveil Tesla's much-anticipated robotaxi, the presentation included an image projected on a screen behind CEO Elon Musk, who was delivering a speech. The image in question depicted a man in a long coat overlooking an orange-tinted, cityscape reminiscent of a key scene from "Blade Runner 2049," where Ryan Gosling’s character explores a post-apocalyptic Las Vegas.</w:t>
      </w:r>
      <w:r/>
    </w:p>
    <w:p>
      <w:r/>
      <w:r>
        <w:t>According to Alcon Entertainment, despite the requests made by Tesla for permission to utilise imagery from the film being explicitly denied, the company proceeded with the use of the AI-generated image. The lawsuit, filed this week in a federal court in Southern California, accuses Tesla of using artificial intelligence to bypass the need for Alcon's consent.</w:t>
      </w:r>
      <w:r/>
    </w:p>
    <w:p>
      <w:r/>
      <w:r>
        <w:t>In his address during the event, Musk acknowledged the influence of "Blade Runner," saying, "I love Blade Runner, but I don’t know if we want that future. I think we want that duster he’s wearing, but not the bleak apocalypse," thus tying the unveiling of the robotaxi to the film’s imagery.</w:t>
      </w:r>
      <w:r/>
    </w:p>
    <w:p>
      <w:r/>
      <w:r>
        <w:t>The lawsuit does not stop at Tesla and Musk alone. Alcon Entertainment has also named Warner Bros. as a defendant, the very distributor of the film and the host of Tesla’s launch event. As of the latest reports, neither Tesla nor Warner Bros. Discovery has provided an official comment on the legal allegations.</w:t>
      </w:r>
      <w:r/>
    </w:p>
    <w:p>
      <w:r/>
      <w:r>
        <w:t>The case sets a significant precedent for the use of AI technology in generating content that closely imitates protected intellectual properties, especially in instances where permission has been expressly denied. Alcon’s decision to pursue legal action highlights the ongoing complexities and challenges at the intersection of technology, law, and creative industries.</w:t>
      </w:r>
      <w:r/>
    </w:p>
    <w:p>
      <w:r/>
      <w:r>
        <w:t>Should the court rule in favour of Alcon, the ramifications could extend beyond the parties directly involved, potentially influencing future collaboration and content usage agreements across multiple sectors. For now, the legal proceedings will determine the accountability and the broader implications of artificial intelligence in content creation.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https://variety.com/2024/film/news/elon-musk-blade-runner-2049-movie-sucked-lawsuit-1236186429/</w:t>
        </w:r>
      </w:hyperlink>
      <w:r>
        <w:t xml:space="preserve"> - Corroborates the lawsuit filed by Alcon Entertainment against Elon Musk, Tesla, and Warner Bros. Discovery over the use of 'Blade Runner 2049' imagery.</w:t>
      </w:r>
      <w:r/>
    </w:p>
    <w:p>
      <w:pPr>
        <w:pStyle w:val="ListNumber"/>
        <w:spacing w:line="240" w:lineRule="auto"/>
        <w:ind w:left="720"/>
      </w:pPr>
      <w:r/>
      <w:hyperlink r:id="rId11">
        <w:r>
          <w:rPr>
            <w:color w:val="0000EE"/>
            <w:u w:val="single"/>
          </w:rPr>
          <w:t>https://www.rollingstone.com/culture/culture-news/blade-runner-2049-tesla-elon-musk-lawsuit-1235139371/</w:t>
        </w:r>
      </w:hyperlink>
      <w:r>
        <w:t xml:space="preserve"> - Supports the claim that the lawsuit involves the use of an AI-generated image resembling a shot from 'Blade Runner 2049'.</w:t>
      </w:r>
      <w:r/>
    </w:p>
    <w:p>
      <w:pPr>
        <w:pStyle w:val="ListNumber"/>
        <w:spacing w:line="240" w:lineRule="auto"/>
        <w:ind w:left="720"/>
      </w:pPr>
      <w:r/>
      <w:hyperlink r:id="rId12">
        <w:r>
          <w:rPr>
            <w:color w:val="0000EE"/>
            <w:u w:val="single"/>
          </w:rPr>
          <w:t>https://variety.com/2024/biz/news/blade-runner-2049-lawsuit-elon-musk-tesla-warner-bros-discovery-1236184961/</w:t>
        </w:r>
      </w:hyperlink>
      <w:r>
        <w:t xml:space="preserve"> - Confirms that Alcon Entertainment sued Elon Musk, Tesla, and Warner Bros. Discovery for copyright infringement related to the film's imagery.</w:t>
      </w:r>
      <w:r/>
    </w:p>
    <w:p>
      <w:pPr>
        <w:pStyle w:val="ListNumber"/>
        <w:spacing w:line="240" w:lineRule="auto"/>
        <w:ind w:left="720"/>
      </w:pPr>
      <w:r/>
      <w:hyperlink r:id="rId13">
        <w:r>
          <w:rPr>
            <w:color w:val="0000EE"/>
            <w:u w:val="single"/>
          </w:rPr>
          <w:t>https://www.bbc.com/news/articles/ce3z37dpvl9o</w:t>
        </w:r>
      </w:hyperlink>
      <w:r>
        <w:t xml:space="preserve"> - Details the event where Tesla used AI-generated visuals inspired by 'Blade Runner 2049' despite Alcon Entertainment's denial of permission.</w:t>
      </w:r>
      <w:r/>
    </w:p>
    <w:p>
      <w:pPr>
        <w:pStyle w:val="ListNumber"/>
        <w:spacing w:line="240" w:lineRule="auto"/>
        <w:ind w:left="720"/>
      </w:pPr>
      <w:r/>
      <w:hyperlink r:id="rId13">
        <w:r>
          <w:rPr>
            <w:color w:val="0000EE"/>
            <w:u w:val="single"/>
          </w:rPr>
          <w:t>https://www.bbc.com/news/articles/ce3z37dpvl9o</w:t>
        </w:r>
      </w:hyperlink>
      <w:r>
        <w:t xml:space="preserve"> - Mentions that the event took place at the Warner Bros. studio lot and that Alcon Entertainment accused Tesla of creating a 'false endorsement'.</w:t>
      </w:r>
      <w:r/>
    </w:p>
    <w:p>
      <w:pPr>
        <w:pStyle w:val="ListNumber"/>
        <w:spacing w:line="240" w:lineRule="auto"/>
        <w:ind w:left="720"/>
      </w:pPr>
      <w:r/>
      <w:hyperlink r:id="rId11">
        <w:r>
          <w:rPr>
            <w:color w:val="0000EE"/>
            <w:u w:val="single"/>
          </w:rPr>
          <w:t>https://www.rollingstone.com/culture/culture-news/blade-runner-2049-tesla-elon-musk-lawsuit-1235139371/</w:t>
        </w:r>
      </w:hyperlink>
      <w:r>
        <w:t xml:space="preserve"> - Supports the claim that Elon Musk referenced 'Blade Runner' during the event and its influence on Tesla's designs.</w:t>
      </w:r>
      <w:r/>
    </w:p>
    <w:p>
      <w:pPr>
        <w:pStyle w:val="ListNumber"/>
        <w:spacing w:line="240" w:lineRule="auto"/>
        <w:ind w:left="720"/>
      </w:pPr>
      <w:r/>
      <w:hyperlink r:id="rId10">
        <w:r>
          <w:rPr>
            <w:color w:val="0000EE"/>
            <w:u w:val="single"/>
          </w:rPr>
          <w:t>https://variety.com/2024/film/news/elon-musk-blade-runner-2049-movie-sucked-lawsuit-1236186429/</w:t>
        </w:r>
      </w:hyperlink>
      <w:r>
        <w:t xml:space="preserve"> - Corroborates that neither Tesla nor Warner Bros. Discovery has provided an official comment on the legal allegations.</w:t>
      </w:r>
      <w:r/>
    </w:p>
    <w:p>
      <w:pPr>
        <w:pStyle w:val="ListNumber"/>
        <w:spacing w:line="240" w:lineRule="auto"/>
        <w:ind w:left="720"/>
      </w:pPr>
      <w:r/>
      <w:hyperlink r:id="rId13">
        <w:r>
          <w:rPr>
            <w:color w:val="0000EE"/>
            <w:u w:val="single"/>
          </w:rPr>
          <w:t>https://www.bbc.com/news/articles/ce3z37dpvl9o</w:t>
        </w:r>
      </w:hyperlink>
      <w:r>
        <w:t xml:space="preserve"> - Explains the significance of the case regarding the use of AI technology in generating content that imitates protected intellectual properties.</w:t>
      </w:r>
      <w:r/>
    </w:p>
    <w:p>
      <w:pPr>
        <w:pStyle w:val="ListNumber"/>
        <w:spacing w:line="240" w:lineRule="auto"/>
        <w:ind w:left="720"/>
      </w:pPr>
      <w:r/>
      <w:hyperlink r:id="rId14">
        <w:r>
          <w:rPr>
            <w:color w:val="0000EE"/>
            <w:u w:val="single"/>
          </w:rPr>
          <w:t>https://www.washingtonpost.com/nation/2024/10/22/elon-musk-tesla-blade-runner-lawsuit/</w:t>
        </w:r>
      </w:hyperlink>
      <w:r>
        <w:t xml:space="preserve"> - Supports the claim that the lawsuit was filed in a federal court in Southern California and involves AI-generated imagery from 'Blade Runner 2049'.</w:t>
      </w:r>
      <w:r/>
    </w:p>
    <w:p>
      <w:pPr>
        <w:pStyle w:val="ListNumber"/>
        <w:spacing w:line="240" w:lineRule="auto"/>
        <w:ind w:left="720"/>
      </w:pPr>
      <w:r/>
      <w:hyperlink r:id="rId13">
        <w:r>
          <w:rPr>
            <w:color w:val="0000EE"/>
            <w:u w:val="single"/>
          </w:rPr>
          <w:t>https://www.bbc.com/news/articles/ce3z37dpvl9o</w:t>
        </w:r>
      </w:hyperlink>
      <w:r>
        <w:t xml:space="preserve"> - Details the potential broader implications of the lawsuit on future collaboration and content usage agreements across multiple sectors.</w:t>
      </w:r>
      <w:r/>
    </w:p>
    <w:p>
      <w:pPr>
        <w:pStyle w:val="ListNumber"/>
        <w:spacing w:line="240" w:lineRule="auto"/>
        <w:ind w:left="720"/>
      </w:pPr>
      <w:r/>
      <w:hyperlink r:id="rId15">
        <w:r>
          <w:rPr>
            <w:color w:val="0000EE"/>
            <w:u w:val="single"/>
          </w:rPr>
          <w:t>https://www.kob.com/news/business-money/blade-runner-2049-producers-sue-elon-musk-and-tesla-over-ai-image-at-robotaxi-event/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ariety.com/2024/film/news/elon-musk-blade-runner-2049-movie-sucked-lawsuit-1236186429/" TargetMode="External"/><Relationship Id="rId11" Type="http://schemas.openxmlformats.org/officeDocument/2006/relationships/hyperlink" Target="https://www.rollingstone.com/culture/culture-news/blade-runner-2049-tesla-elon-musk-lawsuit-1235139371/" TargetMode="External"/><Relationship Id="rId12" Type="http://schemas.openxmlformats.org/officeDocument/2006/relationships/hyperlink" Target="https://variety.com/2024/biz/news/blade-runner-2049-lawsuit-elon-musk-tesla-warner-bros-discovery-1236184961/" TargetMode="External"/><Relationship Id="rId13" Type="http://schemas.openxmlformats.org/officeDocument/2006/relationships/hyperlink" Target="https://www.bbc.com/news/articles/ce3z37dpvl9o" TargetMode="External"/><Relationship Id="rId14" Type="http://schemas.openxmlformats.org/officeDocument/2006/relationships/hyperlink" Target="https://www.washingtonpost.com/nation/2024/10/22/elon-musk-tesla-blade-runner-lawsuit/" TargetMode="External"/><Relationship Id="rId15" Type="http://schemas.openxmlformats.org/officeDocument/2006/relationships/hyperlink" Target="https://www.kob.com/news/business-money/blade-runner-2049-producers-sue-elon-musk-and-tesla-over-ai-image-at-robotaxi-ev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