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iOS 18.1 set to introduce innovative AI features next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Apple's much-anticipated Apple Intelligence feature set to debut with iOS 18.1 will soon become reality for users worldwide. The latest software update for iPhones is scheduled for release next week on October 28, 2023, offering a blend of groundbreaking technologies that promise to further personalise and enhance Apple's ecosystem.</w:t>
      </w:r>
      <w:r/>
    </w:p>
    <w:p>
      <w:r/>
      <w:r>
        <w:t>Originally introduced at this year's Worldwide Developers Conference (WWDC), Apple Intelligence is a suite of capabilities infused with generative AI. It aims to significantly upgrade applications within Apple's ecosystem, providing a more tailored and capable user experience.</w:t>
      </w:r>
      <w:r/>
    </w:p>
    <w:p>
      <w:r/>
      <w:r>
        <w:t>The launch of iOS 18.1 will coincide with updates for other Apple operating systems, including iPadOS 18.1 and macOS Sequoia 15.1. Although the initial release will not include all the long-awaited features such as Genmojis or a fully revamped Siri, iOS 18.1 will come with a variety of productivity tools powered by AI. These include proofreading and rewriting facilities, summarisation tools for emails and webpages, smart replies in Mail and Messages, and notification summaries.</w:t>
      </w:r>
      <w:r/>
    </w:p>
    <w:p>
      <w:r/>
      <w:r>
        <w:t>In addition to text-related innovations, iOS 18.1 offers impressive media enhancements. Users will be able to extract unwanted elements from images, mirroring functionalities seen in competitor products like Google's Magic Editor. There's also the introduction of phone call recording and the ability to create "Memory movies" from photos using brief descriptions.</w:t>
      </w:r>
      <w:r/>
    </w:p>
    <w:p>
      <w:r/>
      <w:r>
        <w:t>Apple has confirmed that Apple Intelligence will be compatible with its more recent devices that house the latest A17 Pro and A18+ chipsets. Specific models include the Apple iPhone 15 Pro, 15 Pro Max, 16, 16 Plus, 16 Pro, and 16 Pro Max, making these devices the only ones currently able to leverage the new AI features.</w:t>
      </w:r>
      <w:r/>
    </w:p>
    <w:p>
      <w:r/>
      <w:r>
        <w:t>However, accessing these novel capabilities will come with some logistical considerations. Upon the public release of iOS 18.1, users may face a queue to activate the Apple Intelligence features due to potentially high demand. To join this queue, one can navigate to the 'Apple Intelligence &amp; Siri' settings menu and opt into the waitlist.</w:t>
      </w:r>
      <w:r/>
    </w:p>
    <w:p>
      <w:r/>
      <w:r>
        <w:t>For those eager to bypass the waiting process, Apple had already made a beta version of iOS 18.1 available earlier this week. This pre-release software enables users to enter the waitlist ahead of the eventual roll-out but does come with its own risks, as beta software might harbour bugs or issues, as seen with previous beta releases such as that of watchOS 11.1.</w:t>
      </w:r>
      <w:r/>
    </w:p>
    <w:p>
      <w:r/>
      <w:r>
        <w:t>Tim Cook, Apple's CEO, spoke about Apple Intelligence as a 'new chapter in Apple innovation', which aligns with Apple's trend towards integrating AI functionalities across its devices. The most immediate changes will include AI-driven text and photo tools, yet some of the advanced features promised will not arrive until later updates, such as iOS 18.2 or even beyond. Notably, certain features like Genmojis and the ultimate Siri rework will be withheld until these subsequent updates.</w:t>
      </w:r>
      <w:r/>
    </w:p>
    <w:p>
      <w:r/>
      <w:r>
        <w:t>The current implementation is exclusive to US English, aligning the global expansion plan for Apple Intelligence towards the end of the year, with an anticipated rollout to other languages planned for December.</w:t>
      </w:r>
      <w:r/>
    </w:p>
    <w:p>
      <w:r/>
      <w:r>
        <w:t>In a move intended to tackle bugs pre-launch, Apple encourages users to back up their devices through the Beta Software Program. This program offers the latest software innovations in advance, providing interested users with the opportunity to experience Apple's new developments ahead of their general availability.</w:t>
      </w:r>
      <w:r/>
    </w:p>
    <w:p>
      <w:r/>
      <w:r>
        <w:t>Thus, the anticipation surrounding the iOS 18.1 update continues to build as Apple prepares to introduce new dimensions of artificial intelligence to its iPhone line-up. The advancement reflects Apple's ongoing ambition to focus on generative AI models within its ecosystem, enhancing the overall smartphone experience for users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https://www.tomsguide.com/phones/iphones/apple-intelligence-release-date-imminent-as-ios-18-1-release-version-goes-live</w:t>
        </w:r>
      </w:hyperlink>
      <w:r>
        <w:t xml:space="preserve"> - Corroborates the imminent release of Apple Intelligence with iOS 18.1, the availability of release candidates, and the features included such as writing tools, summarized audio transcripts, and email summaries.</w:t>
      </w:r>
      <w:r/>
    </w:p>
    <w:p>
      <w:pPr>
        <w:pStyle w:val="ListNumber"/>
        <w:spacing w:line="240" w:lineRule="auto"/>
        <w:ind w:left="720"/>
      </w:pPr>
      <w:r/>
      <w:hyperlink r:id="rId11">
        <w:r>
          <w:rPr>
            <w:color w:val="0000EE"/>
            <w:u w:val="single"/>
          </w:rPr>
          <w:t>https://forums.macrumors.com/threads/apple-plans-to-release-ios-18-1-with-apple-intelligence-on-october-28.2439318/page-3</w:t>
        </w:r>
      </w:hyperlink>
      <w:r>
        <w:t xml:space="preserve"> - Confirms the planned release date of iOS 18.1 with Apple Intelligence on October 28 and the initial availability of Apple Intelligence only for devices set to U.S. English.</w:t>
      </w:r>
      <w:r/>
    </w:p>
    <w:p>
      <w:pPr>
        <w:pStyle w:val="ListNumber"/>
        <w:spacing w:line="240" w:lineRule="auto"/>
        <w:ind w:left="720"/>
      </w:pPr>
      <w:r/>
      <w:hyperlink r:id="rId12">
        <w:r>
          <w:rPr>
            <w:color w:val="0000EE"/>
            <w:u w:val="single"/>
          </w:rPr>
          <w:t>https://www.theapplepost.com/2024/10/21/67557/ios-18-1-and-apple-intelligence-releasing-next-week-likely-on-october-28/</w:t>
        </w:r>
      </w:hyperlink>
      <w:r>
        <w:t xml:space="preserve"> - Supports the release of iOS 18.1 next week, likely on October 28, and details features like the Clean Up tool in Photos, smart replies, and notification summaries.</w:t>
      </w:r>
      <w:r/>
    </w:p>
    <w:p>
      <w:pPr>
        <w:pStyle w:val="ListNumber"/>
        <w:spacing w:line="240" w:lineRule="auto"/>
        <w:ind w:left="720"/>
      </w:pPr>
      <w:r/>
      <w:hyperlink r:id="rId12">
        <w:r>
          <w:rPr>
            <w:color w:val="0000EE"/>
            <w:u w:val="single"/>
          </w:rPr>
          <w:t>https://www.theapplepost.com/2024/10/21/67557/ios-18-1-and-apple-intelligence-releasing-next-week-likely-on-october-28/</w:t>
        </w:r>
      </w:hyperlink>
      <w:r>
        <w:t xml:space="preserve"> - Explains the compatibility of Apple Intelligence with recent devices housing the latest A17 Pro and A18+ chipsets and the phased rollout of language support.</w:t>
      </w:r>
      <w:r/>
    </w:p>
    <w:p>
      <w:pPr>
        <w:pStyle w:val="ListNumber"/>
        <w:spacing w:line="240" w:lineRule="auto"/>
        <w:ind w:left="720"/>
      </w:pPr>
      <w:r/>
      <w:hyperlink r:id="rId10">
        <w:r>
          <w:rPr>
            <w:color w:val="0000EE"/>
            <w:u w:val="single"/>
          </w:rPr>
          <w:t>https://www.tomsguide.com/phones/iphones/apple-intelligence-release-date-imminent-as-ios-18-1-release-version-goes-live</w:t>
        </w:r>
      </w:hyperlink>
      <w:r>
        <w:t xml:space="preserve"> - Details the media enhancements, including the ability to extract unwanted elements from images and create 'Memory movies' from photos.</w:t>
      </w:r>
      <w:r/>
    </w:p>
    <w:p>
      <w:pPr>
        <w:pStyle w:val="ListNumber"/>
        <w:spacing w:line="240" w:lineRule="auto"/>
        <w:ind w:left="720"/>
      </w:pPr>
      <w:r/>
      <w:hyperlink r:id="rId12">
        <w:r>
          <w:rPr>
            <w:color w:val="0000EE"/>
            <w:u w:val="single"/>
          </w:rPr>
          <w:t>https://www.theapplepost.com/2024/10/21/67557/ios-18-1-and-apple-intelligence-releasing-next-week-likely-on-october-28/</w:t>
        </w:r>
      </w:hyperlink>
      <w:r>
        <w:t xml:space="preserve"> - Mentions the availability of a beta version of iOS 18.1 and the risks associated with using beta software.</w:t>
      </w:r>
      <w:r/>
    </w:p>
    <w:p>
      <w:pPr>
        <w:pStyle w:val="ListNumber"/>
        <w:spacing w:line="240" w:lineRule="auto"/>
        <w:ind w:left="720"/>
      </w:pPr>
      <w:r/>
      <w:hyperlink r:id="rId11">
        <w:r>
          <w:rPr>
            <w:color w:val="0000EE"/>
            <w:u w:val="single"/>
          </w:rPr>
          <w:t>https://forums.macrumors.com/threads/apple-plans-to-release-ios-18-1-with-apple-intelligence-on-october-28.2439318/page-3</w:t>
        </w:r>
      </w:hyperlink>
      <w:r>
        <w:t xml:space="preserve"> - Clarifies that certain features like Genmojis and the ultimate Siri rework will be withheld until subsequent updates like iOS 18.2.</w:t>
      </w:r>
      <w:r/>
    </w:p>
    <w:p>
      <w:pPr>
        <w:pStyle w:val="ListNumber"/>
        <w:spacing w:line="240" w:lineRule="auto"/>
        <w:ind w:left="720"/>
      </w:pPr>
      <w:r/>
      <w:hyperlink r:id="rId10">
        <w:r>
          <w:rPr>
            <w:color w:val="0000EE"/>
            <w:u w:val="single"/>
          </w:rPr>
          <w:t>https://www.tomsguide.com/phones/iphones/apple-intelligence-release-date-imminent-as-ios-18-1-release-version-goes-live</w:t>
        </w:r>
      </w:hyperlink>
      <w:r>
        <w:t xml:space="preserve"> - Discusses the global expansion plan for Apple Intelligence, with an anticipated rollout to other languages planned for December.</w:t>
      </w:r>
      <w:r/>
    </w:p>
    <w:p>
      <w:pPr>
        <w:pStyle w:val="ListNumber"/>
        <w:spacing w:line="240" w:lineRule="auto"/>
        <w:ind w:left="720"/>
      </w:pPr>
      <w:r/>
      <w:hyperlink r:id="rId12">
        <w:r>
          <w:rPr>
            <w:color w:val="0000EE"/>
            <w:u w:val="single"/>
          </w:rPr>
          <w:t>https://www.theapplepost.com/2024/10/21/67557/ios-18-1-and-apple-intelligence-releasing-next-week-likely-on-october-28/</w:t>
        </w:r>
      </w:hyperlink>
      <w:r>
        <w:t xml:space="preserve"> - Explains Apple's encouragement for users to back up their devices through the Beta Software Program to tackle bugs pre-launch.</w:t>
      </w:r>
      <w:r/>
    </w:p>
    <w:p>
      <w:pPr>
        <w:pStyle w:val="ListNumber"/>
        <w:spacing w:line="240" w:lineRule="auto"/>
        <w:ind w:left="720"/>
      </w:pPr>
      <w:r/>
      <w:hyperlink r:id="rId13">
        <w:r>
          <w:rPr>
            <w:color w:val="0000EE"/>
            <w:u w:val="single"/>
          </w:rPr>
          <w:t>https://www.trendforce.com/news/2024/10/08/news-apple-intelligence-is-expected-to-arrive-on-october-28th-with-the-release-of-ios-18-1/</w:t>
        </w:r>
      </w:hyperlink>
      <w:r>
        <w:t xml:space="preserve"> - Confirms the release date of iOS 18.1 with Apple Intelligence on October 28 and highlights the integration of AI functionalities across Apple's devices.</w:t>
      </w:r>
      <w:r/>
    </w:p>
    <w:p>
      <w:pPr>
        <w:pStyle w:val="ListNumber"/>
        <w:spacing w:line="240" w:lineRule="auto"/>
        <w:ind w:left="720"/>
      </w:pPr>
      <w:r/>
      <w:hyperlink r:id="rId14">
        <w:r>
          <w:rPr>
            <w:color w:val="0000EE"/>
            <w:u w:val="single"/>
          </w:rPr>
          <w:t>https://www.reddit.com/r/apple/comments/1fxfb0s/apple_reportedly_releasing_ios_181_with_apple/</w:t>
        </w:r>
      </w:hyperlink>
      <w:r>
        <w:t xml:space="preserve"> - Provides user feedback and discussions on the upcoming features and the staggered release approach of Apple Intelligence.</w:t>
      </w:r>
      <w:r/>
    </w:p>
    <w:p>
      <w:pPr>
        <w:pStyle w:val="ListNumber"/>
        <w:spacing w:line="240" w:lineRule="auto"/>
        <w:ind w:left="720"/>
      </w:pPr>
      <w:r/>
      <w:hyperlink r:id="rId15">
        <w:r>
          <w:rPr>
            <w:color w:val="0000EE"/>
            <w:u w:val="single"/>
          </w:rPr>
          <w:t>https://www.laptopmag.com/phones/iphone/ios-18-1-releases-next-week-bringing-apple-intelligence-to-iphone-15-and-16</w:t>
        </w:r>
      </w:hyperlink>
      <w:r>
        <w:t xml:space="preserve"> - Please view link - unable to able to access data</w:t>
      </w:r>
      <w:r/>
    </w:p>
    <w:p>
      <w:pPr>
        <w:pStyle w:val="ListNumber"/>
        <w:spacing w:line="240" w:lineRule="auto"/>
        <w:ind w:left="720"/>
      </w:pPr>
      <w:r/>
      <w:hyperlink r:id="rId16">
        <w:r>
          <w:rPr>
            <w:color w:val="0000EE"/>
            <w:u w:val="single"/>
          </w:rPr>
          <w:t>https://www.dailymail.co.uk/sciencetech/article-13987139/Apple-Intelligence-launching-waitlist-skip-line.html?ns_mchannel=rss&amp;ns_campaign=1490&amp;ito=1490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phones/iphones/apple-intelligence-release-date-imminent-as-ios-18-1-release-version-goes-live" TargetMode="External"/><Relationship Id="rId11" Type="http://schemas.openxmlformats.org/officeDocument/2006/relationships/hyperlink" Target="https://forums.macrumors.com/threads/apple-plans-to-release-ios-18-1-with-apple-intelligence-on-october-28.2439318/page-3" TargetMode="External"/><Relationship Id="rId12" Type="http://schemas.openxmlformats.org/officeDocument/2006/relationships/hyperlink" Target="https://www.theapplepost.com/2024/10/21/67557/ios-18-1-and-apple-intelligence-releasing-next-week-likely-on-october-28/" TargetMode="External"/><Relationship Id="rId13" Type="http://schemas.openxmlformats.org/officeDocument/2006/relationships/hyperlink" Target="https://www.trendforce.com/news/2024/10/08/news-apple-intelligence-is-expected-to-arrive-on-october-28th-with-the-release-of-ios-18-1/" TargetMode="External"/><Relationship Id="rId14" Type="http://schemas.openxmlformats.org/officeDocument/2006/relationships/hyperlink" Target="https://www.reddit.com/r/apple/comments/1fxfb0s/apple_reportedly_releasing_ios_181_with_apple/" TargetMode="External"/><Relationship Id="rId15" Type="http://schemas.openxmlformats.org/officeDocument/2006/relationships/hyperlink" Target="https://www.laptopmag.com/phones/iphone/ios-18-1-releases-next-week-bringing-apple-intelligence-to-iphone-15-and-16" TargetMode="External"/><Relationship Id="rId16" Type="http://schemas.openxmlformats.org/officeDocument/2006/relationships/hyperlink" Target="https://www.dailymail.co.uk/sciencetech/article-13987139/Apple-Intelligence-launching-waitlist-skip-lin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