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enhances breast cancer detection at Mercy Medical Center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In recent developments within the medical field, artificial intelligence (AI) is playing a pivotal role in enhancing the detection of breast cancer. At Mercy Medical Center in Baltimore, this innovative technology is becoming a crucial tool for doctors as they strive for early and accurate diagnoses, particularly for patients with dense breast tissue. </w:t>
      </w:r>
      <w:r/>
    </w:p>
    <w:p>
      <w:r/>
      <w:r>
        <w:t>One patient, LaKristol Dennard, regularly attends Mercy Medical Center for her annual mammogram screenings. Like many women, Dennard has experienced the necessity of follow-up examinations due to having dense breast tissue, which can make it more difficult to detect abnormalities through traditional mammograms. However, the introduction of AI technology into her screening routine has brought a new level of precision to the process.</w:t>
      </w:r>
      <w:r/>
    </w:p>
    <w:p>
      <w:r/>
      <w:r>
        <w:t>Dr. Evelyn May, a breast radiologist at Mercy, explains how AI enhances traditional mammogram readings. "We read the mammogram the same way that we normally do," Dr. May reported, "but we use AI to help us focus on specific areas of the breast that may potentially harbour breast cancer." This technological assistance allows for the identification of ‘areas of concern’ that may warrant further examination, thus increasing the chances of detecting breast cancer significantly earlier.</w:t>
      </w:r>
      <w:r/>
    </w:p>
    <w:p>
      <w:r/>
      <w:r>
        <w:t>After conducting a 3-dimensional scan, the AI system can meticulously analyse the breast layers and highlight any potential abnormalities, allowing medical professionals to conduct more targeted follow-ups. The technology's learning capability also means that it becomes increasingly sophisticated over time, with each new mammogram contributing to its understanding of what to look for in both individual and diverse patient histories.</w:t>
      </w:r>
      <w:r/>
    </w:p>
    <w:p>
      <w:r/>
      <w:r>
        <w:t>"AI, as you know, learns," Dr. May elaborated. "The idea is that it learns on multiple patients and in the same patient over time, combining both past and new imaging to determine whether there's something new showing up. It is particularly beneficial for individuals with dense breast tissue because that's where cancer likes to hide."</w:t>
      </w:r>
      <w:r/>
    </w:p>
    <w:p>
      <w:r/>
      <w:r>
        <w:t>For Dennard, the integration of AI into her healthcare routine has been transformative. "It gave me relief and stress-free," she remarked on her experience at Mercy. "I didn’t have to worry. Dr. May eased my concerns. It's just been a wonderful experience."</w:t>
      </w:r>
      <w:r/>
    </w:p>
    <w:p>
      <w:r/>
      <w:r>
        <w:t>The successful implementation of AI in mammography at Mercy Medical Center marks what Dr. May calls "a game changer" in cancer diagnostics. With the ability to identify cancers at very early stages, when treatment is more straightforward and outcomes more favourable, AI stands at the forefront of a significant advancement in women's health. As the technology continues to evolve, its potential to refine and improve cancer detection offers new hope for patients and medical professionals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https://mdmercy.com/about-mercy/news-and-media/news/2024/october/artificial-intelligence-playing-role-in-diagnosing-breast-cancer</w:t>
        </w:r>
      </w:hyperlink>
      <w:r>
        <w:t xml:space="preserve"> - This article discusses Dr. Evelyn May's insights on the use of AI in identifying breast cancer, corroborating the role of AI in enhancing breast cancer diagnostics.</w:t>
      </w:r>
      <w:r/>
    </w:p>
    <w:p>
      <w:pPr>
        <w:pStyle w:val="ListNumber"/>
        <w:spacing w:line="240" w:lineRule="auto"/>
        <w:ind w:left="720"/>
      </w:pPr>
      <w:r/>
      <w:hyperlink r:id="rId11">
        <w:r>
          <w:rPr>
            <w:color w:val="0000EE"/>
            <w:u w:val="single"/>
          </w:rPr>
          <w:t>https://www.mercycare.org/news/2024/mercy-introduces-groundbreaking-ai-technology-to-enhance-breast-/</w:t>
        </w:r>
      </w:hyperlink>
      <w:r>
        <w:t xml:space="preserve"> - This article details the introduction of AI and 3D imaging technology at Mercy Medical Center to enhance breast cancer surgery, supporting the use of AI for precise surgical planning.</w:t>
      </w:r>
      <w:r/>
    </w:p>
    <w:p>
      <w:pPr>
        <w:pStyle w:val="ListNumber"/>
        <w:spacing w:line="240" w:lineRule="auto"/>
        <w:ind w:left="720"/>
      </w:pPr>
      <w:r/>
      <w:hyperlink r:id="rId12">
        <w:r>
          <w:rPr>
            <w:color w:val="0000EE"/>
            <w:u w:val="single"/>
          </w:rPr>
          <w:t>https://mdmercy.com/about-mercy/news-and-media/news/2024/august/mercy-medical-center-now-offers-cutting-edge-genius-3d-mammography-exams-from-hologic</w:t>
        </w:r>
      </w:hyperlink>
      <w:r>
        <w:t xml:space="preserve"> - This article explains the implementation of Genius AI Detection Technology for identifying potential cancers in breast tomosynthesis images, highlighting AI's role in mammography.</w:t>
      </w:r>
      <w:r/>
    </w:p>
    <w:p>
      <w:pPr>
        <w:pStyle w:val="ListNumber"/>
        <w:spacing w:line="240" w:lineRule="auto"/>
        <w:ind w:left="720"/>
      </w:pPr>
      <w:r/>
      <w:hyperlink r:id="rId13">
        <w:r>
          <w:rPr>
            <w:color w:val="0000EE"/>
            <w:u w:val="single"/>
          </w:rPr>
          <w:t>https://www.newswise.com/articles/mercy-medical-center-now-offers-cutting-edge-genius-3d-mammography-exams-from-hologic2</w:t>
        </w:r>
      </w:hyperlink>
      <w:r>
        <w:t xml:space="preserve"> - This article provides additional details on the Genius AI Detection Technology and its high accuracy in identifying potential cancers, supporting the precision of AI in mammography.</w:t>
      </w:r>
      <w:r/>
    </w:p>
    <w:p>
      <w:pPr>
        <w:pStyle w:val="ListNumber"/>
        <w:spacing w:line="240" w:lineRule="auto"/>
        <w:ind w:left="720"/>
      </w:pPr>
      <w:r/>
      <w:hyperlink r:id="rId11">
        <w:r>
          <w:rPr>
            <w:color w:val="0000EE"/>
            <w:u w:val="single"/>
          </w:rPr>
          <w:t>https://www.mercycare.org/news/2024/mercy-introduces-groundbreaking-ai-technology-to-enhance-breast-/</w:t>
        </w:r>
      </w:hyperlink>
      <w:r>
        <w:t xml:space="preserve"> - This article discusses how AI-enhanced MRI imaging helps surgeons visualize and plan surgeries with greater precision, especially for patients with dense breast tissue.</w:t>
      </w:r>
      <w:r/>
    </w:p>
    <w:p>
      <w:pPr>
        <w:pStyle w:val="ListNumber"/>
        <w:spacing w:line="240" w:lineRule="auto"/>
        <w:ind w:left="720"/>
      </w:pPr>
      <w:r/>
      <w:hyperlink r:id="rId10">
        <w:r>
          <w:rPr>
            <w:color w:val="0000EE"/>
            <w:u w:val="single"/>
          </w:rPr>
          <w:t>https://mdmercy.com/about-mercy/news-and-media/news/2024/october/artificial-intelligence-playing-role-in-diagnosing-breast-cancer</w:t>
        </w:r>
      </w:hyperlink>
      <w:r>
        <w:t xml:space="preserve"> - Dr. Evelyn May's comments on AI learning from multiple patients and over time are supported by this article, which highlights AI's learning capability.</w:t>
      </w:r>
      <w:r/>
    </w:p>
    <w:p>
      <w:pPr>
        <w:pStyle w:val="ListNumber"/>
        <w:spacing w:line="240" w:lineRule="auto"/>
        <w:ind w:left="720"/>
      </w:pPr>
      <w:r/>
      <w:hyperlink r:id="rId11">
        <w:r>
          <w:rPr>
            <w:color w:val="0000EE"/>
            <w:u w:val="single"/>
          </w:rPr>
          <w:t>https://www.mercycare.org/news/2024/mercy-introduces-groundbreaking-ai-technology-to-enhance-breast-/</w:t>
        </w:r>
      </w:hyperlink>
      <w:r>
        <w:t xml:space="preserve"> - The article explains how the TumorSight Viz technology uses AI to provide detailed 3D visualizations, aiding in the identification of potential abnormalities.</w:t>
      </w:r>
      <w:r/>
    </w:p>
    <w:p>
      <w:pPr>
        <w:pStyle w:val="ListNumber"/>
        <w:spacing w:line="240" w:lineRule="auto"/>
        <w:ind w:left="720"/>
      </w:pPr>
      <w:r/>
      <w:hyperlink r:id="rId12">
        <w:r>
          <w:rPr>
            <w:color w:val="0000EE"/>
            <w:u w:val="single"/>
          </w:rPr>
          <w:t>https://mdmercy.com/about-mercy/news-and-media/news/2024/august/mercy-medical-center-now-offers-cutting-edge-genius-3d-mammography-exams-from-hologic</w:t>
        </w:r>
      </w:hyperlink>
      <w:r>
        <w:t xml:space="preserve"> - This article supports the transformative impact of AI on patients, such as LaKristol Dennard, by enhancing the accuracy and precision of mammogram screenings.</w:t>
      </w:r>
      <w:r/>
    </w:p>
    <w:p>
      <w:pPr>
        <w:pStyle w:val="ListNumber"/>
        <w:spacing w:line="240" w:lineRule="auto"/>
        <w:ind w:left="720"/>
      </w:pPr>
      <w:r/>
      <w:hyperlink r:id="rId13">
        <w:r>
          <w:rPr>
            <w:color w:val="0000EE"/>
            <w:u w:val="single"/>
          </w:rPr>
          <w:t>https://www.newswise.com/articles/mercy-medical-center-now-offers-cutting-edge-genius-3d-mammography-exams-from-hologic2</w:t>
        </w:r>
      </w:hyperlink>
      <w:r>
        <w:t xml:space="preserve"> - The article reinforces the idea that AI technology is a game changer in cancer diagnostics, allowing for early detection and better treatment outcomes.</w:t>
      </w:r>
      <w:r/>
    </w:p>
    <w:p>
      <w:pPr>
        <w:pStyle w:val="ListNumber"/>
        <w:spacing w:line="240" w:lineRule="auto"/>
        <w:ind w:left="720"/>
      </w:pPr>
      <w:r/>
      <w:hyperlink r:id="rId11">
        <w:r>
          <w:rPr>
            <w:color w:val="0000EE"/>
            <w:u w:val="single"/>
          </w:rPr>
          <w:t>https://www.mercycare.org/news/2024/mercy-introduces-groundbreaking-ai-technology-to-enhance-breast-/</w:t>
        </w:r>
      </w:hyperlink>
      <w:r>
        <w:t xml:space="preserve"> - The future applications of AI in predicting risks and suggesting personalized treatment options are discussed in this article, aligning with the evolving potential of AI in cancer care.</w:t>
      </w:r>
      <w:r/>
    </w:p>
    <w:p>
      <w:pPr>
        <w:pStyle w:val="ListNumber"/>
        <w:spacing w:line="240" w:lineRule="auto"/>
        <w:ind w:left="720"/>
      </w:pPr>
      <w:r/>
      <w:hyperlink r:id="rId14">
        <w:r>
          <w:rPr>
            <w:color w:val="0000EE"/>
            <w:u w:val="single"/>
          </w:rPr>
          <w:t>https://www.wmur.com/article/artificial-intelligence-diagnosing-breast-cancer/62682983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dmercy.com/about-mercy/news-and-media/news/2024/october/artificial-intelligence-playing-role-in-diagnosing-breast-cancer" TargetMode="External"/><Relationship Id="rId11" Type="http://schemas.openxmlformats.org/officeDocument/2006/relationships/hyperlink" Target="https://www.mercycare.org/news/2024/mercy-introduces-groundbreaking-ai-technology-to-enhance-breast-/" TargetMode="External"/><Relationship Id="rId12" Type="http://schemas.openxmlformats.org/officeDocument/2006/relationships/hyperlink" Target="https://mdmercy.com/about-mercy/news-and-media/news/2024/august/mercy-medical-center-now-offers-cutting-edge-genius-3d-mammography-exams-from-hologic" TargetMode="External"/><Relationship Id="rId13" Type="http://schemas.openxmlformats.org/officeDocument/2006/relationships/hyperlink" Target="https://www.newswise.com/articles/mercy-medical-center-now-offers-cutting-edge-genius-3d-mammography-exams-from-hologic2" TargetMode="External"/><Relationship Id="rId14" Type="http://schemas.openxmlformats.org/officeDocument/2006/relationships/hyperlink" Target="https://www.wmur.com/article/artificial-intelligence-diagnosing-breast-cancer/6268298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