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transforms car buying experience with personalised dealership interactions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Transforms Car Buying Experience with Personalised Dealership Interactions</w:t>
      </w:r>
      <w:r/>
    </w:p>
    <w:p>
      <w:r/>
      <w:r>
        <w:t>The automotive sales industry is undergoing a significant transformation as artificial intelligence (AI) reshapes how consumers purchase vehicles. Once characterised by lengthy negotiations and complex processes, car buying is now evolving into a seamless and personalised experience, thanks to advanced AI technologies being adopted by car dealerships.</w:t>
      </w:r>
      <w:r/>
    </w:p>
    <w:p>
      <w:r/>
      <w:r>
        <w:t>AI-Powered Personalization</w:t>
      </w:r>
      <w:r/>
    </w:p>
    <w:p>
      <w:r/>
      <w:r>
        <w:t>Car dealerships are increasingly leveraging AI to tailor their services to each customer's individual preferences, effectively turning the car buying process into a more personalised experience. By analysing previous customer choices and current market trends, AI systems can anticipate a buyer's needs and suggest vehicles that align with their style and budget. This data-driven approach functions almost like having a knowledgeable companion who understands the intricacies of the automotive market, ensuring buyers are matched with the ideal car before they even set foot in a showroom.</w:t>
      </w:r>
      <w:r/>
    </w:p>
    <w:p>
      <w:r/>
      <w:r>
        <w:t>Virtual Showrooms</w:t>
      </w:r>
      <w:r/>
    </w:p>
    <w:p>
      <w:r/>
      <w:r>
        <w:t>The concept of virtual showrooms has taken the car shopping experience to the next level. Potential buyers can now explore a vast array of vehicles from the comfort of their own homes, reducing the need to visit multiple physical locations. AI facilitates the process by narrowing down choices from a myriad of options, making it simpler to find reliable dealerships, whether they are situated in Houston or elsewhere. This technology effectively transforms traditional car lots into internet-based platforms, guiding buyers with ease through their options and selections.</w:t>
      </w:r>
      <w:r/>
    </w:p>
    <w:p>
      <w:r/>
      <w:r>
        <w:t>Streamlining Sales Processes</w:t>
      </w:r>
      <w:r/>
    </w:p>
    <w:p>
      <w:r/>
      <w:r>
        <w:t>AI is revolutionising dealership operations by streamlining sales processes much like a finely tuned machine. By automating paperwork, AI significantly reduces errors and the amount of time spent on administrative tasks, similar to an invisible secretary managing these details behind the scenes. In terms of customer relations, AI assists in maintaining personalised communication, without losing the human touch, by managing follow-ups and client interactions with ease. Furthermore, AI simplifies the complex world of automotive financing, allowing for quick credit checks and expediting approval processes to ensure a smooth transition from negotiation to driving off in a new vehicle.</w:t>
      </w:r>
      <w:r/>
    </w:p>
    <w:p>
      <w:r/>
      <w:r>
        <w:t>Utilising Data-Driven Insights</w:t>
      </w:r>
      <w:r/>
    </w:p>
    <w:p>
      <w:r/>
      <w:r>
        <w:t>The integration of AI into the car buying process has effectively turned it into a science, using data to empower buyers with confidence in their decisions. AI systems profile preferences and suggest cars that blend functionality with personal taste. They also track market trends to help dealerships keep their inventory appealing and relevant, while providing budget forecasts to ensure financial decisions make sense for the buyer.</w:t>
      </w:r>
      <w:r/>
    </w:p>
    <w:p>
      <w:r/>
      <w:r>
        <w:t>Enhancing Customer Support with Chatbots</w:t>
      </w:r>
      <w:r/>
    </w:p>
    <w:p>
      <w:r/>
      <w:r>
        <w:t>AI-driven chatbots are enhancing customer support efficiency at car dealerships by providing constant, 24/7 assistance. Unlike traditional customer service representatives, these chatbots are ever-present, ready to answer questions and handle tasks like booking appointments with an ease similar to that of a skilled concierge. Moreover, they retain customer information to personalise and improve interactions, preventing any need for repetitive exchanges.</w:t>
      </w:r>
      <w:r/>
    </w:p>
    <w:p>
      <w:r/>
      <w:r>
        <w:t>The AI-Driven Automotive Future</w:t>
      </w:r>
      <w:r/>
    </w:p>
    <w:p>
      <w:r/>
      <w:r>
        <w:t>The adoption of AI technologies in car dealerships is setting a new standard in customer experience, making each interaction more intuitive and efficient. As these technologies continue to evolve, they promise to shape future car buying scenarios where the entire process will be more customised and customer-centric, much like a perfectly tuned vehicle that adapts to its driver's every need.</w:t>
      </w:r>
      <w:r/>
    </w:p>
    <w:p>
      <w:r/>
      <w:r>
        <w:t>This shift not only reflects the growing influence of AI in retail environments but also signals a broader change in how consumers interact with technology during significant purchases. As AI becomes more entrenched in the automotive industry, it promises to offer buyers unprecedented levels of convenience and choice, transforming car shopping into an engaging and satisfying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https://www.bbb.org/article/news-releases/30799-bbb-business-tip-how-ai-is-streamlining-the-car-buying-journey-for-consumers-and-dealers</w:t>
        </w:r>
      </w:hyperlink>
      <w:r>
        <w:t xml:space="preserve"> - Corroborates the use of AI in personalizing the car-buying experience, enhancing online visibility, and providing virtual test drives and 3D tours.</w:t>
      </w:r>
      <w:r/>
    </w:p>
    <w:p>
      <w:pPr>
        <w:pStyle w:val="ListNumber"/>
        <w:spacing w:line="240" w:lineRule="auto"/>
        <w:ind w:left="720"/>
      </w:pPr>
      <w:r/>
      <w:hyperlink r:id="rId11">
        <w:r>
          <w:rPr>
            <w:color w:val="0000EE"/>
            <w:u w:val="single"/>
          </w:rPr>
          <w:t>https://www.bankrate.com/loans/auto-loans/how-ai-changes-car-buying/</w:t>
        </w:r>
      </w:hyperlink>
      <w:r>
        <w:t xml:space="preserve"> - Supports the idea of AI aiding in personalized shopping experiences, helping with negotiations, and providing tailored advice to buyers.</w:t>
      </w:r>
      <w:r/>
    </w:p>
    <w:p>
      <w:pPr>
        <w:pStyle w:val="ListNumber"/>
        <w:spacing w:line="240" w:lineRule="auto"/>
        <w:ind w:left="720"/>
      </w:pPr>
      <w:r/>
      <w:hyperlink r:id="rId12">
        <w:r>
          <w:rPr>
            <w:color w:val="0000EE"/>
            <w:u w:val="single"/>
          </w:rPr>
          <w:t>https://www.carpro.com/blog/how-ai-is-streamlining-the-car-buying-process</w:t>
        </w:r>
      </w:hyperlink>
      <w:r>
        <w:t xml:space="preserve"> - Confirms AI's role in connecting consumers with the right vehicle, offering transparent pricing, and bringing the showroom to the consumer through virtual tools.</w:t>
      </w:r>
      <w:r/>
    </w:p>
    <w:p>
      <w:pPr>
        <w:pStyle w:val="ListNumber"/>
        <w:spacing w:line="240" w:lineRule="auto"/>
        <w:ind w:left="720"/>
      </w:pPr>
      <w:r/>
      <w:hyperlink r:id="rId13">
        <w:r>
          <w:rPr>
            <w:color w:val="0000EE"/>
            <w:u w:val="single"/>
          </w:rPr>
          <w:t>https://www.dealerxt.com/ai-revolutionizes-car-buying/</w:t>
        </w:r>
      </w:hyperlink>
      <w:r>
        <w:t xml:space="preserve"> - Details how AI-powered chatbots and virtual assistants enhance customer interaction, optimize inventory management, and improve sales and marketing strategies.</w:t>
      </w:r>
      <w:r/>
    </w:p>
    <w:p>
      <w:pPr>
        <w:pStyle w:val="ListNumber"/>
        <w:spacing w:line="240" w:lineRule="auto"/>
        <w:ind w:left="720"/>
      </w:pPr>
      <w:r/>
      <w:hyperlink r:id="rId14">
        <w:r>
          <w:rPr>
            <w:color w:val="0000EE"/>
            <w:u w:val="single"/>
          </w:rPr>
          <w:t>https://www.usatoday.com/story/special/contributor-content/2024/08/21/how-ai-is-revolutionizing-the-car-buying-experience/74890216007/</w:t>
        </w:r>
      </w:hyperlink>
      <w:r>
        <w:t xml:space="preserve"> - Highlights AI's impact on personalized customer interactions, 24/7 customer assistance, and enhanced marketing and sales processes in the automotive industry.</w:t>
      </w:r>
      <w:r/>
    </w:p>
    <w:p>
      <w:pPr>
        <w:pStyle w:val="ListNumber"/>
        <w:spacing w:line="240" w:lineRule="auto"/>
        <w:ind w:left="720"/>
      </w:pPr>
      <w:r/>
      <w:hyperlink r:id="rId10">
        <w:r>
          <w:rPr>
            <w:color w:val="0000EE"/>
            <w:u w:val="single"/>
          </w:rPr>
          <w:t>https://www.bbb.org/article/news-releases/30799-bbb-business-tip-how-ai-is-streamlining-the-car-buying-journey-for-consumers-and-dealers</w:t>
        </w:r>
      </w:hyperlink>
      <w:r>
        <w:t xml:space="preserve"> - Supports the streamlining of sales processes through AI, including automated paperwork and improved customer relations.</w:t>
      </w:r>
      <w:r/>
    </w:p>
    <w:p>
      <w:pPr>
        <w:pStyle w:val="ListNumber"/>
        <w:spacing w:line="240" w:lineRule="auto"/>
        <w:ind w:left="720"/>
      </w:pPr>
      <w:r/>
      <w:hyperlink r:id="rId11">
        <w:r>
          <w:rPr>
            <w:color w:val="0000EE"/>
            <w:u w:val="single"/>
          </w:rPr>
          <w:t>https://www.bankrate.com/loans/auto-loans/how-ai-changes-car-buying/</w:t>
        </w:r>
      </w:hyperlink>
      <w:r>
        <w:t xml:space="preserve"> - Corroborates the use of AI in simplifying the financing process and providing real-time market-based pricing.</w:t>
      </w:r>
      <w:r/>
    </w:p>
    <w:p>
      <w:pPr>
        <w:pStyle w:val="ListNumber"/>
        <w:spacing w:line="240" w:lineRule="auto"/>
        <w:ind w:left="720"/>
      </w:pPr>
      <w:r/>
      <w:hyperlink r:id="rId12">
        <w:r>
          <w:rPr>
            <w:color w:val="0000EE"/>
            <w:u w:val="single"/>
          </w:rPr>
          <w:t>https://www.carpro.com/blog/how-ai-is-streamlining-the-car-buying-process</w:t>
        </w:r>
      </w:hyperlink>
      <w:r>
        <w:t xml:space="preserve"> - Confirms AI's role in pre-qualifying customers for financing and automating paperwork.</w:t>
      </w:r>
      <w:r/>
    </w:p>
    <w:p>
      <w:pPr>
        <w:pStyle w:val="ListNumber"/>
        <w:spacing w:line="240" w:lineRule="auto"/>
        <w:ind w:left="720"/>
      </w:pPr>
      <w:r/>
      <w:hyperlink r:id="rId13">
        <w:r>
          <w:rPr>
            <w:color w:val="0000EE"/>
            <w:u w:val="single"/>
          </w:rPr>
          <w:t>https://www.dealerxt.com/ai-revolutionizes-car-buying/</w:t>
        </w:r>
      </w:hyperlink>
      <w:r>
        <w:t xml:space="preserve"> - Details how AI enhances customer support with 24/7 chatbots and improves the overall efficiency of dealership operations.</w:t>
      </w:r>
      <w:r/>
    </w:p>
    <w:p>
      <w:pPr>
        <w:pStyle w:val="ListNumber"/>
        <w:spacing w:line="240" w:lineRule="auto"/>
        <w:ind w:left="720"/>
      </w:pPr>
      <w:r/>
      <w:hyperlink r:id="rId14">
        <w:r>
          <w:rPr>
            <w:color w:val="0000EE"/>
            <w:u w:val="single"/>
          </w:rPr>
          <w:t>https://www.usatoday.com/story/special/contributor-content/2024/08/21/how-ai-is-revolutionizing-the-car-buying-experience/74890216007/</w:t>
        </w:r>
      </w:hyperlink>
      <w:r>
        <w:t xml:space="preserve"> - Highlights the future of car buying with AI, including more customized and customer-centric interactions.</w:t>
      </w:r>
      <w:r/>
    </w:p>
    <w:p>
      <w:pPr>
        <w:pStyle w:val="ListNumber"/>
        <w:spacing w:line="240" w:lineRule="auto"/>
        <w:ind w:left="720"/>
      </w:pPr>
      <w:r/>
      <w:hyperlink r:id="rId10">
        <w:r>
          <w:rPr>
            <w:color w:val="0000EE"/>
            <w:u w:val="single"/>
          </w:rPr>
          <w:t>https://www.bbb.org/article/news-releases/30799-bbb-business-tip-how-ai-is-streamlining-the-car-buying-journey-for-consumers-and-dealers</w:t>
        </w:r>
      </w:hyperlink>
      <w:r>
        <w:t xml:space="preserve"> - Supports the integration of AI in maintaining customer relationships through post-sale follow-up and personalized maintenance packages.</w:t>
      </w:r>
      <w:r/>
    </w:p>
    <w:p>
      <w:pPr>
        <w:pStyle w:val="ListNumber"/>
        <w:spacing w:line="240" w:lineRule="auto"/>
        <w:ind w:left="720"/>
      </w:pPr>
      <w:r/>
      <w:hyperlink r:id="rId15">
        <w:r>
          <w:rPr>
            <w:color w:val="0000EE"/>
            <w:u w:val="single"/>
          </w:rPr>
          <w:t>https://insightssuccess.com/how-ai-is-revolutionizing-car-dealerships-for-enhanced-customer-experience/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b.org/article/news-releases/30799-bbb-business-tip-how-ai-is-streamlining-the-car-buying-journey-for-consumers-and-dealers" TargetMode="External"/><Relationship Id="rId11" Type="http://schemas.openxmlformats.org/officeDocument/2006/relationships/hyperlink" Target="https://www.bankrate.com/loans/auto-loans/how-ai-changes-car-buying/" TargetMode="External"/><Relationship Id="rId12" Type="http://schemas.openxmlformats.org/officeDocument/2006/relationships/hyperlink" Target="https://www.carpro.com/blog/how-ai-is-streamlining-the-car-buying-process" TargetMode="External"/><Relationship Id="rId13" Type="http://schemas.openxmlformats.org/officeDocument/2006/relationships/hyperlink" Target="https://www.dealerxt.com/ai-revolutionizes-car-buying/" TargetMode="External"/><Relationship Id="rId14" Type="http://schemas.openxmlformats.org/officeDocument/2006/relationships/hyperlink" Target="https://www.usatoday.com/story/special/contributor-content/2024/08/21/how-ai-is-revolutionizing-the-car-buying-experience/74890216007/" TargetMode="External"/><Relationship Id="rId15" Type="http://schemas.openxmlformats.org/officeDocument/2006/relationships/hyperlink" Target="https://insightssuccess.com/how-ai-is-revolutionizing-car-dealerships-for-enhanced-customer-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